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Moments and Where to Join the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protest, connect: Amsterdam’s WorldPride 2026 runs 25 July–8 August, with parades, concerts, clubs and community hubs bringing visibility and joy , here’s what to see, where to go and how to make the most of this vibrant, activist-packed fortnight.</w:t>
      </w:r>
      <w:r/>
    </w:p>
    <w:p>
      <w:r/>
      <w:r>
        <w:t>Essential Takeaways</w:t>
      </w:r>
      <w:r/>
      <w:r/>
    </w:p>
    <w:p>
      <w:pPr>
        <w:pStyle w:val="ListBullet"/>
        <w:spacing w:line="240" w:lineRule="auto"/>
        <w:ind w:left="720"/>
      </w:pPr>
      <w:r/>
      <w:r>
        <w:rPr>
          <w:b/>
        </w:rPr>
        <w:t>Dates and scope:</w:t>
      </w:r>
      <w:r>
        <w:t xml:space="preserve"> WorldPride Amsterdam runs from 25 July to 8 August, bringing international events, marches and cultural programming to the city. </w:t>
      </w:r>
      <w:r/>
    </w:p>
    <w:p>
      <w:pPr>
        <w:pStyle w:val="ListBullet"/>
        <w:spacing w:line="240" w:lineRule="auto"/>
        <w:ind w:left="720"/>
      </w:pPr>
      <w:r/>
      <w:r>
        <w:rPr>
          <w:b/>
        </w:rPr>
        <w:t>Major hubs:</w:t>
      </w:r>
      <w:r>
        <w:t xml:space="preserve"> The Friendship Village and Pride Plaza host DJs, information stalls and community activities; expect dances, panels and pop-up stalls. </w:t>
      </w:r>
      <w:r/>
    </w:p>
    <w:p>
      <w:pPr>
        <w:pStyle w:val="ListBullet"/>
        <w:spacing w:line="240" w:lineRule="auto"/>
        <w:ind w:left="720"/>
      </w:pPr>
      <w:r/>
      <w:r>
        <w:rPr>
          <w:b/>
        </w:rPr>
        <w:t>Standout music:</w:t>
      </w:r>
      <w:r>
        <w:t xml:space="preserve"> Concertgebouw and the Unity Concert nights offer choral and orchestral highlights, including performances by international queer choirs. </w:t>
      </w:r>
      <w:r/>
    </w:p>
    <w:p>
      <w:pPr>
        <w:pStyle w:val="ListBullet"/>
        <w:spacing w:line="240" w:lineRule="auto"/>
        <w:ind w:left="720"/>
      </w:pPr>
      <w:r/>
      <w:r>
        <w:rPr>
          <w:b/>
        </w:rPr>
        <w:t>Nightlife mix:</w:t>
      </w:r>
      <w:r>
        <w:t xml:space="preserve"> From silent discos to techno yoga and club nights at major venues, the programme blends party with reflection; many events feel intimate yet energising. </w:t>
      </w:r>
      <w:r/>
    </w:p>
    <w:p>
      <w:pPr>
        <w:pStyle w:val="ListBullet"/>
        <w:spacing w:line="240" w:lineRule="auto"/>
        <w:ind w:left="720"/>
      </w:pPr>
      <w:r/>
      <w:r>
        <w:rPr>
          <w:b/>
        </w:rPr>
        <w:t>Practical tip:</w:t>
      </w:r>
      <w:r>
        <w:t xml:space="preserve"> Plan busy nights in advance, wear comfy shoes, carry a small charger and map the Friendship Village and parade routes to avoid crowds.</w:t>
      </w:r>
      <w:r/>
      <w:r/>
    </w:p>
    <w:p>
      <w:pPr>
        <w:pStyle w:val="Heading2"/>
      </w:pPr>
      <w:r>
        <w:t>Why WorldPride matters this year</w:t>
      </w:r>
      <w:r/>
    </w:p>
    <w:p>
      <w:r/>
      <w:r>
        <w:t>WorldPride in Amsterdam is as much a call for rights as it is a festival, and you can feel that mix of celebration and protest in the air. According to organisers, the march and events are meant to amplify visibility and demand freedom to live openly. That tension , joyful parties by night and purposeful events by day , is what gives this edition its particular electricity. If you want to witness Pride as both party and political moment, Amsterdam this summer is where to be.</w:t>
      </w:r>
      <w:r/>
    </w:p>
    <w:p>
      <w:pPr>
        <w:pStyle w:val="Heading2"/>
      </w:pPr>
      <w:r>
        <w:t>What to expect at the Friendship Village and Pride hubs</w:t>
      </w:r>
      <w:r/>
    </w:p>
    <w:p>
      <w:r/>
      <w:r>
        <w:t>The Friendship Village acts like the city’s social living room for the fortnight: think DJs, advocacy stalls, art installations and late-afternoon dancing. Pride Amsterdam lays out schedules so you can find panels, ally booths and community groups easily. It’s the spot to meet people, nab activist materials and catch low-key performances before the main parade. Bring a reusable bottle and a light jacket , evenings can cool quickly after long, loud days.</w:t>
      </w:r>
      <w:r/>
    </w:p>
    <w:p>
      <w:pPr>
        <w:pStyle w:val="Heading2"/>
      </w:pPr>
      <w:r>
        <w:t>Musical highlights: choir nights and the Unity Concert</w:t>
      </w:r>
      <w:r/>
    </w:p>
    <w:p>
      <w:r/>
      <w:r>
        <w:t>One of the most unexpectedly moving parts of the programme has been the choral and orchestral evenings. International queer choirs , from local ensembles to groups like DynamiQ Voices and choirs from Taiwan , are taking big stages, sometimes backed by full orchestras, and the effect is spine-tingling. If you’re after something quieter and profound between packed street parties, book a slot at a concert venue and let the harmonies reset your week. Concertgebouw nights tend to sell out fast, so snap tickets early.</w:t>
      </w:r>
      <w:r/>
    </w:p>
    <w:p>
      <w:pPr>
        <w:pStyle w:val="Heading2"/>
      </w:pPr>
      <w:r>
        <w:t>Parties, wellness and unexpected mash-ups</w:t>
      </w:r>
      <w:r/>
    </w:p>
    <w:p>
      <w:r/>
      <w:r>
        <w:t>WorldPride isn’t just parades and panels: expect hybrids like Techno Yoga, silent discos and club takeovers that blend movement with music in playful ways. These events show how Pride programming has broadened: it’s as likely to offer a reflective workshop as a high-energy DJ set. If you want to pace yourself, mix intense dance nights with morning-after recovery moments , light brunch spots and green spaces around the canals make for gentle cooldowns.</w:t>
      </w:r>
      <w:r/>
    </w:p>
    <w:p>
      <w:pPr>
        <w:pStyle w:val="Heading2"/>
      </w:pPr>
      <w:r>
        <w:t>Practical tips for a smoother visit</w:t>
      </w:r>
      <w:r/>
    </w:p>
    <w:p>
      <w:r/>
      <w:r>
        <w:t>Crowds are part of the charm but they can also wear you out. Map the main nodes , Friendship Village, Pride Plaza, major venues and parade routes , and set meeting points with friends. Keep cash and cards handy, charge your phone each morning and wear shoes you can dance and walk in. If you need quieter time, several daytime panels and smaller venues offer calm spaces and meaningful discussion. And if you’re travelling in, check event schedules on the official Pride Amsterdam site so you don’t miss headline moments.</w:t>
      </w:r>
      <w:r/>
    </w:p>
    <w:p>
      <w:r/>
      <w:r>
        <w:t>It’s a small change that can make every moment of WorldPride feel safer, fuller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[4]</w:t>
        </w:r>
      </w:hyperlink>
      <w:r>
        <w:t xml:space="preserve">- Paragraph 3: </w:t>
      </w:r>
      <w:hyperlink r:id="rId13">
        <w:r>
          <w:rPr>
            <w:color w:val="0000EE"/>
            <w:u w:val="single"/>
          </w:rPr>
          <w:t>[7]</w:t>
        </w:r>
      </w:hyperlink>
      <w:r>
        <w:t xml:space="preserve">, </w:t>
      </w:r>
      <w:hyperlink r:id="rId9">
        <w:r>
          <w:rPr>
            <w:color w:val="0000EE"/>
            <w:u w:val="single"/>
          </w:rPr>
          <w:t>[1]</w:t>
        </w:r>
      </w:hyperlink>
      <w:r>
        <w:t xml:space="preserve">- Paragraph 4: </w:t>
      </w:r>
      <w:hyperlink r:id="rId14">
        <w:r>
          <w:rPr>
            <w:color w:val="0000EE"/>
            <w:u w:val="single"/>
          </w:rPr>
          <w:t>[6]</w:t>
        </w:r>
      </w:hyperlink>
      <w:r>
        <w:t xml:space="preserve">, </w:t>
      </w:r>
      <w:hyperlink r:id="rId15">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https://diahuizinga.substack.com/p/worldpride-amsterdam-2026</w:t>
        </w:r>
      </w:hyperlink>
      <w:r>
        <w:t xml:space="preserve"> - Please view link - unable to able to access data</w:t>
      </w:r>
      <w:r/>
    </w:p>
    <w:p>
      <w:pPr>
        <w:pStyle w:val="ListNumber"/>
        <w:spacing w:line="240" w:lineRule="auto"/>
        <w:ind w:left="720"/>
      </w:pPr>
      <w:r/>
      <w:hyperlink r:id="rId10">
        <w:r>
          <w:rPr>
            <w:color w:val="0000EE"/>
            <w:u w:val="single"/>
          </w:rPr>
          <w:t>https://pride.amsterdam/en/worldpride/</w:t>
        </w:r>
      </w:hyperlink>
      <w:r>
        <w:t xml:space="preserve"> - WorldPride Amsterdam 2026 is scheduled from 25 July to 8 August 2026. The event aims to celebrate diversity, freedom, and equal rights for LGBTQIA+ individuals. A variety of activities are planned, including the Pride Walk, Pride Park, Canal Parade, street parties, and the Closing Concert on Museumplein. The city is committed to promoting inclusivity and unity during this global celebration.</w:t>
      </w:r>
      <w:r/>
    </w:p>
    <w:p>
      <w:pPr>
        <w:pStyle w:val="ListNumber"/>
        <w:spacing w:line="240" w:lineRule="auto"/>
        <w:ind w:left="720"/>
      </w:pPr>
      <w:r/>
      <w:hyperlink r:id="rId15">
        <w:r>
          <w:rPr>
            <w:color w:val="0000EE"/>
            <w:u w:val="single"/>
          </w:rPr>
          <w:t>https://www.amsgmc.nl/</w:t>
        </w:r>
      </w:hyperlink>
      <w:r>
        <w:t xml:space="preserve"> - The Amsterdam Gay Men's Chorus (AMSGMC) is the largest gay men's chorus in the Netherlands, comprising 100 singers and dancers. They are known for their diverse repertoire, ranging from pop and musical theatre to jazz, classical, and traditional melodies. AMSGMC performs several times throughout the year and welcomes both Dutch and international participants.</w:t>
      </w:r>
      <w:r/>
    </w:p>
    <w:p>
      <w:pPr>
        <w:pStyle w:val="ListNumber"/>
        <w:spacing w:line="240" w:lineRule="auto"/>
        <w:ind w:left="720"/>
      </w:pPr>
      <w:r/>
      <w:hyperlink r:id="rId12">
        <w:r>
          <w:rPr>
            <w:color w:val="0000EE"/>
            <w:u w:val="single"/>
          </w:rPr>
          <w:t>https://www.interpride.org/worldpride/</w:t>
        </w:r>
      </w:hyperlink>
      <w:r>
        <w:t xml:space="preserve"> - InterPride is the global association of Pride organizations, and Amsterdam will host WorldPride 2026. The city is renowned for its tolerance and diversity, with 180 nationalities contributing to its vibrant LGBTQIA+ community. Amsterdam legalized same-sex marriage in 2001, and in 2026, it will celebrate 25 years of marriage equality. WorldPride 2026 aims to promote inclusivity and unity on a larger scale.</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will host WorldPride for the first time under the theme 'UNITY'. The city celebrates diversity, freedom, and equal rights for LGBTQIA+ people. Major events include the Pride Walk, Pride Park, Canal Parade, street parties, and the Closing Concert on Museumplein. The city is committed to promoting inclusivity and unity during this global celebration.</w:t>
      </w:r>
      <w:r/>
    </w:p>
    <w:p>
      <w:pPr>
        <w:pStyle w:val="ListNumber"/>
        <w:spacing w:line="240" w:lineRule="auto"/>
        <w:ind w:left="720"/>
      </w:pPr>
      <w:r/>
      <w:hyperlink r:id="rId14">
        <w:r>
          <w:rPr>
            <w:color w:val="0000EE"/>
            <w:u w:val="single"/>
          </w:rPr>
          <w:t>https://www.melkweg.nl/en/news/worldpride26/</w:t>
        </w:r>
      </w:hyperlink>
      <w:r>
        <w:t xml:space="preserve"> - Melkweg, a renowned cultural venue in Amsterdam, will play an active role in WorldPride 2026 by hosting 'Club Chrome', a multidisciplinary festival where music, art, and activism converge. The programme aims to amplify queer voices and celebrate queer culture, contributing to WorldPride's legacy by creating a space where queer culture takes centre stage.</w:t>
      </w:r>
      <w:r/>
    </w:p>
    <w:p>
      <w:pPr>
        <w:pStyle w:val="ListNumber"/>
        <w:spacing w:line="240" w:lineRule="auto"/>
        <w:ind w:left="720"/>
      </w:pPr>
      <w:r/>
      <w:hyperlink r:id="rId13">
        <w:r>
          <w:rPr>
            <w:color w:val="0000EE"/>
            <w:u w:val="single"/>
          </w:rPr>
          <w:t>https://pride.amsterdam/en/event/korenfestival-queer-voices-unite/</w:t>
        </w:r>
      </w:hyperlink>
      <w:r>
        <w:t xml:space="preserve"> - The 'Korenfestival: Queer Voices Unite' is an international choir festival featuring eight queer choirs from around the world. Hosted at Het Concertgebouw on 3 August 2026, the event is presented by Carolien Borgers and Jeangu Macrooy. The festival aims to celebrate the human voice and queer culture through a night of music and harmonies.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ahuizinga.substack.com/p/worldpride-amsterdam-2026"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interpride.org/worldpride/" TargetMode="External"/><Relationship Id="rId13" Type="http://schemas.openxmlformats.org/officeDocument/2006/relationships/hyperlink" Target="https://pride.amsterdam/en/event/korenfestival-queer-voices-unite/" TargetMode="External"/><Relationship Id="rId14" Type="http://schemas.openxmlformats.org/officeDocument/2006/relationships/hyperlink" Target="https://www.melkweg.nl/en/news/worldpride26/" TargetMode="External"/><Relationship Id="rId15" Type="http://schemas.openxmlformats.org/officeDocument/2006/relationships/hyperlink" Target="https://www.amsgmc.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