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Wigan Pride Moments: Sir Ian McKellen’s Rallying Call and What It Means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locals are buzzing as Wigan prepares for its Pride weekend, after Sir Ian McKellen sent a warm, cheeky video message urging the town to celebrate. The actor’s roots, a nod to local Mint Balls and a clear line , “some people are gay, get over it” , have renewed attention on this grassroots festival.</w:t>
      </w:r>
      <w:r/>
    </w:p>
    <w:p>
      <w:r/>
      <w:r>
        <w:t>Essential Takeaways</w:t>
      </w:r>
      <w:r/>
      <w:r/>
    </w:p>
    <w:p>
      <w:pPr>
        <w:pStyle w:val="ListBullet"/>
        <w:spacing w:line="240" w:lineRule="auto"/>
        <w:ind w:left="720"/>
      </w:pPr>
      <w:r/>
      <w:r>
        <w:rPr>
          <w:b/>
        </w:rPr>
        <w:t>Local legend:</w:t>
      </w:r>
      <w:r>
        <w:t xml:space="preserve"> Sir Ian McKellen, raised in Wigan, recorded a video message sending love and support to Wigan Pride attendees.</w:t>
      </w:r>
      <w:r/>
    </w:p>
    <w:p>
      <w:pPr>
        <w:pStyle w:val="ListBullet"/>
        <w:spacing w:line="240" w:lineRule="auto"/>
        <w:ind w:left="720"/>
      </w:pPr>
      <w:r/>
      <w:r>
        <w:rPr>
          <w:b/>
        </w:rPr>
        <w:t>Clear message:</w:t>
      </w:r>
      <w:r>
        <w:t xml:space="preserve"> McKellen echoed his famous slogan from his T-shirt: “Some people are gay, get over it,” a straightforward call for acceptance.</w:t>
      </w:r>
      <w:r/>
    </w:p>
    <w:p>
      <w:pPr>
        <w:pStyle w:val="ListBullet"/>
        <w:spacing w:line="240" w:lineRule="auto"/>
        <w:ind w:left="720"/>
      </w:pPr>
      <w:r/>
      <w:r>
        <w:rPr>
          <w:b/>
        </w:rPr>
        <w:t>Community feel:</w:t>
      </w:r>
      <w:r>
        <w:t xml:space="preserve"> Wigan Pride is grassroots-led, with a parade, local acts and business tie-ins such as Uncle Joe’s Mint Balls.</w:t>
      </w:r>
      <w:r/>
    </w:p>
    <w:p>
      <w:pPr>
        <w:pStyle w:val="ListBullet"/>
        <w:spacing w:line="240" w:lineRule="auto"/>
        <w:ind w:left="720"/>
      </w:pPr>
      <w:r/>
      <w:r>
        <w:rPr>
          <w:b/>
        </w:rPr>
        <w:t>Family-friendly vibe:</w:t>
      </w:r>
      <w:r>
        <w:t xml:space="preserve"> The event mixes nostalgia, music and activism , expect a parade at 11am plus stage performances.</w:t>
      </w:r>
      <w:r/>
    </w:p>
    <w:p>
      <w:pPr>
        <w:pStyle w:val="ListBullet"/>
        <w:spacing w:line="240" w:lineRule="auto"/>
        <w:ind w:left="720"/>
      </w:pPr>
      <w:r/>
      <w:r>
        <w:rPr>
          <w:b/>
        </w:rPr>
        <w:t>Practical note:</w:t>
      </w:r>
      <w:r>
        <w:t xml:space="preserve"> The festival offers accessible, ally-friendly spaces that reflect the town’s changing attitudes.</w:t>
      </w:r>
      <w:r/>
      <w:r/>
    </w:p>
    <w:p>
      <w:pPr>
        <w:pStyle w:val="Heading2"/>
      </w:pPr>
      <w:r>
        <w:t>Sir Ian’s message: warm, funny and unmistakable</w:t>
      </w:r>
      <w:r/>
    </w:p>
    <w:p>
      <w:r/>
      <w:r>
        <w:t>Sir Ian McKellen’s short video landed like a friendly nudge from an old neighbour, full of warmth and a touch of Lancashire wryness. He talks about school songs, coal, and the tiny ritual of spending threepence on Uncle Joe’s Mint Balls, which gives the clip a lived-in, tactile feel. The punchline , the slogan on his T‑shirt , is simple and direct, and that’s exactly the point: normalising being gay by treating it as no big deal.</w:t>
      </w:r>
      <w:r/>
    </w:p>
    <w:p>
      <w:pPr>
        <w:pStyle w:val="Heading2"/>
      </w:pPr>
      <w:r>
        <w:t>Why his backing matters to Wigan Pride</w:t>
      </w:r>
      <w:r/>
    </w:p>
    <w:p>
      <w:r/>
      <w:r>
        <w:t>This isn’t just celebrity window‑dressing. McKellen’s involvement dates back years , he asked why Wigan didn’t have a Pride, and that question helped spark the local movement. His public support gives the festival a boost at a time when many community events face funding pressures. It’s the sort of endorsement that brings attention, raises morale and nudges more people through the gates.</w:t>
      </w:r>
      <w:r/>
    </w:p>
    <w:p>
      <w:pPr>
        <w:pStyle w:val="Heading2"/>
      </w:pPr>
      <w:r>
        <w:t>What to expect at this year’s event</w:t>
      </w:r>
      <w:r/>
    </w:p>
    <w:p>
      <w:r/>
      <w:r>
        <w:t>Wigan Pride keeps its roots in community and performance. There’s a parade through Crawford Street kicking off at 11am, plus stage slots from familiar faces in pop and drag culture. Expect a mix of nostalgia and contemporary acts, family-friendly stalls and local businesses joining in , Uncle Joe’s Mint Balls even has a rainbow tin this year. It’s the sort of street party that feels both local and proudly loud.</w:t>
      </w:r>
      <w:r/>
    </w:p>
    <w:p>
      <w:pPr>
        <w:pStyle w:val="Heading2"/>
      </w:pPr>
      <w:r>
        <w:t>How grassroots Pride differs from big-city festivals</w:t>
      </w:r>
      <w:r/>
    </w:p>
    <w:p>
      <w:r/>
      <w:r>
        <w:t>Grassroots events are often scrappier, closer to the people who run them and sensitive to local culture. They can’t always match the production values of a major city Pride, but they make up for it in authenticity and community support. For anyone choosing where to spend a Saturday, these smaller Prides offer easier access, friendlier crowds and chances to meet the organisers. They also remind us that tangible, local activism still matters.</w:t>
      </w:r>
      <w:r/>
    </w:p>
    <w:p>
      <w:pPr>
        <w:pStyle w:val="Heading2"/>
      </w:pPr>
      <w:r>
        <w:t>Practical tips for attending Wigan Pride</w:t>
      </w:r>
      <w:r/>
    </w:p>
    <w:p>
      <w:r/>
      <w:r>
        <w:t>Wear comfortable shoes , you’ll be on your feet for the parade. Bring cash for small stalls, although many vendors now accept cards. If you want quieter spaces, check the event guide for chill-out areas or ally zones. And if you love the Mint Balls gag, arrive early: the special pride tin and the locally created “Madam Mintball” outfit will be crowd-pleasers.</w:t>
      </w:r>
      <w:r/>
    </w:p>
    <w:p>
      <w:r/>
      <w:r>
        <w:t>It’s a small change that can make every parade feel more welcoming.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w:t>
      </w:r>
      <w:hyperlink r:id="rId11">
        <w:r>
          <w:rPr>
            <w:color w:val="0000EE"/>
            <w:u w:val="single"/>
          </w:rPr>
          <w:t>[7]</w:t>
        </w:r>
      </w:hyperlink>
      <w:r>
        <w:t xml:space="preserve">- Paragraph 3: </w:t>
      </w:r>
      <w:hyperlink r:id="rId9">
        <w:r>
          <w:rPr>
            <w:color w:val="0000EE"/>
            <w:u w:val="single"/>
          </w:rPr>
          <w:t>[2]</w:t>
        </w:r>
      </w:hyperlink>
      <w:r>
        <w:t xml:space="preserve">, </w:t>
      </w:r>
      <w:hyperlink r:id="rId12">
        <w:r>
          <w:rPr>
            <w:color w:val="0000EE"/>
            <w:u w:val="single"/>
          </w:rPr>
          <w:t>[4]</w:t>
        </w:r>
      </w:hyperlink>
      <w:r>
        <w:t xml:space="preserve">- Paragraph 4: </w:t>
      </w:r>
      <w:hyperlink r:id="rId13">
        <w:r>
          <w:rPr>
            <w:color w:val="0000EE"/>
            <w:u w:val="single"/>
          </w:rPr>
          <w:t>[5]</w:t>
        </w:r>
      </w:hyperlink>
      <w:r>
        <w:t xml:space="preserve">, </w:t>
      </w:r>
      <w:hyperlink r:id="rId14">
        <w:r>
          <w:rPr>
            <w:color w:val="0000EE"/>
            <w:u w:val="single"/>
          </w:rPr>
          <w:t>[6]</w:t>
        </w:r>
      </w:hyperlink>
      <w:r>
        <w:t xml:space="preserve">- Paragraph 5: </w:t>
      </w:r>
      <w:hyperlink r:id="rId9">
        <w:r>
          <w:rPr>
            <w:color w:val="0000EE"/>
            <w:u w:val="single"/>
          </w:rPr>
          <w:t>[2]</w:t>
        </w:r>
      </w:hyperlink>
      <w:r>
        <w:t xml:space="preserve">, </w:t>
      </w:r>
      <w:hyperlink r:id="rId10">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https://www.manchestereveningnews.co.uk/whats-on/whats-on-news/sir-ian-mckellen-heartfelt-message-34416333</w:t>
        </w:r>
      </w:hyperlink>
      <w:r>
        <w:t xml:space="preserve"> - Please view link - unable to able to access data</w:t>
      </w:r>
      <w:r/>
    </w:p>
    <w:p>
      <w:pPr>
        <w:pStyle w:val="ListNumber"/>
        <w:spacing w:line="240" w:lineRule="auto"/>
        <w:ind w:left="720"/>
      </w:pPr>
      <w:r/>
      <w:hyperlink r:id="rId9">
        <w:r>
          <w:rPr>
            <w:color w:val="0000EE"/>
            <w:u w:val="single"/>
          </w:rPr>
          <w:t>https://www.manchestereveningnews.co.uk/whats-on/whats-on-news/sir-ian-mckellen-heartfelt-message-34416333</w:t>
        </w:r>
      </w:hyperlink>
      <w:r>
        <w:t xml:space="preserve"> - Sir Ian McKellen, born in Burnley and raised in Wigan, has sent a heartfelt message to Wigan Pride attendees ahead of the 2026 event. In his video message, McKellen reminisces about his childhood in Wigan, recalling his time at Wigan Grammar School and his fondness for Uncle Joe's Mint Balls. He expresses pride in the town's progress and supports the Pride event, emphasizing the importance of LGBTQ+ visibility and acceptance. The 2026 Wigan Pride is scheduled for Saturday, August 8, featuring performances from artists like Banskie and Big Brovas &amp; Booty Luv, along with a parade starting at 11 am on Crawford Street. (</w:t>
      </w:r>
      <w:hyperlink r:id="rId15">
        <w:r>
          <w:rPr>
            <w:color w:val="0000EE"/>
            <w:u w:val="single"/>
          </w:rPr>
          <w:t>wigan.gov.uk</w:t>
        </w:r>
      </w:hyperlink>
      <w:r>
        <w:t>)</w:t>
      </w:r>
      <w:r/>
    </w:p>
    <w:p>
      <w:pPr>
        <w:pStyle w:val="ListNumber"/>
        <w:spacing w:line="240" w:lineRule="auto"/>
        <w:ind w:left="720"/>
      </w:pPr>
      <w:r/>
      <w:hyperlink r:id="rId10">
        <w:r>
          <w:rPr>
            <w:color w:val="0000EE"/>
            <w:u w:val="single"/>
          </w:rPr>
          <w:t>https://www.wigan.gov.uk/News/Articles/2026/March/Wigan-Pride-is-back-for-2026.aspx</w:t>
        </w:r>
      </w:hyperlink>
      <w:r>
        <w:t xml:space="preserve"> - Wigan Pride is set to return to Wigan town centre on Saturday, August 8, 2026. The event, supported by Wigan Council, aims to celebrate diversity and promote inclusion. Calisen, a company specializing in smart energy infrastructures, is the headline sponsor for the second consecutive year. The programme for Wigan Pride 2026 is still being finalized, but the free event promises to include an opening parade, music and entertainment across at least two stages, a community performance area, a quiet area led by partners, Autism Friends, and family-friendly activities in the town centre. (</w:t>
      </w:r>
      <w:hyperlink r:id="rId15">
        <w:r>
          <w:rPr>
            <w:color w:val="0000EE"/>
            <w:u w:val="single"/>
          </w:rPr>
          <w:t>wigan.gov.uk</w:t>
        </w:r>
      </w:hyperlink>
      <w:r>
        <w:t>)</w:t>
      </w:r>
      <w:r/>
    </w:p>
    <w:p>
      <w:pPr>
        <w:pStyle w:val="ListNumber"/>
        <w:spacing w:line="240" w:lineRule="auto"/>
        <w:ind w:left="720"/>
      </w:pPr>
      <w:r/>
      <w:hyperlink r:id="rId12">
        <w:r>
          <w:rPr>
            <w:color w:val="0000EE"/>
            <w:u w:val="single"/>
          </w:rPr>
          <w:t>https://www.wiganpride.com/parade</w:t>
        </w:r>
      </w:hyperlink>
      <w:r>
        <w:t xml:space="preserve"> - The Wigan Pride Parade is a central feature of the annual Wigan Pride event, offering an opportunity for individuals to march proudly through the town centre. The parade serves as both a celebration of the LGBTQ+ community and a protest against ongoing discrimination. Participants can join as part of local community groups, workplaces, businesses, or organisations, showcasing support for the borough's LGBTQ+ community. The parade is scheduled to start at 11 am on Saturday, August 8, 2026, in Wigan town centre. (</w:t>
      </w:r>
      <w:hyperlink r:id="rId16">
        <w:r>
          <w:rPr>
            <w:color w:val="0000EE"/>
            <w:u w:val="single"/>
          </w:rPr>
          <w:t>wiganpride.com</w:t>
        </w:r>
      </w:hyperlink>
      <w:r>
        <w:t>)</w:t>
      </w:r>
      <w:r/>
    </w:p>
    <w:p>
      <w:pPr>
        <w:pStyle w:val="ListNumber"/>
        <w:spacing w:line="240" w:lineRule="auto"/>
        <w:ind w:left="720"/>
      </w:pPr>
      <w:r/>
      <w:hyperlink r:id="rId13">
        <w:r>
          <w:rPr>
            <w:color w:val="0000EE"/>
            <w:u w:val="single"/>
          </w:rPr>
          <w:t>https://www.wiganpride.com/about</w:t>
        </w:r>
      </w:hyperlink>
      <w:r>
        <w:t xml:space="preserve"> - Wigan Pride is an annual event that promotes and celebrates equality and diversity by bringing together arts, music, a street parade, and positive messages in Wigan. The event is led by the LGBTQ+ community of Wigan Borough and supported by Wigan Council and local organisations. Wigan Pride aims to remind the local community that equal rights are often hard-won and should not be taken for granted, fostering a sense of belonging and acceptance for all individuals. (</w:t>
      </w:r>
      <w:hyperlink r:id="rId17">
        <w:r>
          <w:rPr>
            <w:color w:val="0000EE"/>
            <w:u w:val="single"/>
          </w:rPr>
          <w:t>wiganpride.com</w:t>
        </w:r>
      </w:hyperlink>
      <w:r>
        <w:t>)</w:t>
      </w:r>
      <w:r/>
    </w:p>
    <w:p>
      <w:pPr>
        <w:pStyle w:val="ListNumber"/>
        <w:spacing w:line="240" w:lineRule="auto"/>
        <w:ind w:left="720"/>
      </w:pPr>
      <w:r/>
      <w:hyperlink r:id="rId14">
        <w:r>
          <w:rPr>
            <w:color w:val="0000EE"/>
            <w:u w:val="single"/>
          </w:rPr>
          <w:t>https://www.wigan.gov.uk/News/Articles/2026/March/Everything-you-need-to-know-about-Pride-in-Wigan-and-Leigh.aspx</w:t>
        </w:r>
      </w:hyperlink>
      <w:r>
        <w:t xml:space="preserve"> - Pride events, including Wigan Pride, serve as a reminder that equal rights, often hard-won, can be easily lost and should not be taken for granted. Celebrating equality helps to value its importance and ensure its continuation. The first Pride event was a march to mark one year since the 1969 Stonewall Uprising in New York, which began in response to consistent harassment of the LGBTQ+ community. (</w:t>
      </w:r>
      <w:hyperlink r:id="rId18">
        <w:r>
          <w:rPr>
            <w:color w:val="0000EE"/>
            <w:u w:val="single"/>
          </w:rPr>
          <w:t>wigan.gov.uk</w:t>
        </w:r>
      </w:hyperlink>
      <w:r>
        <w:t>)</w:t>
      </w:r>
      <w:r/>
    </w:p>
    <w:p>
      <w:pPr>
        <w:pStyle w:val="ListNumber"/>
        <w:spacing w:line="240" w:lineRule="auto"/>
        <w:ind w:left="720"/>
      </w:pPr>
      <w:r/>
      <w:hyperlink r:id="rId11">
        <w:r>
          <w:rPr>
            <w:color w:val="0000EE"/>
            <w:u w:val="single"/>
          </w:rPr>
          <w:t>https://www.wigan-leigh.ac.uk/when-sir-ian-mckellen-came-to-visit/</w:t>
        </w:r>
      </w:hyperlink>
      <w:r>
        <w:t xml:space="preserve"> - In May 2026, Sir Ian McKellen visited Wigan &amp; Leigh College to officially open their new theatre and Centre for Performing Arts and Media. During his visit, McKellen shared tales of his early career and education, reminisced about his childhood in Wigan, and engaged in an informal discussion with performing arts students and members of the college’s LGBTQ+ group. (</w:t>
      </w:r>
      <w:hyperlink r:id="rId19">
        <w:r>
          <w:rPr>
            <w:color w:val="0000EE"/>
            <w:u w:val="single"/>
          </w:rPr>
          <w:t>wigan-leigh.ac.uk</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manchestereveningnews.co.uk/whats-on/whats-on-news/sir-ian-mckellen-heartfelt-message-34416333" TargetMode="External"/><Relationship Id="rId10" Type="http://schemas.openxmlformats.org/officeDocument/2006/relationships/hyperlink" Target="https://www.wigan.gov.uk/News/Articles/2026/March/Wigan-Pride-is-back-for-2026.aspx" TargetMode="External"/><Relationship Id="rId11" Type="http://schemas.openxmlformats.org/officeDocument/2006/relationships/hyperlink" Target="https://www.wigan-leigh.ac.uk/when-sir-ian-mckellen-came-to-visit/" TargetMode="External"/><Relationship Id="rId12" Type="http://schemas.openxmlformats.org/officeDocument/2006/relationships/hyperlink" Target="https://www.wiganpride.com/parade" TargetMode="External"/><Relationship Id="rId13" Type="http://schemas.openxmlformats.org/officeDocument/2006/relationships/hyperlink" Target="https://www.wiganpride.com/about" TargetMode="External"/><Relationship Id="rId14" Type="http://schemas.openxmlformats.org/officeDocument/2006/relationships/hyperlink" Target="https://www.wigan.gov.uk/News/Articles/2026/March/Everything-you-need-to-know-about-Pride-in-Wigan-and-Leigh.aspx" TargetMode="External"/><Relationship Id="rId15" Type="http://schemas.openxmlformats.org/officeDocument/2006/relationships/hyperlink" Target="https://www.wigan.gov.uk/News/Articles/2026/March/Wigan-Pride-is-back-for-2026.aspx?utm_source=openai" TargetMode="External"/><Relationship Id="rId16" Type="http://schemas.openxmlformats.org/officeDocument/2006/relationships/hyperlink" Target="https://www.wiganpride.com/parade?utm_source=openai" TargetMode="External"/><Relationship Id="rId17" Type="http://schemas.openxmlformats.org/officeDocument/2006/relationships/hyperlink" Target="https://www.wiganpride.com/about?utm_source=openai" TargetMode="External"/><Relationship Id="rId18" Type="http://schemas.openxmlformats.org/officeDocument/2006/relationships/hyperlink" Target="https://www.wigan.gov.uk/News/Articles/2026/March/Everything-you-need-to-know-about-Pride-in-Wigan-and-Leigh.aspx?utm_source=openai" TargetMode="External"/><Relationship Id="rId19" Type="http://schemas.openxmlformats.org/officeDocument/2006/relationships/hyperlink" Target="https://www.wigan-leigh.ac.uk/when-sir-ian-mckellen-came-to-visit/?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