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Moments That Helped Make Same-Sex Marriage Visible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still drawn to stories that changed how we see love: Pedro Zamora and Sean Sasser’s 1994 commitment ceremony on MTV made gay intimacy visible to millions, revealing affection, care and hope during the AIDS crisis and helping shape later debates about marriage and representation.</w:t>
      </w:r>
      <w:r/>
    </w:p>
    <w:p>
      <w:r/>
      <w:r>
        <w:t>Essential Takeaways</w:t>
      </w:r>
      <w:r/>
      <w:r/>
    </w:p>
    <w:p>
      <w:pPr>
        <w:pStyle w:val="ListBullet"/>
        <w:spacing w:line="240" w:lineRule="auto"/>
        <w:ind w:left="720"/>
      </w:pPr>
      <w:r/>
      <w:r>
        <w:rPr>
          <w:b/>
        </w:rPr>
        <w:t>Historic moment:</w:t>
      </w:r>
      <w:r>
        <w:t xml:space="preserve"> Two men exchanged rings and kissed on The Real World: San Francisco in 1994, a rare public display of gay male intimacy on mainstream TV. </w:t>
      </w:r>
      <w:r/>
    </w:p>
    <w:p>
      <w:pPr>
        <w:pStyle w:val="ListBullet"/>
        <w:spacing w:line="240" w:lineRule="auto"/>
        <w:ind w:left="720"/>
      </w:pPr>
      <w:r/>
      <w:r>
        <w:rPr>
          <w:b/>
        </w:rPr>
        <w:t>Everyday tenderness:</w:t>
      </w:r>
      <w:r>
        <w:t xml:space="preserve"> The ceremony’s power came from ordinary gestures , vows, a cake, a kiss , that normalised romantic life for viewers. </w:t>
      </w:r>
      <w:r/>
    </w:p>
    <w:p>
      <w:pPr>
        <w:pStyle w:val="ListBullet"/>
        <w:spacing w:line="240" w:lineRule="auto"/>
        <w:ind w:left="720"/>
      </w:pPr>
      <w:r/>
      <w:r>
        <w:rPr>
          <w:b/>
        </w:rPr>
        <w:t>HIV context:</w:t>
      </w:r>
      <w:r>
        <w:t xml:space="preserve"> Both men were living with HIV; their relationship countered portrayals that reduced people with HIV to tragedy. </w:t>
      </w:r>
      <w:r/>
    </w:p>
    <w:p>
      <w:pPr>
        <w:pStyle w:val="ListBullet"/>
        <w:spacing w:line="240" w:lineRule="auto"/>
        <w:ind w:left="720"/>
      </w:pPr>
      <w:r/>
      <w:r>
        <w:rPr>
          <w:b/>
        </w:rPr>
        <w:t>Lasting influence:</w:t>
      </w:r>
      <w:r>
        <w:t xml:space="preserve"> The season shifted perceptions for younger audiences and helped pave the cultural ground for later legal recognition. </w:t>
      </w:r>
      <w:r/>
    </w:p>
    <w:p>
      <w:pPr>
        <w:pStyle w:val="ListBullet"/>
        <w:spacing w:line="240" w:lineRule="auto"/>
        <w:ind w:left="720"/>
      </w:pPr>
      <w:r/>
      <w:r>
        <w:rPr>
          <w:b/>
        </w:rPr>
        <w:t>Human legacy:</w:t>
      </w:r>
      <w:r>
        <w:t xml:space="preserve"> Pedro died later in 1994; Sean lived on, continuing activism and life beyond the screen.</w:t>
      </w:r>
      <w:r/>
      <w:r/>
    </w:p>
    <w:p>
      <w:pPr>
        <w:pStyle w:val="Heading2"/>
      </w:pPr>
      <w:r>
        <w:t>Why a simple ceremony mattered , and still does</w:t>
      </w:r>
      <w:r/>
    </w:p>
    <w:p>
      <w:r/>
      <w:r>
        <w:t>The commitment ceremony in that San Francisco house looked unpretentious: matching shirts, friends gathered, a cake made by Sean and a kiss. Yet seeing two men pledge themselves to each other in living rooms across America felt revolutionary. According to retrospectives and media coverage, the scene’s ordinariness was its strength , it didn’t sermonise, it showed connection, and that made prejudice harder to sustain. For many viewers the image of tenderness between men was a first and it lingered.</w:t>
      </w:r>
      <w:r/>
    </w:p>
    <w:p>
      <w:pPr>
        <w:pStyle w:val="Heading2"/>
      </w:pPr>
      <w:r>
        <w:t>How The Real World changed the rules of representation</w:t>
      </w:r>
      <w:r/>
    </w:p>
    <w:p>
      <w:r/>
      <w:r>
        <w:t>MTV’s format let viewers follow lives over a season, which meant intimacy could grow on screen rather than be staged for a single episode. Pedro’s presence forced conversations about HIV in micro-moments , sharing medication, answering housemates’ fears , while his relationship with Sean made those conversations personal. Reality TV suddenly wasn’t just spectacle; it became a way to humanise people traditionally kept at arm’s length on scripted shows.</w:t>
      </w:r>
      <w:r/>
    </w:p>
    <w:p>
      <w:pPr>
        <w:pStyle w:val="Heading2"/>
      </w:pPr>
      <w:r>
        <w:t>Love under the shadow of AIDS , complexity, not caricature</w:t>
      </w:r>
      <w:r/>
    </w:p>
    <w:p>
      <w:r/>
      <w:r>
        <w:t>Both men were living with HIV at a time when effective treatments were not universal and AIDS deaths were still common. Yet the show resisted the one-note “victim” narrative. Pedro and Sean flirted, argued, planned and laughed , showing that a diagnosis didn’t erase desire or the wish for commitment. That distinction mattered: it offered audiences a fuller picture of people living with HIV, rather than a cautionary tale.</w:t>
      </w:r>
      <w:r/>
    </w:p>
    <w:p>
      <w:pPr>
        <w:pStyle w:val="Heading2"/>
      </w:pPr>
      <w:r>
        <w:t>The ripple effect for viewers, especially young people</w:t>
      </w:r>
      <w:r/>
    </w:p>
    <w:p>
      <w:r/>
      <w:r>
        <w:t>The Real World targeted younger audiences, many of whom had limited exposure to openly gay people or accurate information about HIV. For closeted teens, or those wrestling with identity, watching a same-sex relationship treated with normalcy offered a rare promise of belonging. For straight viewers, it turned abstraction into a face and a story , empathy often arrives through familiarity, and the season delivered it in spades.</w:t>
      </w:r>
      <w:r/>
    </w:p>
    <w:p>
      <w:pPr>
        <w:pStyle w:val="Heading2"/>
      </w:pPr>
      <w:r>
        <w:t>What came after: visibility, but not instant change</w:t>
      </w:r>
      <w:r/>
    </w:p>
    <w:p>
      <w:r/>
      <w:r>
        <w:t>It would be wrong to claim television changed overnight. Will &amp; Grace and scripted comedies later brought gay characters into homes weekly, but Pedro and Sean did something different: they showed love in real time, with all its messy humanity. That visibility helped shift public feeling bit by bit, even if legal recognition took decades. The ceremony pointed to a future neither man would fully see, but it helped make that future imaginable for others.</w:t>
      </w:r>
      <w:r/>
    </w:p>
    <w:p>
      <w:r/>
      <w:r>
        <w:t>It's a small but lasting reminder that letting people be ordinary , with rings, cake and kisses , can be a radical 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https://b-gay.com/before-will-grace-america-watched-pedro-and-sean-fall-in-love/</w:t>
        </w:r>
      </w:hyperlink>
      <w:r>
        <w:t xml:space="preserve"> - Please view link - unable to able to access data</w:t>
      </w:r>
      <w:r/>
    </w:p>
    <w:p>
      <w:pPr>
        <w:pStyle w:val="ListNumber"/>
        <w:spacing w:line="240" w:lineRule="auto"/>
        <w:ind w:left="720"/>
      </w:pPr>
      <w:r/>
      <w:hyperlink r:id="rId10">
        <w:r>
          <w:rPr>
            <w:color w:val="0000EE"/>
            <w:u w:val="single"/>
          </w:rPr>
          <w:t>https://en.wikipedia.org/wiki/Pedro_Zamora</w:t>
        </w:r>
      </w:hyperlink>
      <w:r>
        <w:t xml:space="preserve"> - Pedro Zamora was a Cuban-American AIDS educator and television personality, born in 1972. He gained prominence as one of the first openly gay men with AIDS to be portrayed in popular media through his appearance on MTV's 'The Real World: San Francisco' in 1994. His relationship with fellow AIDS activist Sean Sasser was a central focus of the season, culminating in a commitment ceremony that was the first same-sex ceremony broadcast on American television. Zamora passed away on November 11, 1994, at the age of 22, shortly after the season finale aired.</w:t>
      </w:r>
      <w:r/>
    </w:p>
    <w:p>
      <w:pPr>
        <w:pStyle w:val="ListNumber"/>
        <w:spacing w:line="240" w:lineRule="auto"/>
        <w:ind w:left="720"/>
      </w:pPr>
      <w:r/>
      <w:hyperlink r:id="rId14">
        <w:r>
          <w:rPr>
            <w:color w:val="0000EE"/>
            <w:u w:val="single"/>
          </w:rPr>
          <w:t>https://en.wikipedia.org/wiki/Sean_Sasser</w:t>
        </w:r>
      </w:hyperlink>
      <w:r>
        <w:t xml:space="preserve"> - Sean Sasser was an American educator, activist, pastry chef, and reality television personality, born in 1968. He is best known for his relationship with Pedro Zamora on MTV's 'The Real World: San Francisco' in 1994. Their commitment ceremony on the show was the first same-sex ceremony broadcast on American television. After Zamora's death in 1994, Sasser continued his work in HIV education and public health. He passed away on August 7, 2013, at the age of 44, from mesothelioma, a rare form of lung cancer.</w:t>
      </w:r>
      <w:r/>
    </w:p>
    <w:p>
      <w:pPr>
        <w:pStyle w:val="ListNumber"/>
        <w:spacing w:line="240" w:lineRule="auto"/>
        <w:ind w:left="720"/>
      </w:pPr>
      <w:r/>
      <w:hyperlink r:id="rId13">
        <w:r>
          <w:rPr>
            <w:color w:val="0000EE"/>
            <w:u w:val="single"/>
          </w:rPr>
          <w:t>https://www.latimes.com/entertainment/tv/showtracker/la-et-st-real-world-star-dies-sean-sasser-a-tv-pioneer-for-gay-marriage-20130809-story.html</w:t>
        </w:r>
      </w:hyperlink>
      <w:r>
        <w:t xml:space="preserve"> - Sean Sasser, known for his role in the first same-sex commitment ceremony on American television during MTV's 'The Real World: San Francisco' in 1994, passed away at the age of 44. The ceremony, where Sasser exchanged vows with his partner Pedro Zamora, was a groundbreaking moment for LGBTQ+ representation on television. Sasser's death was reported by various media outlets, highlighting his impact on both reality television and AIDS activism.</w:t>
      </w:r>
      <w:r/>
    </w:p>
    <w:p>
      <w:pPr>
        <w:pStyle w:val="ListNumber"/>
        <w:spacing w:line="240" w:lineRule="auto"/>
        <w:ind w:left="720"/>
      </w:pPr>
      <w:r/>
      <w:hyperlink r:id="rId15">
        <w:r>
          <w:rPr>
            <w:color w:val="0000EE"/>
            <w:u w:val="single"/>
          </w:rPr>
          <w:t>https://www.washingtonblade.com/2013/08/08/aids-activist-sasser-dead/</w:t>
        </w:r>
      </w:hyperlink>
      <w:r>
        <w:t xml:space="preserve"> - Sean Sasser, the AIDS activist and reality TV personality known for his role in the first same-sex commitment ceremony on American television during MTV's 'The Real World: San Francisco' in 1994, has died at age 44. Sasser's relationship with Pedro Zamora was a significant moment in television history, bringing LGBTQ+ issues into the mainstream. After Zamora's death, Sasser continued his work in HIV education and public health. He passed away from mesothelioma, a rare form of lung cancer.</w:t>
      </w:r>
      <w:r/>
    </w:p>
    <w:p>
      <w:pPr>
        <w:pStyle w:val="ListNumber"/>
        <w:spacing w:line="240" w:lineRule="auto"/>
        <w:ind w:left="720"/>
      </w:pPr>
      <w:r/>
      <w:hyperlink r:id="rId11">
        <w:r>
          <w:rPr>
            <w:color w:val="0000EE"/>
            <w:u w:val="single"/>
          </w:rPr>
          <w:t>https://mtvrealworld.fandom.com/wiki/The_Real_World%3A_San_Francisco</w:t>
        </w:r>
      </w:hyperlink>
      <w:r>
        <w:t xml:space="preserve"> - The third season of MTV's 'The Real World,' set in San Francisco in 1994, is notable for featuring Pedro Zamora, an openly gay Cuban-American man living with HIV. His relationship with Sean Sasser became a central storyline, culminating in a commitment ceremony that was the first same-sex ceremony broadcast on American television. The season is also remembered for the conflict between Zamora and housemate David 'Puck' Rainey, which led to Rainey's eviction and is credited with making the show a hit.</w:t>
      </w:r>
      <w:r/>
    </w:p>
    <w:p>
      <w:pPr>
        <w:pStyle w:val="ListNumber"/>
        <w:spacing w:line="240" w:lineRule="auto"/>
        <w:ind w:left="720"/>
      </w:pPr>
      <w:r/>
      <w:hyperlink r:id="rId12">
        <w:r>
          <w:rPr>
            <w:color w:val="0000EE"/>
            <w:u w:val="single"/>
          </w:rPr>
          <w:t>https://en.wikipedia.org/wiki/The_Real_World%3A_San_Francisco</w:t>
        </w:r>
      </w:hyperlink>
      <w:r>
        <w:t xml:space="preserve"> - The Real World: San Francisco, the third season of MTV's reality television series, aired in 1994. It featured Pedro Zamora, an openly gay Cuban-American man living with HIV, and his relationship with Sean Sasser. Their commitment ceremony on the show was the first same-sex ceremony broadcast on American television. The season also highlighted conflicts within the house, notably between Zamora and housemate David 'Puck' Rainey, which contributed to the show's success and impact on reality TV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gay.com/before-will-grace-america-watched-pedro-and-sean-fall-in-love/" TargetMode="External"/><Relationship Id="rId10" Type="http://schemas.openxmlformats.org/officeDocument/2006/relationships/hyperlink" Target="https://en.wikipedia.org/wiki/Pedro_Zamora" TargetMode="External"/><Relationship Id="rId11" Type="http://schemas.openxmlformats.org/officeDocument/2006/relationships/hyperlink" Target="https://mtvrealworld.fandom.com/wiki/The_Real_World%3A_San_Francisco" TargetMode="External"/><Relationship Id="rId12" Type="http://schemas.openxmlformats.org/officeDocument/2006/relationships/hyperlink" Target="https://en.wikipedia.org/wiki/The_Real_World%3A_San_Francisco" TargetMode="External"/><Relationship Id="rId13" Type="http://schemas.openxmlformats.org/officeDocument/2006/relationships/hyperlink" Target="https://www.latimes.com/entertainment/tv/showtracker/la-et-st-real-world-star-dies-sean-sasser-a-tv-pioneer-for-gay-marriage-20130809-story.html" TargetMode="External"/><Relationship Id="rId14" Type="http://schemas.openxmlformats.org/officeDocument/2006/relationships/hyperlink" Target="https://en.wikipedia.org/wiki/Sean_Sasser" TargetMode="External"/><Relationship Id="rId15" Type="http://schemas.openxmlformats.org/officeDocument/2006/relationships/hyperlink" Target="https://www.washingtonblade.com/2013/08/08/aids-activist-sasser-de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