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Sapphic Summer YA Books to Read Outdoors This Year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sun-lovers are turning picnic blankets into mini book clubs; these teen sapphic novels bring that lazy, salt‑air, festival‑weekend warmth to your dock, hammock or park bench, and they matter because summer reads stick with you all year.</w:t>
      </w:r>
      <w:r/>
    </w:p>
    <w:p>
      <w:r/>
      <w:r>
        <w:t>Essential Takeaways</w:t>
      </w:r>
      <w:r/>
      <w:r/>
    </w:p>
    <w:p>
      <w:pPr>
        <w:pStyle w:val="ListBullet"/>
        <w:spacing w:line="240" w:lineRule="auto"/>
        <w:ind w:left="720"/>
      </w:pPr>
      <w:r/>
      <w:r>
        <w:rPr>
          <w:b/>
        </w:rPr>
        <w:t>Vivid settings:</w:t>
      </w:r>
      <w:r>
        <w:t xml:space="preserve"> Each book leans on place , California summers, music festivals, Nova Scotia shorelines , to create a tactile, warm mood.</w:t>
      </w:r>
      <w:r/>
    </w:p>
    <w:p>
      <w:pPr>
        <w:pStyle w:val="ListBullet"/>
        <w:spacing w:line="240" w:lineRule="auto"/>
        <w:ind w:left="720"/>
      </w:pPr>
      <w:r/>
      <w:r>
        <w:rPr>
          <w:b/>
        </w:rPr>
        <w:t>Character-first stories:</w:t>
      </w:r>
      <w:r>
        <w:t xml:space="preserve"> These are intimate, character-driven YA romances that feel like overheard conversations in the best way.</w:t>
      </w:r>
      <w:r/>
    </w:p>
    <w:p>
      <w:pPr>
        <w:pStyle w:val="ListBullet"/>
        <w:spacing w:line="240" w:lineRule="auto"/>
        <w:ind w:left="720"/>
      </w:pPr>
      <w:r/>
      <w:r>
        <w:rPr>
          <w:b/>
        </w:rPr>
        <w:t>Accessible formats:</w:t>
      </w:r>
      <w:r>
        <w:t xml:space="preserve"> You’ll find print, audiobook and graphic novel versions, so you can read hands‑free on a boat or flip pages under a tree.</w:t>
      </w:r>
      <w:r/>
    </w:p>
    <w:p>
      <w:pPr>
        <w:pStyle w:val="ListBullet"/>
        <w:spacing w:line="240" w:lineRule="auto"/>
        <w:ind w:left="720"/>
      </w:pPr>
      <w:r/>
      <w:r>
        <w:rPr>
          <w:b/>
        </w:rPr>
        <w:t>Emotional range:</w:t>
      </w:r>
      <w:r>
        <w:t xml:space="preserve"> Expect joy, longing and realistic complications , some titles touch on heavier topics like family trauma or violence.</w:t>
      </w:r>
      <w:r/>
    </w:p>
    <w:p>
      <w:pPr>
        <w:pStyle w:val="ListBullet"/>
        <w:spacing w:line="240" w:lineRule="auto"/>
        <w:ind w:left="720"/>
      </w:pPr>
      <w:r/>
      <w:r>
        <w:rPr>
          <w:b/>
        </w:rPr>
        <w:t>Perfect for outdoors:</w:t>
      </w:r>
      <w:r>
        <w:t xml:space="preserve"> Short chapters, gripping beginnings and sensory writing make them ideal for interrupted, sunny reading sessions.</w:t>
      </w:r>
      <w:r/>
      <w:r/>
    </w:p>
    <w:p>
      <w:pPr>
        <w:pStyle w:val="Heading2"/>
      </w:pPr>
      <w:r>
        <w:t>Why setting makes these summer sapphic YA books sing</w:t>
      </w:r>
      <w:r/>
    </w:p>
    <w:p>
      <w:r/>
      <w:r>
        <w:t>A sunlit vineyard, a festival field, a salt‑sprayed Atlantic cove , each location does more than sit in the background; it pushes the story forward and smells faintly of sunscreen and sunscreened nervousness. Malinda Lo’s California summer uses place as a gentle, persistent nudge toward self-discovery, while Leah Johnson stages much of her story amid the sticky, electric bubble of a music festival. Graphic novels, like Lee Knox Ostertag’s, trade paragraph breaks for panels, which makes the sea spray and small town intimacy feel immediate. If you love novels that make you want to close the book and stare at the water, these deliver.</w:t>
      </w:r>
      <w:r/>
    </w:p>
    <w:p>
      <w:pPr>
        <w:pStyle w:val="Heading2"/>
      </w:pPr>
      <w:r>
        <w:t>A Scatter of Light: grown‑up echoes and a tender, slow burn</w:t>
      </w:r>
      <w:r/>
    </w:p>
    <w:p>
      <w:r/>
      <w:r>
        <w:t>Malinda Lo returns to the world she made famous with Last Night at the Telegraph Club, this time focusing on a teenager spending a reluctant summer with family in California. The prose is quiet and observant; you can almost feel the heat off the boardwalk and the clink of evening plates. Reviews from reputable outlets and author pages note how the book balances nostalgia with new discovery, and fans say the pacing is excellent for long afternoons outdoors. If you’re choosing based on mood, pick this for a thoughtful, sensual summer slow burn.</w:t>
      </w:r>
      <w:r/>
    </w:p>
    <w:p>
      <w:pPr>
        <w:pStyle w:val="Heading2"/>
      </w:pPr>
      <w:r>
        <w:t>Rise to the Sun: festival chaos, crisp friendship and a weekend that changes everything</w:t>
      </w:r>
      <w:r/>
    </w:p>
    <w:p>
      <w:r/>
      <w:r>
        <w:t>Leah Johnson’s novel is the sort of book you clutch while your friends dance nearby , loud, plot‑driven and pulsing with music. Set across a single festival weekend, it’s vivid, urgent and full of concert adrenaline. Audiobook editions make it a great pick if you want your hands free to handle picnicware or paddle oars. Note that it doesn’t shy away from serious beats; content warnings for gun violence have been raised in some coverage, so consider that if you prefer lighter fare. Choose this one when you want heat, noise and an emotional hit in a compact timeframe.</w:t>
      </w:r>
      <w:r/>
    </w:p>
    <w:p>
      <w:pPr>
        <w:pStyle w:val="Heading2"/>
      </w:pPr>
      <w:r>
        <w:t>The Girl from the Sea: graphic intimacy and seaside mythology</w:t>
      </w:r>
      <w:r/>
    </w:p>
    <w:p>
      <w:r/>
      <w:r>
        <w:t>Lee Knox Ostertag’s graphic novel brings maritime atmosphere and teenage uncertainty into bold panels and lush colour. The art makes the ocean’s pull palpable , salty, cold, bright , while the story threads friendship, family strain and queer longing into a compact, readable package. Graphic novels are especially portable for outdoor reads: they’re easy to dip in and out of between swims or hikes, and the visual storytelling gives you emotional payoff fast. If you want something that looks as good on your lap as it reads, this one’s for you.</w:t>
      </w:r>
      <w:r/>
    </w:p>
    <w:p>
      <w:pPr>
        <w:pStyle w:val="Heading2"/>
      </w:pPr>
      <w:r>
        <w:t>Older favourites and mood picks: shortlists to park on your summer TBR</w:t>
      </w:r>
      <w:r/>
    </w:p>
    <w:p>
      <w:r/>
      <w:r>
        <w:t>Two titles remembered fondly by readers , Jen Ferguson’s The Summer of Bitter and Sweet and Dahlia Adler’s Cool for the Summer , add variety to a sunny lineup. One skews introspective and culturally textured, the other light, frothy and ideal for evenings on a porch swing. Together they show how sapphic YA can run from quietly fierce to carefree and bright, so you can pick a book for whatever kind of outdoor day you’ve planned.</w:t>
      </w:r>
      <w:r/>
    </w:p>
    <w:p>
      <w:pPr>
        <w:pStyle w:val="Heading2"/>
      </w:pPr>
      <w:r>
        <w:t>How to choose the right summer sapphic read for your trip</w:t>
      </w:r>
      <w:r/>
    </w:p>
    <w:p>
      <w:r/>
      <w:r>
        <w:t>Think about tempo and format: want something you can pause between swims? Pick a graphic novel or a book with short chapters. Heading to a festival or busy campsite? Try an audiobook. If you’re craving something contemplative to match a slow sunset, choose a slower, character-led novel. Also scan for content notes if you want purely upbeat vibes. Finally, rotation is key , bring two books: one for daylight energy and one for dusk reflections.</w:t>
      </w:r>
      <w:r/>
    </w:p>
    <w:p>
      <w:r/>
      <w:r>
        <w:t>It's a small shift , pick the right format for your day , but it makes every sunny page feel like it was written for the spot you’re sitting 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[4]</w:t>
        </w:r>
      </w:hyperlink>
      <w:r>
        <w:t xml:space="preserve">- Paragraph 4: </w:t>
      </w:r>
      <w:hyperlink r:id="rId11">
        <w:r>
          <w:rPr>
            <w:color w:val="0000EE"/>
            <w:u w:val="single"/>
          </w:rPr>
          <w:t>[3]</w:t>
        </w:r>
      </w:hyperlink>
      <w:r>
        <w:t xml:space="preserve">, </w:t>
      </w:r>
      <w:hyperlink r:id="rId15">
        <w:r>
          <w:rPr>
            <w:color w:val="0000EE"/>
            <w:u w:val="single"/>
          </w:rPr>
          <w:t>[7]</w:t>
        </w:r>
      </w:hyperlink>
      <w:r>
        <w:t xml:space="preserve">- Paragraph 5: </w:t>
      </w:r>
      <w:hyperlink r:id="rId12">
        <w:r>
          <w:rPr>
            <w:color w:val="0000EE"/>
            <w:u w:val="single"/>
          </w:rPr>
          <w:t>[5]</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https://lesbrary.com/sapphic-summer-books-to-read-outdoors/</w:t>
        </w:r>
      </w:hyperlink>
      <w:r>
        <w:t xml:space="preserve"> - Please view link - unable to able to access data</w:t>
      </w:r>
      <w:r/>
    </w:p>
    <w:p>
      <w:pPr>
        <w:pStyle w:val="ListNumber"/>
        <w:spacing w:line="240" w:lineRule="auto"/>
        <w:ind w:left="720"/>
      </w:pPr>
      <w:r/>
      <w:hyperlink r:id="rId10">
        <w:r>
          <w:rPr>
            <w:color w:val="0000EE"/>
            <w:u w:val="single"/>
          </w:rPr>
          <w:t>https://www.malindalo.com/books/a-scatter-of-light</w:t>
        </w:r>
      </w:hyperlink>
      <w:r>
        <w:t xml:space="preserve"> - Malinda Lo's 'A Scatter of Light' is a young adult novel set in 2013 California, following Aria Tang West as she spends the summer with her artist grandmother. The story explores Aria's journey of self-discovery and her introduction to the queer community, offering a contemporary queer coming-of-age narrative. The novel is a standalone companion to Lo's previous work, 'Last Night at the Telegraph Club', providing a glimpse into the lives of characters Lily and Kath since 1955. The book was released on October 4, 2022.</w:t>
      </w:r>
      <w:r/>
    </w:p>
    <w:p>
      <w:pPr>
        <w:pStyle w:val="ListNumber"/>
        <w:spacing w:line="240" w:lineRule="auto"/>
        <w:ind w:left="720"/>
      </w:pPr>
      <w:r/>
      <w:hyperlink r:id="rId11">
        <w:r>
          <w:rPr>
            <w:color w:val="0000EE"/>
            <w:u w:val="single"/>
          </w:rPr>
          <w:t>https://www.slj.com/review/a-scatter-of-light</w:t>
        </w:r>
      </w:hyperlink>
      <w:r>
        <w:t xml:space="preserve"> - The School Library Journal's review of 'A Scatter of Light' praises the novel as an excellent coming-of-age and coming-out story. Set in 2013, it follows Aria Tang West, who is sent to spend the summer with her grandmother in California after an incident at a graduation party. There, she meets Steph Nichols, her grandmother's gardener, who introduces her to the queer community. The review highlights the novel's realistic and relatable characters, driven by Aria's truthful narration, and notes a connection to Lo's previous novel, 'Last Night at the Telegraph Club'.</w:t>
      </w:r>
      <w:r/>
    </w:p>
    <w:p>
      <w:pPr>
        <w:pStyle w:val="ListNumber"/>
        <w:spacing w:line="240" w:lineRule="auto"/>
        <w:ind w:left="720"/>
      </w:pPr>
      <w:r/>
      <w:hyperlink r:id="rId14">
        <w:r>
          <w:rPr>
            <w:color w:val="0000EE"/>
            <w:u w:val="single"/>
          </w:rPr>
          <w:t>https://www.kirkusreviews.com/book-reviews/malinda-lo/a-scatter-of-light/</w:t>
        </w:r>
      </w:hyperlink>
      <w:r>
        <w:t xml:space="preserve"> - Kirkus Reviews describes 'A Scatter of Light' as a contemporary queer coming-of-age story steeped in pivotal events. Set in 2013, the novel follows Aria West, who is sent to stay with her grandmother in California after a party incident. There, she meets Steph Nichols, her grandmother's gardener, and becomes involved in the Bay Area queer scene. The review notes the richly detailed plot and setting but suggests that a deeper exploration of the characters' emotional lives would have strengthened the romance and family drama.</w:t>
      </w:r>
      <w:r/>
    </w:p>
    <w:p>
      <w:pPr>
        <w:pStyle w:val="ListNumber"/>
        <w:spacing w:line="240" w:lineRule="auto"/>
        <w:ind w:left="720"/>
      </w:pPr>
      <w:r/>
      <w:hyperlink r:id="rId12">
        <w:r>
          <w:rPr>
            <w:color w:val="0000EE"/>
            <w:u w:val="single"/>
          </w:rPr>
          <w:t>https://www.autostraddle.com/scatter-of-light-review/</w:t>
        </w:r>
      </w:hyperlink>
      <w:r>
        <w:t xml:space="preserve"> - Autostraddle's review of 'A Scatter of Light' highlights the novel's appeal to queer millennials, noting its setting in 2013 amidst the backdrop of the Supreme Court's 2013 rulings on same-sex marriage. The review praises Malinda Lo's ability to craft a narrative that resonates with readers who grew up during the fight for same-sex marriage. The novel is described as a stunning narrative with the potential to make queer millennials feel both affirmed and nostalgic.</w:t>
      </w:r>
      <w:r/>
    </w:p>
    <w:p>
      <w:pPr>
        <w:pStyle w:val="ListNumber"/>
        <w:spacing w:line="240" w:lineRule="auto"/>
        <w:ind w:left="720"/>
      </w:pPr>
      <w:r/>
      <w:hyperlink r:id="rId13">
        <w:r>
          <w:rPr>
            <w:color w:val="0000EE"/>
            <w:u w:val="single"/>
          </w:rPr>
          <w:t>https://www.goodreads.com/book/show/60093178.A_Scatter_of_Light</w:t>
        </w:r>
      </w:hyperlink>
      <w:r>
        <w:t xml:space="preserve"> - On Goodreads, 'A Scatter of Light' by Malinda Lo is described as a masterful queer coming-of-age story set against the backdrop of the first major Supreme Court decisions legalizing gay marriage. The novel follows Aria Tang West, who is sent to California to stay with her grandmother after a graduation party incident. There, she meets Steph Nichols, her grandmother's gardener, and becomes involved in the working-class queer community. The book offers a glimpse into the lives of characters Lily and Kath since 1955, providing a connection to Lo's previous novel, 'Last Night at the Telegraph Club'.</w:t>
      </w:r>
      <w:r/>
    </w:p>
    <w:p>
      <w:pPr>
        <w:pStyle w:val="ListNumber"/>
        <w:spacing w:line="240" w:lineRule="auto"/>
        <w:ind w:left="720"/>
      </w:pPr>
      <w:r/>
      <w:hyperlink r:id="rId15">
        <w:r>
          <w:rPr>
            <w:color w:val="0000EE"/>
            <w:u w:val="single"/>
          </w:rPr>
          <w:t>https://books.apple.com/us/audiobook/rise-to-the-sun/id1567392143</w:t>
        </w:r>
      </w:hyperlink>
      <w:r>
        <w:t xml:space="preserve"> - Apple Books offers the audiobook version of 'Rise to the Sun' by Leah Johnson. The novel follows Olivia and Toni, two young women attending the Farmland Music and Arts Festival for different reasons. Olivia seeks a fun, crush-free weekend after a breakup, while Toni aims to follow in her father's musical footsteps. The two meet and, over the course of the weekend, find what they need in each other. The story is praised for its exploration of grief, love, and the healing power of music, with a content warning for gun violence.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esbrary.com/sapphic-summer-books-to-read-outdoors/" TargetMode="External"/><Relationship Id="rId10" Type="http://schemas.openxmlformats.org/officeDocument/2006/relationships/hyperlink" Target="https://www.malindalo.com/books/a-scatter-of-light" TargetMode="External"/><Relationship Id="rId11" Type="http://schemas.openxmlformats.org/officeDocument/2006/relationships/hyperlink" Target="https://www.slj.com/review/a-scatter-of-light" TargetMode="External"/><Relationship Id="rId12" Type="http://schemas.openxmlformats.org/officeDocument/2006/relationships/hyperlink" Target="https://www.autostraddle.com/scatter-of-light-review/" TargetMode="External"/><Relationship Id="rId13" Type="http://schemas.openxmlformats.org/officeDocument/2006/relationships/hyperlink" Target="https://www.goodreads.com/book/show/60093178.A_Scatter_of_Light" TargetMode="External"/><Relationship Id="rId14" Type="http://schemas.openxmlformats.org/officeDocument/2006/relationships/hyperlink" Target="https://www.kirkusreviews.com/book-reviews/malinda-lo/a-scatter-of-light/" TargetMode="External"/><Relationship Id="rId15" Type="http://schemas.openxmlformats.org/officeDocument/2006/relationships/hyperlink" Target="https://books.apple.com/us/audiobook/rise-to-the-sun/id156739214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