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Rainbow Pride Flag Guide: History, Meaning and How It Evolved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Look back and learn: the Rainbow Pride Flag has quietly become the globe’s clearest sign of belonging, safety and protest. Owners, allies and curious readers in the UK and beyond will find who made it, what the colours have meant, and why the design keeps changing , with practical notes on spotting authentic flags and respectful display.</w:t>
      </w:r>
      <w:r/>
    </w:p>
    <w:p>
      <w:r/>
      <w:r>
        <w:t>Essential Takeaways</w:t>
      </w:r>
      <w:r/>
      <w:r/>
    </w:p>
    <w:p>
      <w:pPr>
        <w:pStyle w:val="ListBullet"/>
        <w:spacing w:line="240" w:lineRule="auto"/>
        <w:ind w:left="720"/>
      </w:pPr>
      <w:r/>
      <w:r>
        <w:rPr>
          <w:b/>
        </w:rPr>
        <w:t>Origins:</w:t>
      </w:r>
      <w:r>
        <w:t xml:space="preserve"> Created in San Francisco in 1978 by Gilbert Baker and fellow activists, the flag first flew at Gay Freedom Day as a visible rallying symbol.</w:t>
      </w:r>
      <w:r/>
    </w:p>
    <w:p>
      <w:pPr>
        <w:pStyle w:val="ListBullet"/>
        <w:spacing w:line="240" w:lineRule="auto"/>
        <w:ind w:left="720"/>
      </w:pPr>
      <w:r/>
      <w:r>
        <w:rPr>
          <w:b/>
        </w:rPr>
        <w:t>Original palette:</w:t>
      </w:r>
      <w:r>
        <w:t xml:space="preserve"> The first flag had eight stripes, including hot pink and turquoise; each colour later gained attributed meanings.</w:t>
      </w:r>
      <w:r/>
    </w:p>
    <w:p>
      <w:pPr>
        <w:pStyle w:val="ListBullet"/>
        <w:spacing w:line="240" w:lineRule="auto"/>
        <w:ind w:left="720"/>
      </w:pPr>
      <w:r/>
      <w:r>
        <w:rPr>
          <w:b/>
        </w:rPr>
        <w:t>Design changes:</w:t>
      </w:r>
      <w:r>
        <w:t xml:space="preserve"> Practical supply issues and parade logistics led to early alterations; later updates restored and added stripes to broaden inclusion.</w:t>
      </w:r>
      <w:r/>
    </w:p>
    <w:p>
      <w:pPr>
        <w:pStyle w:val="ListBullet"/>
        <w:spacing w:line="240" w:lineRule="auto"/>
        <w:ind w:left="720"/>
      </w:pPr>
      <w:r/>
      <w:r>
        <w:rPr>
          <w:b/>
        </w:rPr>
        <w:t>Cultural weight:</w:t>
      </w:r>
      <w:r>
        <w:t xml:space="preserve"> The flag signals safety and visibility for LGBT people, but meanings vary by place and person , it’s as much personal as it is political.</w:t>
      </w:r>
      <w:r/>
    </w:p>
    <w:p>
      <w:pPr>
        <w:pStyle w:val="ListBullet"/>
        <w:spacing w:line="240" w:lineRule="auto"/>
        <w:ind w:left="720"/>
      </w:pPr>
      <w:r/>
      <w:r>
        <w:rPr>
          <w:b/>
        </w:rPr>
        <w:t>Buying tip:</w:t>
      </w:r>
      <w:r>
        <w:t xml:space="preserve"> Look for quality fabric and correct stripe order; smaller makers often tell the flag’s history on labels, which helps authenticity.</w:t>
      </w:r>
      <w:r/>
      <w:r/>
    </w:p>
    <w:p>
      <w:pPr>
        <w:pStyle w:val="Heading2"/>
      </w:pPr>
      <w:r>
        <w:t>Why one man’s sewing table changed how the world signals Pride</w:t>
      </w:r>
      <w:r/>
    </w:p>
    <w:p>
      <w:r/>
      <w:r>
        <w:t>The clearest fact is simple: the Rainbow Pride Flag began as a grassroots emblem made by activists in San Francisco, and it was built to be seen. According to National Geographic and Time, Gilbert Baker, working with friends and organisers, stitched together a multicoloured banner for the 1978 Gay Freedom Day parade, and it caught on fast. The sight of those colours in a doorway or across a pub window still gives many people an immediate, emotional sense of safety and welcome. For anyone who’s ever breathed easier walking into a venue with a flag flying, that sensation explains a lot about its staying power.</w:t>
      </w:r>
      <w:r/>
    </w:p>
    <w:p>
      <w:pPr>
        <w:pStyle w:val="Heading2"/>
      </w:pPr>
      <w:r>
        <w:t>What the original colours were said to mean , and why the story isn’t neat</w:t>
      </w:r>
      <w:r/>
    </w:p>
    <w:p>
      <w:r/>
      <w:r>
        <w:t>Over time the eight original stripes , including hot pink and turquoise , collected neat labels: life, healing, sunlight and so on. That interpretation is now commonly repeated in articles and on flag-focused sites, but the historical record is fuzzier. As researchers at National Geographic note, some of those specific colour meanings may have been added later or popularised after the fact. In short: the colours mean something to many people, but pinning a single official glossary to Baker’s first flag glosses over how symbols evolve in community.</w:t>
      </w:r>
      <w:r/>
    </w:p>
    <w:p>
      <w:pPr>
        <w:pStyle w:val="Heading2"/>
      </w:pPr>
      <w:r>
        <w:t>How supply problems and parade plans reshaped the flag</w:t>
      </w:r>
      <w:r/>
    </w:p>
    <w:p>
      <w:r/>
      <w:r>
        <w:t>Practicalities mattered as much as symbolism. When demand surged after Harvey Milk’s assassination in 1978, hot pink fabric ran short and was dropped. Organisers later removed turquoise so they could repeat pairs of colours along lamp posts for parade displays, bringing the familiar six-colour version into common use. Rasmussen-style accounts and flag histories explain these tweaks as pragmatic choices rather than ideological shifts , tiny production details that ended up shaping global iconography.</w:t>
      </w:r>
      <w:r/>
    </w:p>
    <w:p>
      <w:pPr>
        <w:pStyle w:val="Heading2"/>
      </w:pPr>
      <w:r>
        <w:t>Recent updates: reclaims, additions and broader inclusion</w:t>
      </w:r>
      <w:r/>
    </w:p>
    <w:p>
      <w:r/>
      <w:r>
        <w:t>Flags keep changing because communities change. Gilbert Baker reintroduced turquoise and added a lavender stripe in later reinterpretations, and many groups have created variations , adding black and brown to foreground people of colour, or incorporating trans colours and chevrons to signal specific inclusion. These adaptations are part of a wider cultural move toward intersectional visibility; according to multiple flag resources, you’ll now see many iterations in parades and on storefronts. If you’re selecting a flag for a workplace or event, consider which version speaks to the people you want to welcome.</w:t>
      </w:r>
      <w:r/>
    </w:p>
    <w:p>
      <w:pPr>
        <w:pStyle w:val="Heading2"/>
      </w:pPr>
      <w:r>
        <w:t>How to choose, display and respect a Pride flag</w:t>
      </w:r>
      <w:r/>
    </w:p>
    <w:p>
      <w:r/>
      <w:r>
        <w:t>Buying a flag is straightforward but thoughtful: opt for durable fabric if you plan to fly it outdoors, check stripe order against reputable sources, and prefer sellers who explain provenance. Display it proudly, but also responsibly , many institutions treat the flag as a symbol of safety, so ensure policies are clear about what it signals in your space. And remember: the flag’s power lies in lived experiences. Ask staff or community members what it means to them before adopting a design as your organisation’s emblem.</w:t>
      </w:r>
      <w:r/>
    </w:p>
    <w:p>
      <w:r/>
      <w:r>
        <w:t>It’s a small change that can make every come-and-go feel safer and more inclusive.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[6]</w:t>
        </w:r>
      </w:hyperlink>
      <w:r>
        <w:t xml:space="preserve">, </w:t>
      </w:r>
      <w:hyperlink r:id="rId10">
        <w:r>
          <w:rPr>
            <w:color w:val="0000EE"/>
            <w:u w:val="single"/>
          </w:rPr>
          <w:t>[2]</w:t>
        </w:r>
      </w:hyperlink>
      <w:r>
        <w:t xml:space="preserve">- Paragraph 3: </w:t>
      </w:r>
      <w:hyperlink r:id="rId10">
        <w:r>
          <w:rPr>
            <w:color w:val="0000EE"/>
            <w:u w:val="single"/>
          </w:rPr>
          <w:t>[2]</w:t>
        </w:r>
      </w:hyperlink>
      <w:r>
        <w:t xml:space="preserve">, </w:t>
      </w:r>
      <w:hyperlink r:id="rId11">
        <w:r>
          <w:rPr>
            <w:color w:val="0000EE"/>
            <w:u w:val="single"/>
          </w:rPr>
          <w:t>[3]</w:t>
        </w:r>
      </w:hyperlink>
      <w:r>
        <w:t xml:space="preserve">- Paragraph 4: </w:t>
      </w:r>
      <w:hyperlink r:id="rId10">
        <w:r>
          <w:rPr>
            <w:color w:val="0000EE"/>
            <w:u w:val="single"/>
          </w:rPr>
          <w:t>[2]</w:t>
        </w:r>
      </w:hyperlink>
      <w:r>
        <w:t xml:space="preserve">, </w:t>
      </w:r>
      <w:hyperlink r:id="rId13">
        <w:r>
          <w:rPr>
            <w:color w:val="0000EE"/>
            <w:u w:val="single"/>
          </w:rPr>
          <w:t>[4]</w:t>
        </w:r>
      </w:hyperlink>
      <w:r>
        <w:t xml:space="preserve">- Paragraph 5: </w:t>
      </w:r>
      <w:hyperlink r:id="rId13">
        <w:r>
          <w:rPr>
            <w:color w:val="0000EE"/>
            <w:u w:val="single"/>
          </w:rPr>
          <w:t>[4]</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https://antonysimpson.com/2026/the-rainbow-pride-flag/</w:t>
        </w:r>
      </w:hyperlink>
      <w:r>
        <w:t xml:space="preserve"> - Please view link - unable to able to access data</w:t>
      </w:r>
      <w:r/>
    </w:p>
    <w:p>
      <w:pPr>
        <w:pStyle w:val="ListNumber"/>
        <w:spacing w:line="240" w:lineRule="auto"/>
        <w:ind w:left="720"/>
      </w:pPr>
      <w:r/>
      <w:hyperlink r:id="rId10">
        <w:r>
          <w:rPr>
            <w:color w:val="0000EE"/>
            <w:u w:val="single"/>
          </w:rPr>
          <w:t>https://www.nationalgeographic.com/history/article/history-of-the-lgbtqia-pride-flag</w:t>
        </w:r>
      </w:hyperlink>
      <w:r>
        <w:t xml:space="preserve"> - This article from National Geographic explores the evolution of the Pride flag, highlighting its origins, design changes, and the significance of its colours. It discusses how the flag has become a symbol of hope and liberation for the LGBTQIA+ community, and how it has been adapted over time to be more inclusive, including the addition of stripes representing transgender individuals and people of colour.</w:t>
      </w:r>
      <w:r/>
    </w:p>
    <w:p>
      <w:pPr>
        <w:pStyle w:val="ListNumber"/>
        <w:spacing w:line="240" w:lineRule="auto"/>
        <w:ind w:left="720"/>
      </w:pPr>
      <w:r/>
      <w:hyperlink r:id="rId11">
        <w:r>
          <w:rPr>
            <w:color w:val="0000EE"/>
            <w:u w:val="single"/>
          </w:rPr>
          <w:t>https://www.time.com/3932733/rainbow-flag-lgbt-pride-same-sex-marriage/</w:t>
        </w:r>
      </w:hyperlink>
      <w:r>
        <w:t xml:space="preserve"> - Time magazine provides an in-depth look at the history of the rainbow flag, detailing its creation by Gilbert Baker in 1978 and its adoption as a symbol of LGBTQ+ pride. The article covers the flag's original eight colours, their meanings, and the subsequent simplification to six colours. It also discusses the flag's widespread recognition and its role in various LGBTQ+ movements.</w:t>
      </w:r>
      <w:r/>
    </w:p>
    <w:p>
      <w:pPr>
        <w:pStyle w:val="ListNumber"/>
        <w:spacing w:line="240" w:lineRule="auto"/>
        <w:ind w:left="720"/>
      </w:pPr>
      <w:r/>
      <w:hyperlink r:id="rId13">
        <w:r>
          <w:rPr>
            <w:color w:val="0000EE"/>
            <w:u w:val="single"/>
          </w:rPr>
          <w:t>https://www.flagdb.com/pride-flag</w:t>
        </w:r>
      </w:hyperlink>
      <w:r>
        <w:t xml:space="preserve"> - FlagDB offers a comprehensive overview of the Pride flag, including its design, symbolism, and variations. The article details the original eight stripes and their meanings, as well as the evolution to the six-stripe version commonly seen today. It also touches on the flag's significance as a symbol of diversity, inclusion, and the celebration of LGBTQ+ identities.</w:t>
      </w:r>
      <w:r/>
    </w:p>
    <w:p>
      <w:pPr>
        <w:pStyle w:val="ListNumber"/>
        <w:spacing w:line="240" w:lineRule="auto"/>
        <w:ind w:left="720"/>
      </w:pPr>
      <w:r/>
      <w:hyperlink r:id="rId14">
        <w:r>
          <w:rPr>
            <w:color w:val="0000EE"/>
            <w:u w:val="single"/>
          </w:rPr>
          <w:t>https://www.stuwo.at/en/blog/rainbow-flags/</w:t>
        </w:r>
      </w:hyperlink>
      <w:r>
        <w:t xml:space="preserve"> - This article from STUWO delves into the meaning and symbolism of the Pride flag, explaining how each colour represents different aspects of the LGBTQI+ community. It also explores the history of the flag, its evolution over time, and the various pride flags that have emerged to represent different identities within the community.</w:t>
      </w:r>
      <w:r/>
    </w:p>
    <w:p>
      <w:pPr>
        <w:pStyle w:val="ListNumber"/>
        <w:spacing w:line="240" w:lineRule="auto"/>
        <w:ind w:left="720"/>
      </w:pPr>
      <w:r/>
      <w:hyperlink r:id="rId12">
        <w:r>
          <w:rPr>
            <w:color w:val="0000EE"/>
            <w:u w:val="single"/>
          </w:rPr>
          <w:t>https://www.prideclothes.com/blogs/prideclothes-talks/rainbow-flag-colors-order-meaning</w:t>
        </w:r>
      </w:hyperlink>
      <w:r>
        <w:t xml:space="preserve"> - Pride Clothes provides a detailed explanation of the colours in the rainbow flag, discussing the symbolism behind each stripe. The article also covers the flag's origins, its evolution over time, and its significance as a symbol of inclusion and diversity for the LGBTQ+ community.</w:t>
      </w:r>
      <w:r/>
    </w:p>
    <w:p>
      <w:pPr>
        <w:pStyle w:val="ListNumber"/>
        <w:spacing w:line="240" w:lineRule="auto"/>
        <w:ind w:left="720"/>
      </w:pPr>
      <w:r/>
      <w:hyperlink r:id="rId15">
        <w:r>
          <w:rPr>
            <w:color w:val="0000EE"/>
            <w:u w:val="single"/>
          </w:rPr>
          <w:t>https://www.youtube.com/watch?v=EIjv8wtnwQ0</w:t>
        </w:r>
      </w:hyperlink>
      <w:r>
        <w:t xml:space="preserve"> - This video from FlagandBanner.com offers a visual exploration of the history and meaning of the Pride flag. It covers the flag's creation by Gilbert Baker in 1978, its original design and colours, and how it has evolved over time to become a symbol of hope and liberation for the LGBTQ+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ntonysimpson.com/2026/the-rainbow-pride-flag/" TargetMode="External"/><Relationship Id="rId10" Type="http://schemas.openxmlformats.org/officeDocument/2006/relationships/hyperlink" Target="https://www.nationalgeographic.com/history/article/history-of-the-lgbtqia-pride-flag" TargetMode="External"/><Relationship Id="rId11" Type="http://schemas.openxmlformats.org/officeDocument/2006/relationships/hyperlink" Target="https://www.time.com/3932733/rainbow-flag-lgbt-pride-same-sex-marriage/" TargetMode="External"/><Relationship Id="rId12" Type="http://schemas.openxmlformats.org/officeDocument/2006/relationships/hyperlink" Target="https://www.prideclothes.com/blogs/prideclothes-talks/rainbow-flag-colors-order-meaning" TargetMode="External"/><Relationship Id="rId13" Type="http://schemas.openxmlformats.org/officeDocument/2006/relationships/hyperlink" Target="https://www.flagdb.com/pride-flag" TargetMode="External"/><Relationship Id="rId14" Type="http://schemas.openxmlformats.org/officeDocument/2006/relationships/hyperlink" Target="https://www.stuwo.at/en/blog/rainbow-flags/" TargetMode="External"/><Relationship Id="rId15" Type="http://schemas.openxmlformats.org/officeDocument/2006/relationships/hyperlink" Target="https://www.youtube.com/watch?v=EIjv8wtnwQ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