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PrideFête in Wilton Manors: Where Caribbean Flair Meets Safe Celebration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loud and proud: Wilton Manors’ PrideFête returns with Caribbean beats, colourful costumes and a vital message about safe spaces for LGBTQ+ people , a local party that’s equal parts dancefloor and declaration, happening Saturday at Richardson Historic Park &amp; Nature Preserve.</w:t>
      </w:r>
      <w:r/>
      <w:r/>
    </w:p>
    <w:p>
      <w:pPr>
        <w:pStyle w:val="ListBullet"/>
        <w:spacing w:line="240" w:lineRule="auto"/>
        <w:ind w:left="720"/>
      </w:pPr>
      <w:r/>
      <w:r>
        <w:rPr>
          <w:b/>
        </w:rPr>
        <w:t>What it is:</w:t>
      </w:r>
      <w:r>
        <w:t xml:space="preserve"> An evening-long outdoor festival with Caribbean music, drag, food and a party atmosphere. </w:t>
      </w:r>
      <w:r/>
    </w:p>
    <w:p>
      <w:pPr>
        <w:pStyle w:val="ListBullet"/>
        <w:spacing w:line="240" w:lineRule="auto"/>
        <w:ind w:left="720"/>
      </w:pPr>
      <w:r/>
      <w:r>
        <w:rPr>
          <w:b/>
        </w:rPr>
        <w:t>When and where:</w:t>
      </w:r>
      <w:r>
        <w:t xml:space="preserve"> Kicks off at 6pm and runs until 11pm at Richardson Historic Park &amp; Nature Preserve, Wilton Drive. </w:t>
      </w:r>
      <w:r/>
    </w:p>
    <w:p>
      <w:pPr>
        <w:pStyle w:val="ListBullet"/>
        <w:spacing w:line="240" w:lineRule="auto"/>
        <w:ind w:left="720"/>
      </w:pPr>
      <w:r/>
      <w:r>
        <w:rPr>
          <w:b/>
        </w:rPr>
        <w:t>Vibe:</w:t>
      </w:r>
      <w:r>
        <w:t xml:space="preserve"> Energetic, colourful and welcoming, with a mix of performances and community stalls; costumes encouraged. </w:t>
      </w:r>
      <w:r/>
    </w:p>
    <w:p>
      <w:pPr>
        <w:pStyle w:val="ListBullet"/>
        <w:spacing w:line="240" w:lineRule="auto"/>
        <w:ind w:left="720"/>
      </w:pPr>
      <w:r/>
      <w:r>
        <w:rPr>
          <w:b/>
        </w:rPr>
        <w:t>Why it matters:</w:t>
      </w:r>
      <w:r>
        <w:t xml:space="preserve"> Creates a safe, celebratory space for Caribbean and LGBTQ+ communities who may face restrictions back home. </w:t>
      </w:r>
      <w:r/>
    </w:p>
    <w:p>
      <w:pPr>
        <w:pStyle w:val="ListBullet"/>
        <w:spacing w:line="240" w:lineRule="auto"/>
        <w:ind w:left="720"/>
      </w:pPr>
      <w:r/>
      <w:r>
        <w:rPr>
          <w:b/>
        </w:rPr>
        <w:t>Practical note:</w:t>
      </w:r>
      <w:r>
        <w:t xml:space="preserve"> Bring comfortable shoes, ID for age-restricted areas, and expect lively music and a warm crowd.</w:t>
      </w:r>
      <w:r/>
      <w:r/>
    </w:p>
    <w:p>
      <w:pPr>
        <w:pStyle w:val="Heading2"/>
      </w:pPr>
      <w:r>
        <w:t>What to expect at PrideFête , think Caribbean carnival with a community heart</w:t>
      </w:r>
      <w:r/>
    </w:p>
    <w:p>
      <w:r/>
      <w:r>
        <w:t>If you like your festivals loud, fragrant with island food and full of sequins, this is your night. The event blends Caribbean rhythms with drag acts and DJs, and you’ll feel the bass in your chest as soon as you arrive. Organisers and performers describe it as both a party and a refuge , a place to be seen, dance freely and meet allies.</w:t>
      </w:r>
      <w:r/>
    </w:p>
    <w:p>
      <w:r/>
      <w:r>
        <w:t>Wilton Manors has a long history of LGBTQ+ events and this festival slots neatly into that calendar. According to the town’s listings, the city champions LGBTQ+ life and community programming, so PrideFête isn’t a one-off , it’s part of a wider civic culture. If you want the full experience, arrive early to browse vendor stalls and grab dinner before the headliners.</w:t>
      </w:r>
      <w:r/>
    </w:p>
    <w:p>
      <w:pPr>
        <w:pStyle w:val="Heading2"/>
      </w:pPr>
      <w:r>
        <w:t>Why the Caribbean focus matters , culture, identity and safety</w:t>
      </w:r>
      <w:r/>
    </w:p>
    <w:p>
      <w:r/>
      <w:r>
        <w:t>The Caribbean theme is more than a playlist. Many attendees and performers have roots in Caribbean nations where Pride is still contentious or criminalised, so PrideFête becomes a rare public space to celebrate identity without fear. Shawn “Kitty Meow” Palacious and other community voices stress that this event is a lifeline: a joyful, visible statement about freedom and safety.</w:t>
      </w:r>
      <w:r/>
    </w:p>
    <w:p>
      <w:r/>
      <w:r>
        <w:t>That cultural connection also shapes the food, fashion and music on offer. Expect steelpan or soca beats, spicy dishes and bright, island-inspired outfits. If you’re coming from outside the Caribbean community, the event is a friendly way to learn, dance and celebrate solidarity.</w:t>
      </w:r>
      <w:r/>
    </w:p>
    <w:p>
      <w:pPr>
        <w:pStyle w:val="Heading2"/>
      </w:pPr>
      <w:r>
        <w:t>Tips for enjoying the night , practical and pleasant</w:t>
      </w:r>
      <w:r/>
    </w:p>
    <w:p>
      <w:r/>
      <w:r>
        <w:t>Wear layers and comfortable shoes , evenings can cool and you’ll be on your feet. Pack cash for vendors, but also check the festival site for cashless options. Bring a small bag with water, sunscreen for earlier hours, and a portable phone charger; you’ll want to capture the costumes and performances.</w:t>
      </w:r>
      <w:r/>
    </w:p>
    <w:p>
      <w:r/>
      <w:r>
        <w:t>If you’re bringing friends who prefer quieter spaces, scope out the park layout early so you can retreat from the main stage when needed. And if you want to support the community beyond the party, look for local organisations and charities on site that welcome donations or volunteers.</w:t>
      </w:r>
      <w:r/>
    </w:p>
    <w:p>
      <w:pPr>
        <w:pStyle w:val="Heading2"/>
      </w:pPr>
      <w:r>
        <w:t>How PrideFête connects to Wilton Manors’ wider Pride season</w:t>
      </w:r>
      <w:r/>
    </w:p>
    <w:p>
      <w:r/>
      <w:r>
        <w:t>Wilton Manors stages multiple Pride events, from parades to community forums, and local outlets have covered the parade’s return and unity messages in past years. PrideFête complements those larger gatherings by offering a focused Caribbean flavour and an intimate evening format that’s both festive and political , celebration with purpose.</w:t>
      </w:r>
      <w:r/>
    </w:p>
    <w:p>
      <w:r/>
      <w:r>
        <w:t>Officials and community leaders use events like this to boost visibility and tourism, and they often tie into wider campaigns promoting LGBTQ+ inclusion. Expect friendly officials, clearly signposted services, and a crowd that’s as likely to trade dance moves as it is to swap stories.</w:t>
      </w:r>
      <w:r/>
    </w:p>
    <w:p>
      <w:pPr>
        <w:pStyle w:val="Heading2"/>
      </w:pPr>
      <w:r>
        <w:t>Who should go , everyone, but come informed</w:t>
      </w:r>
      <w:r/>
    </w:p>
    <w:p>
      <w:r/>
      <w:r>
        <w:t>This night suits anyone who loves music, culture and queer joy. It’s family-friendly in spirit, though some performances may be adult-oriented; check the event page for details. If you’re an ally, come prepared to listen and show support; if you’re part of the Caribbean LGBTQ+ diaspora, know you’re coming somewhere intended to welcome and celebrate you.</w:t>
      </w:r>
      <w:r/>
    </w:p>
    <w:p>
      <w:r/>
      <w:r>
        <w:t>Bring your costume if you feel like being extra , the spirit here rewards a bit of flamboyance. Most of all, go expecting warmth, bright colours and that blissful feeling when a whole crowd moves together to the same beat.</w:t>
      </w:r>
      <w:r/>
    </w:p>
    <w:p>
      <w:r/>
      <w:r>
        <w:t>It's a small change that can make every celebration a bit safer and a lot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4">
        <w:r>
          <w:rPr>
            <w:color w:val="0000EE"/>
            <w:u w:val="single"/>
          </w:rPr>
          <w:t>[7]</w:t>
        </w:r>
      </w:hyperlink>
      <w:r>
        <w:t xml:space="preserve">- Paragraph 4: </w:t>
      </w:r>
      <w:hyperlink r:id="rId11">
        <w:r>
          <w:rPr>
            <w:color w:val="0000EE"/>
            <w:u w:val="single"/>
          </w:rPr>
          <w:t>[3]</w:t>
        </w:r>
      </w:hyperlink>
      <w:r>
        <w:t xml:space="preserve">, </w:t>
      </w:r>
      <w:hyperlink r:id="rId10">
        <w:r>
          <w:rPr>
            <w:color w:val="0000EE"/>
            <w:u w:val="single"/>
          </w:rPr>
          <w:t>[2]</w:t>
        </w:r>
      </w:hyperlink>
      <w:r>
        <w:t xml:space="preserve">- Paragraph 5: </w:t>
      </w:r>
      <w:hyperlink r:id="rId15">
        <w:r>
          <w:rPr>
            <w:color w:val="0000EE"/>
            <w:u w:val="single"/>
          </w:rPr>
          <w:t>[5]</w:t>
        </w:r>
      </w:hyperlink>
      <w:r>
        <w:t xml:space="preserve">, </w:t>
      </w:r>
      <w:hyperlink r:id="rId13">
        <w:r>
          <w:rPr>
            <w:color w:val="0000EE"/>
            <w:u w:val="single"/>
          </w:rPr>
          <w:t>[6]</w:t>
        </w:r>
      </w:hyperlink>
      <w:r>
        <w:t xml:space="preserve">- Paragraph 6: </w:t>
      </w:r>
      <w:hyperlink r:id="rId9">
        <w:r>
          <w:rPr>
            <w:color w:val="0000EE"/>
            <w:u w:val="single"/>
          </w:rPr>
          <w:t>[1]</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https://wsvn.com/entertainment/deco-drive/5th-annual-pridefete-returns-to-wilton-manors-for-fabulous-festivities/</w:t>
        </w:r>
      </w:hyperlink>
      <w:r>
        <w:t xml:space="preserve"> - Please view link - unable to able to access data</w:t>
      </w:r>
      <w:r/>
    </w:p>
    <w:p>
      <w:pPr>
        <w:pStyle w:val="ListNumber"/>
        <w:spacing w:line="240" w:lineRule="auto"/>
        <w:ind w:left="720"/>
      </w:pPr>
      <w:r/>
      <w:hyperlink r:id="rId10">
        <w:r>
          <w:rPr>
            <w:color w:val="0000EE"/>
            <w:u w:val="single"/>
          </w:rPr>
          <w:t>https://pridefete.lgbt/</w:t>
        </w:r>
      </w:hyperlink>
      <w:r>
        <w:t xml:space="preserve"> - PrideFête is Florida's only LGBTQ+ Caribbean Festival, celebrating Caribbean music, food, and culture in a safe space for the LGBTQ+ community and their allies. The event attracts over 1,000 attendees and offers sponsorship and vendor opportunities. The 2026 festival is scheduled for August, with more details to be announced soon.</w:t>
      </w:r>
      <w:r/>
    </w:p>
    <w:p>
      <w:pPr>
        <w:pStyle w:val="ListNumber"/>
        <w:spacing w:line="240" w:lineRule="auto"/>
        <w:ind w:left="720"/>
      </w:pPr>
      <w:r/>
      <w:hyperlink r:id="rId11">
        <w:r>
          <w:rPr>
            <w:color w:val="0000EE"/>
            <w:u w:val="single"/>
          </w:rPr>
          <w:t>https://hotspots.lgbt/pridefete2026/</w:t>
        </w:r>
      </w:hyperlink>
      <w:r>
        <w:t xml:space="preserve"> - PrideFête is Florida's only LGBTQ+ Caribbean Festival, celebrating Caribbean music, food, and culture in a safe space for the LGBTQ+ community and their allies. The event attracts over 1,000 attendees and offers sponsorship and vendor opportunities. The 2026 festival is scheduled for August 8, 2026, at Richardson Historic Park &amp; Nature Preserve in Wilton Manors, FL.</w:t>
      </w:r>
      <w:r/>
    </w:p>
    <w:p>
      <w:pPr>
        <w:pStyle w:val="ListNumber"/>
        <w:spacing w:line="240" w:lineRule="auto"/>
        <w:ind w:left="720"/>
      </w:pPr>
      <w:r/>
      <w:hyperlink r:id="rId12">
        <w:r>
          <w:rPr>
            <w:color w:val="0000EE"/>
            <w:u w:val="single"/>
          </w:rPr>
          <w:t>https://www.wiltonmanors.gov/290/LGBTQ-Life-in-Wilton-Manors</w:t>
        </w:r>
      </w:hyperlink>
      <w:r>
        <w:t xml:space="preserve"> - Wilton Manors is renowned for its vibrant LGBTQ+ community, earning the title of the 'Second Gayest City in America' based on the 2010 US Census. The city embraces diversity and inclusivity, hosting events like the Stonewall Pride Parade and Street Festival, which attracts approximately 35,000 participants annually.</w:t>
      </w:r>
      <w:r/>
    </w:p>
    <w:p>
      <w:pPr>
        <w:pStyle w:val="ListNumber"/>
        <w:spacing w:line="240" w:lineRule="auto"/>
        <w:ind w:left="720"/>
      </w:pPr>
      <w:r/>
      <w:hyperlink r:id="rId15">
        <w:r>
          <w:rPr>
            <w:color w:val="0000EE"/>
            <w:u w:val="single"/>
          </w:rPr>
          <w:t>https://www.local10.com/news/local/2026/06/20/local-10-special-report-celebrating-pride-with-annual-wilton-manors-parade/</w:t>
        </w:r>
      </w:hyperlink>
      <w:r>
        <w:t xml:space="preserve"> - The Stonewall Pride festival in Wilton Manors is a significant event celebrating the LGBTQ+ community. Organizers expected about 50,000 people to celebrate along Wilton Drive. The festival honours the historic Stonewall Riots of 1969, widely recognized as the catalyst for the modern LGBTQ+ rights movement.</w:t>
      </w:r>
      <w:r/>
    </w:p>
    <w:p>
      <w:pPr>
        <w:pStyle w:val="ListNumber"/>
        <w:spacing w:line="240" w:lineRule="auto"/>
        <w:ind w:left="720"/>
      </w:pPr>
      <w:r/>
      <w:hyperlink r:id="rId13">
        <w:r>
          <w:rPr>
            <w:color w:val="0000EE"/>
            <w:u w:val="single"/>
          </w:rPr>
          <w:t>https://www.wiltonmanors.gov/326/Media-Releases</w:t>
        </w:r>
      </w:hyperlink>
      <w:r>
        <w:t xml:space="preserve"> - The City of Wilton Manors regularly issues media releases about various events and initiatives. Notably, the city co-sponsored the inaugural 'Love Wins 5K,' a community celebration of inclusivity and wellness. The city also celebrated 12 years of a perfect 100 Human Rights Campaign score, reflecting its commitment to LGBTQ+ rights.</w:t>
      </w:r>
      <w:r/>
    </w:p>
    <w:p>
      <w:pPr>
        <w:pStyle w:val="ListNumber"/>
        <w:spacing w:line="240" w:lineRule="auto"/>
        <w:ind w:left="720"/>
      </w:pPr>
      <w:r/>
      <w:hyperlink r:id="rId14">
        <w:r>
          <w:rPr>
            <w:color w:val="0000EE"/>
            <w:u w:val="single"/>
          </w:rPr>
          <w:t>https://www.cbsnews.com/miami/news/stonewall-pride-celebration-returns-to-wilton-manors-with-parade-unity-message-of-visibility/</w:t>
        </w:r>
      </w:hyperlink>
      <w:r>
        <w:t xml:space="preserve"> - The 25th annual Stonewall Pride Celebration in Wilton Manors attracted tens of thousands of attendees. The event featured the Glow Night Parade, a highlight of the celebration, lighting up the night with music, floats, and crowds decked out in rainbow colours. The festival serves as a vibrant display of LGBTQ+ pride, resilience, and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svn.com/entertainment/deco-drive/5th-annual-pridefete-returns-to-wilton-manors-for-fabulous-festivities/" TargetMode="External"/><Relationship Id="rId10" Type="http://schemas.openxmlformats.org/officeDocument/2006/relationships/hyperlink" Target="https://pridefete.lgbt/" TargetMode="External"/><Relationship Id="rId11" Type="http://schemas.openxmlformats.org/officeDocument/2006/relationships/hyperlink" Target="https://hotspots.lgbt/pridefete2026/" TargetMode="External"/><Relationship Id="rId12" Type="http://schemas.openxmlformats.org/officeDocument/2006/relationships/hyperlink" Target="https://www.wiltonmanors.gov/290/LGBTQ-Life-in-Wilton-Manors" TargetMode="External"/><Relationship Id="rId13" Type="http://schemas.openxmlformats.org/officeDocument/2006/relationships/hyperlink" Target="https://www.wiltonmanors.gov/326/Media-Releases" TargetMode="External"/><Relationship Id="rId14" Type="http://schemas.openxmlformats.org/officeDocument/2006/relationships/hyperlink" Target="https://www.cbsnews.com/miami/news/stonewall-pride-celebration-returns-to-wilton-manors-with-parade-unity-message-of-visibility/" TargetMode="External"/><Relationship Id="rId15" Type="http://schemas.openxmlformats.org/officeDocument/2006/relationships/hyperlink" Target="https://www.local10.com/news/local/2026/06/20/local-10-special-report-celebrating-pride-with-annual-wilton-manors-par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