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Safety Measures for Copenhagen Pride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visitors and locals are bracing for a more visible police presence as Copenhagen Pride opens, after a deadly attack at Berlin Pride; organisers stress celebration, rights and community will not be overshadowed and authorities say increased security is in place to keep people safe.</w:t>
      </w:r>
      <w:r/>
    </w:p>
    <w:p>
      <w:r/>
      <w:r>
        <w:t>Essential Takeaways</w:t>
      </w:r>
      <w:r/>
      <w:r/>
    </w:p>
    <w:p>
      <w:pPr>
        <w:pStyle w:val="ListBullet"/>
        <w:spacing w:line="240" w:lineRule="auto"/>
        <w:ind w:left="720"/>
      </w:pPr>
      <w:r/>
      <w:r>
        <w:rPr>
          <w:b/>
        </w:rPr>
        <w:t>Heightened visibility:</w:t>
      </w:r>
      <w:r>
        <w:t xml:space="preserve"> Copenhagen Police will be noticeably more present across Pride events, offering a reassuring, sturdy feel to the festival layout.</w:t>
      </w:r>
      <w:r/>
    </w:p>
    <w:p>
      <w:pPr>
        <w:pStyle w:val="ListBullet"/>
        <w:spacing w:line="240" w:lineRule="auto"/>
        <w:ind w:left="720"/>
      </w:pPr>
      <w:r/>
      <w:r>
        <w:rPr>
          <w:b/>
        </w:rPr>
        <w:t>Joint planning:</w:t>
      </w:r>
      <w:r>
        <w:t xml:space="preserve"> Police and PET are coordinating security based on current threat assessments, with practical controls behind the scenes.</w:t>
      </w:r>
      <w:r/>
    </w:p>
    <w:p>
      <w:pPr>
        <w:pStyle w:val="ListBullet"/>
        <w:spacing w:line="240" w:lineRule="auto"/>
        <w:ind w:left="720"/>
      </w:pPr>
      <w:r/>
      <w:r>
        <w:rPr>
          <w:b/>
        </w:rPr>
        <w:t>Organisers’ stance:</w:t>
      </w:r>
      <w:r>
        <w:t xml:space="preserve"> Copenhagen Pride leaders emphasise resilience and inclusivity, encouraging people to attend while being mindful of personal comfort.</w:t>
      </w:r>
      <w:r/>
    </w:p>
    <w:p>
      <w:pPr>
        <w:pStyle w:val="ListBullet"/>
        <w:spacing w:line="240" w:lineRule="auto"/>
        <w:ind w:left="720"/>
      </w:pPr>
      <w:r/>
      <w:r>
        <w:rPr>
          <w:b/>
        </w:rPr>
        <w:t>Events unaffected:</w:t>
      </w:r>
      <w:r>
        <w:t xml:space="preserve"> Talks, quizzes and the main parade are proceeding as planned, with small adjustments to safety protocols.</w:t>
      </w:r>
      <w:r/>
    </w:p>
    <w:p>
      <w:pPr>
        <w:pStyle w:val="ListBullet"/>
        <w:spacing w:line="240" w:lineRule="auto"/>
        <w:ind w:left="720"/>
      </w:pPr>
      <w:r/>
      <w:r>
        <w:rPr>
          <w:b/>
        </w:rPr>
        <w:t>Practical vibe:</w:t>
      </w:r>
      <w:r>
        <w:t xml:space="preserve"> Expect bag checks, stewards, and clear signage , easy to follow and intended to keep the atmosphere friendly.</w:t>
      </w:r>
      <w:r/>
      <w:r/>
    </w:p>
    <w:p>
      <w:pPr>
        <w:pStyle w:val="Heading2"/>
      </w:pPr>
      <w:r>
        <w:t>Why Copenhagen Pride is visibly changing this year</w:t>
      </w:r>
      <w:r/>
    </w:p>
    <w:p>
      <w:r/>
      <w:r>
        <w:t>The immediate reason is blunt and painful: an attack at Berlin Pride in late July left people dead and injured, and that shockwave reached Copenhagen. Police presence will be more visible, which feels reassuring for many and a little sharp for others who prefer low-key security. Organisers are balancing visible reassurance with an effort to maintain the festival’s warm, colourful spirit.</w:t>
      </w:r>
      <w:r/>
    </w:p>
    <w:p>
      <w:r/>
      <w:r>
        <w:t>Copenhagen Pride’s leadership has made it clear they won’t let fear rewrite the event’s purpose , it’s still a celebration and a rights movement. That means you’ll see more uniformed officers and stewards but also the usual rainbow banners and community stalls, so the overall feel should remain welcoming.</w:t>
      </w:r>
      <w:r/>
    </w:p>
    <w:p>
      <w:pPr>
        <w:pStyle w:val="Heading2"/>
      </w:pPr>
      <w:r>
        <w:t>How the police and PET are working behind the scenes</w:t>
      </w:r>
      <w:r/>
    </w:p>
    <w:p>
      <w:r/>
      <w:r>
        <w:t>Authorities say the security setup is informed by PET’s current threat assessment and that Copenhagen Police have adapted operational plans accordingly. Details of specific measures aren’t public for safety reasons, but the collaboration shows officials are taking the Berlin incident seriously and aiming to prevent copycat acts.</w:t>
      </w:r>
      <w:r/>
    </w:p>
    <w:p>
      <w:r/>
      <w:r>
        <w:t>This kind of coordination is common for large public gatherings; it’s not about scaring visitors but about the practical work of crowd control, surveillance and incident response. If you’re nervous, think of it as layers of protection , some prominent, some quiet.</w:t>
      </w:r>
      <w:r/>
    </w:p>
    <w:p>
      <w:pPr>
        <w:pStyle w:val="Heading2"/>
      </w:pPr>
      <w:r>
        <w:t>What organisers want you to know before you go</w:t>
      </w:r>
      <w:r/>
    </w:p>
    <w:p>
      <w:r/>
      <w:r>
        <w:t>Copenhagen Pride’s organisers are urging people to assess what makes them feel safe and to choose participation that suits them. That might mean attending daytime panels and quizzes, joining parts of the parade rather than the whole route, or simply enjoying concerts from a distance. The message is clear: there’s no shame in staying cautious, and the event will accommodate different comfort levels.</w:t>
      </w:r>
      <w:r/>
    </w:p>
    <w:p>
      <w:r/>
      <w:r>
        <w:t>They’re also calling on attendees to look out for one another. A packed, supportive crowd can be both joyous and practical , spotting concerns early, reporting anything odd to stewards or police, and helping quieter members of the community feel included.</w:t>
      </w:r>
      <w:r/>
    </w:p>
    <w:p>
      <w:pPr>
        <w:pStyle w:val="Heading2"/>
      </w:pPr>
      <w:r>
        <w:t>Practical tips for attendees: simple steps that matter</w:t>
      </w:r>
      <w:r/>
    </w:p>
    <w:p>
      <w:r/>
      <w:r>
        <w:t>Plan ahead: check event times and meeting points, and arrive a little earlier than you might normally do. Pack light: smaller bags are easier to screen and quicker to move through entry points. Stay connected: agree on a meet-up spot with friends in case phones die or crowds get dense. Follow instructions: stewards and police are there to help; their requests are meant to keep everyone comfortable and moving. If something feels off, trust your instincts and tell a steward or officer , quick reports make a big difference.</w:t>
      </w:r>
      <w:r/>
    </w:p>
    <w:p>
      <w:pPr>
        <w:pStyle w:val="Heading2"/>
      </w:pPr>
      <w:r>
        <w:t>Looking ahead: balancing safety with celebration</w:t>
      </w:r>
      <w:r/>
    </w:p>
    <w:p>
      <w:r/>
      <w:r>
        <w:t>The mood this year is likely to be a mixture of defiance and tenderness , people want to celebrate, but many will also carry the memory of Berlin. Copenhagen Pride aims to channel that energy into a stronger turnout and renewed solidarity rather than fear. Officials and organisers hope heightened measures allow the parade and events to feel both safe and spirited.</w:t>
      </w:r>
      <w:r/>
    </w:p>
    <w:p>
      <w:r/>
      <w:r>
        <w:t>It’s a reminder that public gatherings evolve with the times; the community’s response will shape what Pride looks like now and next year. It’s about holding ground: celebrating diversity while taking practical steps to keep everyone secure.</w:t>
      </w:r>
      <w:r/>
    </w:p>
    <w:p>
      <w:r/>
      <w:r>
        <w:t>It's a small change that can make every gathering safer and keep the celebration true to its purpose.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1">
        <w:r>
          <w:rPr>
            <w:color w:val="0000EE"/>
            <w:u w:val="single"/>
          </w:rPr>
          <w:t>[6]</w:t>
        </w:r>
      </w:hyperlink>
      <w:r>
        <w:t xml:space="preserve">, </w:t>
      </w:r>
      <w:hyperlink r:id="rId14">
        <w:r>
          <w:rPr>
            <w:color w:val="0000EE"/>
            <w:u w:val="single"/>
          </w:rPr>
          <w:t>[5]</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1">
        <w:r>
          <w:rPr>
            <w:color w:val="0000EE"/>
            <w:u w:val="single"/>
          </w:rPr>
          <w:t>[6]</w:t>
        </w:r>
      </w:hyperlink>
      <w:r>
        <w:t xml:space="preserve">- Paragraph 6: </w:t>
      </w:r>
      <w:hyperlink r:id="rId15">
        <w:r>
          <w:rPr>
            <w:color w:val="0000EE"/>
            <w:u w:val="single"/>
          </w:rPr>
          <w:t>[7]</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https://www.berlingske.dk/danmark/politi-vil-vaere-mere-synligt-ved-pride-efter-angreb-i-berlin?referrer=RSS</w:t>
        </w:r>
      </w:hyperlink>
      <w:r>
        <w:t xml:space="preserve"> - Please view link - unable to able to access data</w:t>
      </w:r>
      <w:r/>
    </w:p>
    <w:p>
      <w:pPr>
        <w:pStyle w:val="ListNumber"/>
        <w:spacing w:line="240" w:lineRule="auto"/>
        <w:ind w:left="720"/>
      </w:pPr>
      <w:r/>
      <w:hyperlink r:id="rId10">
        <w:r>
          <w:rPr>
            <w:color w:val="0000EE"/>
            <w:u w:val="single"/>
          </w:rPr>
          <w:t>https://www.copenhagenpride.dk/en/safety-at-pride/</w:t>
        </w:r>
      </w:hyperlink>
      <w:r>
        <w:t xml:space="preserve"> - Copenhagen Pride places the highest priority on the safety of all participants, implementing visible and professional security measures at Pride Square and during the Parade. They collaborate closely with Copenhagen Police and PET, the national security and intelligence service, involving them in all planning stages and sharing detailed information about events. Regular meetings and information sharing ensure comprehensive safety plans are in place. The Safety Team, led by the Head of Safety with 18 years of experience, employs Crowd Management strategies to ensure orderly movement and assembly of people. Attendees are encouraged to remain vigilant and report any concerns to police, security, or volunteers.</w:t>
      </w:r>
      <w:r/>
    </w:p>
    <w:p>
      <w:pPr>
        <w:pStyle w:val="ListNumber"/>
        <w:spacing w:line="240" w:lineRule="auto"/>
        <w:ind w:left="720"/>
      </w:pPr>
      <w:r/>
      <w:hyperlink r:id="rId12">
        <w:r>
          <w:rPr>
            <w:color w:val="0000EE"/>
            <w:u w:val="single"/>
          </w:rPr>
          <w:t>https://www.copenhagenpride.dk/en/om-os/safety-and-security/</w:t>
        </w:r>
      </w:hyperlink>
      <w:r>
        <w:t xml:space="preserve"> - Copenhagen Pride's Safety Team works year-round to enhance safety at their events, ensuring all activities are conducted under secure conditions. The team comprises volunteers with varying levels of experience, from seasoned security professionals to those eager to learn and assist. They employ Crowd Management techniques to systematically plan and supervise the orderly movement and assembly of people. The Safety Manager oversees the team, and individuals interested in joining can find more information under the 'Become a volunteer' section on the website.</w:t>
      </w:r>
      <w:r/>
    </w:p>
    <w:p>
      <w:pPr>
        <w:pStyle w:val="ListNumber"/>
        <w:spacing w:line="240" w:lineRule="auto"/>
        <w:ind w:left="720"/>
      </w:pPr>
      <w:r/>
      <w:hyperlink r:id="rId13">
        <w:r>
          <w:rPr>
            <w:color w:val="0000EE"/>
            <w:u w:val="single"/>
          </w:rPr>
          <w:t>https://www.spokesman.com/stories/2026/jul/26/police-shoot-berlin-pride-attack-suspect-dead-afte/</w:t>
        </w:r>
      </w:hyperlink>
      <w:r>
        <w:t xml:space="preserve"> - A nationwide manhunt for the suspect involved in a suspected Islamist terrorist attack during Berlin's Pride celebration concluded with police shooting the chief suspect after locating him in an allotment garden in the city's outskirts. The suspect, who had also attacked participants with a machete, was known to authorities and believed to have been radicalized, with ties to an Islamist milieu. The attack resulted in one woman dead and 29 people injured, some seriously. The police operation was extensive, with additional forces deployed across Germany, including at railway stations, airports, and borders.</w:t>
      </w:r>
      <w:r/>
    </w:p>
    <w:p>
      <w:pPr>
        <w:pStyle w:val="ListNumber"/>
        <w:spacing w:line="240" w:lineRule="auto"/>
        <w:ind w:left="720"/>
      </w:pPr>
      <w:r/>
      <w:hyperlink r:id="rId14">
        <w:r>
          <w:rPr>
            <w:color w:val="0000EE"/>
            <w:u w:val="single"/>
          </w:rPr>
          <w:t>https://www.washingtonpost.com/world/2026/07/26/berlin-pride-attack-investigated-terrorism-with-suspect-large/</w:t>
        </w:r>
      </w:hyperlink>
      <w:r>
        <w:t xml:space="preserve"> - The fugitive suspect in a deadly attack on a Berlin Pride parade was killed in a police operation. The suspect was found in a garden in the western Berlin borough of Spandau, about 20 hours after the attack. He reportedly ran toward emergency forces with a 'stabbing weapon,' prompting officers to open fire. Despite resuscitation efforts, the man died at the scene. The attack, which occurred during Berlin's Christopher Street Day, resulted in one woman dead and at least 29 injured. Authorities had deployed over 2,200 officers to protect the parade and other Pride events.</w:t>
      </w:r>
      <w:r/>
    </w:p>
    <w:p>
      <w:pPr>
        <w:pStyle w:val="ListNumber"/>
        <w:spacing w:line="240" w:lineRule="auto"/>
        <w:ind w:left="720"/>
      </w:pPr>
      <w:r/>
      <w:hyperlink r:id="rId11">
        <w:r>
          <w:rPr>
            <w:color w:val="0000EE"/>
            <w:u w:val="single"/>
          </w:rPr>
          <w:t>https://denmarkdigest.dk/politics/police-aware-of-berlin-attack-before-copenhagen-pride</w:t>
        </w:r>
      </w:hyperlink>
      <w:r>
        <w:t xml:space="preserve"> - Copenhagen Police announced they are 'aware of the attack in Berlin' as security preparations continue for the upcoming Copenhagen Pride event. Authorities are implementing measures to ensure public safety, monitoring the situation following the Berlin attack ahead of Copenhagen Pride. The police's awareness and proactive approach aim to enhance security for the event, ensuring a safe environment for all participants.</w:t>
      </w:r>
      <w:r/>
    </w:p>
    <w:p>
      <w:pPr>
        <w:pStyle w:val="ListNumber"/>
        <w:spacing w:line="240" w:lineRule="auto"/>
        <w:ind w:left="720"/>
      </w:pPr>
      <w:r/>
      <w:hyperlink r:id="rId15">
        <w:r>
          <w:rPr>
            <w:color w:val="0000EE"/>
            <w:u w:val="single"/>
          </w:rPr>
          <w:t>https://csd-berlin.de/en/csd-vorstand-trifft-polizeipraesidentin-lsbtiq-beauftragte</w:t>
        </w:r>
      </w:hyperlink>
      <w:r>
        <w:t xml:space="preserve"> - On June 5, the board of the Berlin CSD e.V. met with Berlin police chief Dr. Slowik and LGBTIQ officers Anne von Knoblauch and Michael Späth to discuss the current security situation for queer people in Berlin. The meeting addressed the minimal increase in crime rates, improvements in the efficiency of ad recording, and the focus on security measures in public transport. The introduction of private security inspectors by Berlin's public transport company (BVG) aims to strengthen passengers' sense of security.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erlingske.dk/danmark/politi-vil-vaere-mere-synligt-ved-pride-efter-angreb-i-berlin?referrer=RSS" TargetMode="External"/><Relationship Id="rId10" Type="http://schemas.openxmlformats.org/officeDocument/2006/relationships/hyperlink" Target="https://www.copenhagenpride.dk/en/safety-at-pride/" TargetMode="External"/><Relationship Id="rId11" Type="http://schemas.openxmlformats.org/officeDocument/2006/relationships/hyperlink" Target="https://denmarkdigest.dk/politics/police-aware-of-berlin-attack-before-copenhagen-pride" TargetMode="External"/><Relationship Id="rId12" Type="http://schemas.openxmlformats.org/officeDocument/2006/relationships/hyperlink" Target="https://www.copenhagenpride.dk/en/om-os/safety-and-security/" TargetMode="External"/><Relationship Id="rId13" Type="http://schemas.openxmlformats.org/officeDocument/2006/relationships/hyperlink" Target="https://www.spokesman.com/stories/2026/jul/26/police-shoot-berlin-pride-attack-suspect-dead-afte/" TargetMode="External"/><Relationship Id="rId14" Type="http://schemas.openxmlformats.org/officeDocument/2006/relationships/hyperlink" Target="https://www.washingtonpost.com/world/2026/07/26/berlin-pride-attack-investigated-terrorism-with-suspect-large/" TargetMode="External"/><Relationship Id="rId15" Type="http://schemas.openxmlformats.org/officeDocument/2006/relationships/hyperlink" Target="https://csd-berlin.de/en/csd-vorstand-trifft-polizeipraesidentin-lsbtiq-beauftrag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