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Prague Pride Safety Tips and What to Expect at the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the buzz: tens of thousands will gather in Prague Centre today for Prague Pride, but heightened security after the Berlin CSD attack means attendees should plan ahead; organisers and police have adjusted routes, briefed staff, and provided water and staged entertainment to keep the mood festive and safe.</w:t>
      </w:r>
      <w:r/>
    </w:p>
    <w:p>
      <w:r/>
      <w:r>
        <w:t>Essential Takeaways</w:t>
      </w:r>
      <w:r/>
      <w:r/>
    </w:p>
    <w:p>
      <w:pPr>
        <w:pStyle w:val="ListBullet"/>
        <w:spacing w:line="240" w:lineRule="auto"/>
        <w:ind w:left="720"/>
      </w:pPr>
      <w:r/>
      <w:r>
        <w:rPr>
          <w:b/>
        </w:rPr>
        <w:t>Attendance:</w:t>
      </w:r>
      <w:r>
        <w:t xml:space="preserve"> Around 50,000 people are expected, creating a lively, colourful atmosphere on Wenceslas Square and along a two-kilometre route. </w:t>
      </w:r>
      <w:r/>
    </w:p>
    <w:p>
      <w:pPr>
        <w:pStyle w:val="ListBullet"/>
        <w:spacing w:line="240" w:lineRule="auto"/>
        <w:ind w:left="720"/>
      </w:pPr>
      <w:r/>
      <w:r>
        <w:rPr>
          <w:b/>
        </w:rPr>
        <w:t>Security presence:</w:t>
      </w:r>
      <w:r>
        <w:t xml:space="preserve"> Several hundred officers, mounted police, river police and a helicopter will monitor the route; organisers urge no wooden poles and prefer plastic placard handles. </w:t>
      </w:r>
      <w:r/>
    </w:p>
    <w:p>
      <w:pPr>
        <w:pStyle w:val="ListBullet"/>
        <w:spacing w:line="240" w:lineRule="auto"/>
        <w:ind w:left="720"/>
      </w:pPr>
      <w:r/>
      <w:r>
        <w:rPr>
          <w:b/>
        </w:rPr>
        <w:t>Practical comfort:</w:t>
      </w:r>
      <w:r>
        <w:t xml:space="preserve"> It’s hot , expect water stations on site and shaded meeting points; plan for sun protection and light clothing. </w:t>
      </w:r>
      <w:r/>
    </w:p>
    <w:p>
      <w:pPr>
        <w:pStyle w:val="ListBullet"/>
        <w:spacing w:line="240" w:lineRule="auto"/>
        <w:ind w:left="720"/>
      </w:pPr>
      <w:r/>
      <w:r>
        <w:rPr>
          <w:b/>
        </w:rPr>
        <w:t>Community moment:</w:t>
      </w:r>
      <w:r>
        <w:t xml:space="preserve"> A silent tribute is scheduled before the march to remember victims of the Berlin attack; organisers stress resilience and peaceful protest. </w:t>
      </w:r>
      <w:r/>
    </w:p>
    <w:p>
      <w:pPr>
        <w:pStyle w:val="ListBullet"/>
        <w:spacing w:line="240" w:lineRule="auto"/>
        <w:ind w:left="720"/>
      </w:pPr>
      <w:r/>
      <w:r>
        <w:rPr>
          <w:b/>
        </w:rPr>
        <w:t>Afterparty:</w:t>
      </w:r>
      <w:r>
        <w:t xml:space="preserve"> The event finishes on an island in the Vltava with music, five stages of entertainment and workshops, so bring a charger and comfy shoes.</w:t>
      </w:r>
      <w:r/>
      <w:r/>
    </w:p>
    <w:p>
      <w:pPr>
        <w:pStyle w:val="Heading2"/>
      </w:pPr>
      <w:r>
        <w:t>What the morning will look and feel like</w:t>
      </w:r>
      <w:r/>
    </w:p>
    <w:p>
      <w:r/>
      <w:r>
        <w:t>The atmosphere typically starts upbeat and tactile , people fine-tune signs, paint faces and share last-minute hugs. Wenceslas Square will be jam-packed and colourful, with stands offering touch-ups, merchandise and info. Organisers say water stations will be plentiful because temperatures are hovering around 30°C, so you’ll see folks topping up and finding shade between sets. Bring a refillable bottle and a small fan if you get hot quickly.</w:t>
      </w:r>
      <w:r/>
    </w:p>
    <w:p>
      <w:r/>
      <w:r>
        <w:t>Prague Pride events have always mixed celebration with purpose; this year organisers added extra hydration points and clear meeting areas to keep crowds moving. If you’re nervous, pick a visible friend as your rallying point and agree a time to reconvene , phones die in crowds, and a physical landmark is old-school but reliable.</w:t>
      </w:r>
      <w:r/>
    </w:p>
    <w:p>
      <w:pPr>
        <w:pStyle w:val="Heading2"/>
      </w:pPr>
      <w:r>
        <w:t>How security has changed after Berlin</w:t>
      </w:r>
      <w:r/>
    </w:p>
    <w:p>
      <w:r/>
      <w:r>
        <w:t>Authorities have tightened protections in response to the attack at the Berlin CSD, so expect a noticeable but professional police presence. Reuters-style briefings from organisers and police indicate several hundred officers will patrol the two-kilometre route, supported by mounted units, river patrols and aerial observation. Bags may be checked more often, and festival staff will be briefed to report suspicious items.</w:t>
      </w:r>
      <w:r/>
    </w:p>
    <w:p>
      <w:r/>
      <w:r>
        <w:t>The organisers ask participants not to bring wooden poles on placards and to choose plastic handles instead. It’s practical advice: lighter signs are easier to carry and less likely to snag in a crowd. If you’re attending with children or someone who needs extra care, arrive early to find quieter spaces near the start rather than trying to push through packed sections later.</w:t>
      </w:r>
      <w:r/>
    </w:p>
    <w:p>
      <w:pPr>
        <w:pStyle w:val="Heading2"/>
      </w:pPr>
      <w:r>
        <w:t>Why Prague remains a focal point for queer rights</w:t>
      </w:r>
      <w:r/>
    </w:p>
    <w:p>
      <w:r/>
      <w:r>
        <w:t>Czechia has been ahead of many neighbours on LGBTQ+ policy , registered partnerships in 2006 and a more advanced partnership-plus arrangement since 2025, including wider adoption rights, make Prague an important regional hub. The Constitutional Court’s 2024 ruling on forced sterilisation underlined legal progress for trans people as well.</w:t>
      </w:r>
      <w:r/>
    </w:p>
    <w:p>
      <w:r/>
      <w:r>
        <w:t>That legal backdrop explains why the Pride vibe is both celebratory and politically charged. For many locals and visitors it’s a chance to enjoy community and to acknowledge ongoing work. If you want context, Prague Pride’s official site and festival pages have accessible timelines and workshop listings so you can plug into panels or quieter learning spaces rather than just the parade.</w:t>
      </w:r>
      <w:r/>
    </w:p>
    <w:p>
      <w:pPr>
        <w:pStyle w:val="Heading2"/>
      </w:pPr>
      <w:r>
        <w:t>Practical tips for getting around and staying comfortable</w:t>
      </w:r>
      <w:r/>
    </w:p>
    <w:p>
      <w:r/>
      <w:r>
        <w:t>Pick public transport or walk , central tram and metro stops are the easiest way in, but expect delays and temporary reroutes. Leave bulky bags at your accommodation; organisers recommend only essential items and advise against long poles. Wear suncream, a hat and sturdy shoes , you’ll be on your feet for hours and later on uneven islands in the river.</w:t>
      </w:r>
      <w:r/>
    </w:p>
    <w:p>
      <w:r/>
      <w:r>
        <w:t>Charge your phone, note the locations of first-aid tents and agree a simple meet-up plan with friends. If you prefer a calmer experience, arrive before noon to watch the staging on Wenceslas Square rather than jump into the moving crowd. Workshops and concerts on the island offer quieter pockets when you want a break from the main march.</w:t>
      </w:r>
      <w:r/>
    </w:p>
    <w:p>
      <w:pPr>
        <w:pStyle w:val="Heading2"/>
      </w:pPr>
      <w:r>
        <w:t>After the march: music, workshops and a safe celebration</w:t>
      </w:r>
      <w:r/>
    </w:p>
    <w:p>
      <w:r/>
      <w:r>
        <w:t>When the parade arrives at the island in the Vltava, the mood usually lightens into a festival: five stages, DJs, panels and local food stalls. It’s designed to be family-friendly and accessible, with space to cool off and participate in community activities. Expect organised routes for exits to avoid bottlenecks and continued police presence through the evening.</w:t>
      </w:r>
      <w:r/>
    </w:p>
    <w:p>
      <w:r/>
      <w:r>
        <w:t>Organisers are emphasising resilience. As one participant noted, the point of marching is to be seen, heard and safe while doing it. If you’re staying late, pick a well-lit exit route and keep to groups. The mix of celebration and vigilance is deliberate , it’s how the community keeps joy and safety together.</w:t>
      </w:r>
      <w:r/>
    </w:p>
    <w:p>
      <w:r/>
      <w:r>
        <w:t>It's a small change that can make every Pride march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https://www.tagesschau.de/ausland/europa/prag-pride-sicherheitsvorkehrungen-100.html</w:t>
        </w:r>
      </w:hyperlink>
      <w:r>
        <w:t xml:space="preserve"> - Please view link - unable to able to access data</w:t>
      </w:r>
      <w:r/>
    </w:p>
    <w:p>
      <w:pPr>
        <w:pStyle w:val="ListNumber"/>
        <w:spacing w:line="240" w:lineRule="auto"/>
        <w:ind w:left="720"/>
      </w:pPr>
      <w:r/>
      <w:hyperlink r:id="rId9">
        <w:r>
          <w:rPr>
            <w:color w:val="0000EE"/>
            <w:u w:val="single"/>
          </w:rPr>
          <w:t>https://www.tagesschau.de/ausland/europa/prag-pride-sicherheitsvorkehrungen-100.html</w:t>
        </w:r>
      </w:hyperlink>
      <w:r>
        <w:t xml:space="preserve"> - The article discusses the Prague Pride parade, which is expected to attract tens of thousands of queer individuals advocating for their rights. In light of the recent attack at the Berlin CSD, security measures have been intensified. The parade is set to commence at 12:00 PM from Wenceslas Square, with participants observing a moment of silence at 11:55 AM to honour the victims of the Berlin attack. The organisers aim to ensure the event proceeds without incident, emphasising the importance of not succumbing to fear.</w:t>
      </w:r>
      <w:r/>
    </w:p>
    <w:p>
      <w:pPr>
        <w:pStyle w:val="ListNumber"/>
        <w:spacing w:line="240" w:lineRule="auto"/>
        <w:ind w:left="720"/>
      </w:pPr>
      <w:r/>
      <w:hyperlink r:id="rId10">
        <w:r>
          <w:rPr>
            <w:color w:val="0000EE"/>
            <w:u w:val="single"/>
          </w:rPr>
          <w:t>https://www.praguepride.com/en/</w:t>
        </w:r>
      </w:hyperlink>
      <w:r>
        <w:t xml:space="preserve"> - Prague Pride is an annual human rights festival dedicated to improving the status of LGBT+ individuals. The 2026 festival is scheduled from August 3 to 9, with the Pride Parade on August 8, 2026, starting from Wenceslas Square to Štvanice Island. The festival encompasses a wide range of cultural and social events, including public discussions, debates, sporting and spiritual gatherings, and welcomes international guests. The theme for 2026 is 'Times Are Changing,' reflecting societal transformations and an emphasis on human rights and civic engagement.</w:t>
      </w:r>
      <w:r/>
    </w:p>
    <w:p>
      <w:pPr>
        <w:pStyle w:val="ListNumber"/>
        <w:spacing w:line="240" w:lineRule="auto"/>
        <w:ind w:left="720"/>
      </w:pPr>
      <w:r/>
      <w:hyperlink r:id="rId11">
        <w:r>
          <w:rPr>
            <w:color w:val="0000EE"/>
            <w:u w:val="single"/>
          </w:rPr>
          <w:t>https://festival.praguepride.com/en/practical-info/safety-at-the-festival/</w:t>
        </w:r>
      </w:hyperlink>
      <w:r>
        <w:t xml:space="preserve"> - This page outlines the safety and security measures implemented during the Prague Pride Festival. The organisers collaborate closely with the police, security agencies, and other institutions to ensure a peaceful Pride Parade and a welcoming environment at each festival venue. Attendees are encouraged to treat each other with kindness and respect, adhere to community guidelines, and avoid bringing weapons, pyrotechnics, glass bottles, alcohol, or drugs. The organisers also provide resources such as free HIV and STI testing, as well as a calm space called Pride HideOUT for mental well-being.</w:t>
      </w:r>
      <w:r/>
    </w:p>
    <w:p>
      <w:pPr>
        <w:pStyle w:val="ListNumber"/>
        <w:spacing w:line="240" w:lineRule="auto"/>
        <w:ind w:left="720"/>
      </w:pPr>
      <w:r/>
      <w:hyperlink r:id="rId13">
        <w:r>
          <w:rPr>
            <w:color w:val="0000EE"/>
            <w:u w:val="single"/>
          </w:rPr>
          <w:t>https://prague.eu/en/akce/prague-pride/</w:t>
        </w:r>
      </w:hyperlink>
      <w:r>
        <w:t xml:space="preserve"> - Prague Pride is a significant event in Prague's cultural summer, with its 16th edition taking place from August 3 to 9, 2026. The festival's theme, 'Times Are Changing,' reflects societal transformations and emphasises human rights and civic engagement. The programme includes a wide range of cultural and social events, public discussions, debates, sporting and spiritual gatherings, and welcomes international guests. The highlight of the week is the Rainbow Parade through Prague, which this year will follow a modified route through the historic centre and will end on Štvanice Island, where Pride Park will take place.</w:t>
      </w:r>
      <w:r/>
    </w:p>
    <w:p>
      <w:pPr>
        <w:pStyle w:val="ListNumber"/>
        <w:spacing w:line="240" w:lineRule="auto"/>
        <w:ind w:left="720"/>
      </w:pPr>
      <w:r/>
      <w:hyperlink r:id="rId12">
        <w:r>
          <w:rPr>
            <w:color w:val="0000EE"/>
            <w:u w:val="single"/>
          </w:rPr>
          <w:t>https://www.praguepride.com/festival-prague-pride/</w:t>
        </w:r>
      </w:hyperlink>
      <w:r>
        <w:t xml:space="preserve"> - The Prague Pride Festival is a human rights festival aiming to change the status of LGBT+ people. The 2026 festival is scheduled from August 3 to 9, with the Pride Parade on August 8, 2026. The festival encompasses a wide range of cultural and social events, including public discussions, debates, sporting and spiritual gatherings, and welcomes international guests. The organisers collaborate with various partners to create an inclusive environment and support diversity in society.</w:t>
      </w:r>
      <w:r/>
    </w:p>
    <w:p>
      <w:pPr>
        <w:pStyle w:val="ListNumber"/>
        <w:spacing w:line="240" w:lineRule="auto"/>
        <w:ind w:left="720"/>
      </w:pPr>
      <w:r/>
      <w:hyperlink r:id="rId14">
        <w:r>
          <w:rPr>
            <w:color w:val="0000EE"/>
            <w:u w:val="single"/>
          </w:rPr>
          <w:t>https://festival.praguepride.com/en/</w:t>
        </w:r>
      </w:hyperlink>
      <w:r>
        <w:t xml:space="preserve"> - The Prague Pride Festival is scheduled from August 3 to 9, 2026, with the Pride Parade on August 8, 2026. The organisers encourage attendees to follow Qalendar for tips on queer events. The festival is under the patronage of several officials, including the Mayor of Prague and the Mayor of Prague 1 District. The organisers also provide a newsletter for updates on festival news.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agesschau.de/ausland/europa/prag-pride-sicherheitsvorkehrungen-100.html" TargetMode="External"/><Relationship Id="rId10" Type="http://schemas.openxmlformats.org/officeDocument/2006/relationships/hyperlink" Target="https://www.praguepride.com/en/" TargetMode="External"/><Relationship Id="rId11" Type="http://schemas.openxmlformats.org/officeDocument/2006/relationships/hyperlink" Target="https://festival.praguepride.com/en/practical-info/safety-at-the-festival/" TargetMode="External"/><Relationship Id="rId12" Type="http://schemas.openxmlformats.org/officeDocument/2006/relationships/hyperlink" Target="https://www.praguepride.com/festival-prague-pride/" TargetMode="External"/><Relationship Id="rId13" Type="http://schemas.openxmlformats.org/officeDocument/2006/relationships/hyperlink" Target="https://prague.eu/en/akce/prague-pride/" TargetMode="External"/><Relationship Id="rId14" Type="http://schemas.openxmlformats.org/officeDocument/2006/relationships/hyperlink" Target="https://festival.praguepride.com/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