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Prague Pride Parade 2026: Solidarity, Safety and a Powerful Reminder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tourists and thousands of activists flooded Prague’s streets on Saturday, demanding equal rights and mourning recent violence; the Prague Pride parade became a colourful but cautious statement about safety, solidarity and why Pride still matters across Europe.</w:t>
      </w:r>
      <w:r/>
    </w:p>
    <w:p>
      <w:r/>
      <w:r>
        <w:t>Essential Takeaways</w:t>
      </w:r>
      <w:r/>
      <w:r/>
    </w:p>
    <w:p>
      <w:pPr>
        <w:pStyle w:val="ListBullet"/>
        <w:spacing w:line="240" w:lineRule="auto"/>
        <w:ind w:left="720"/>
      </w:pPr>
      <w:r/>
      <w:r>
        <w:rPr>
          <w:b/>
        </w:rPr>
        <w:t>Mass turnout:</w:t>
      </w:r>
      <w:r>
        <w:t xml:space="preserve"> Tens of thousands marched through Prague’s centre, a vivid, noisy show of support for LGBT+ rights.</w:t>
      </w:r>
      <w:r/>
    </w:p>
    <w:p>
      <w:pPr>
        <w:pStyle w:val="ListBullet"/>
        <w:spacing w:line="240" w:lineRule="auto"/>
        <w:ind w:left="720"/>
      </w:pPr>
      <w:r/>
      <w:r>
        <w:rPr>
          <w:b/>
        </w:rPr>
        <w:t>Moment of silence:</w:t>
      </w:r>
      <w:r>
        <w:t xml:space="preserve"> The parade opened with a sombre pause to honour victims of the Berlin CSD attack, underlining cross‑border solidarity.</w:t>
      </w:r>
      <w:r/>
    </w:p>
    <w:p>
      <w:pPr>
        <w:pStyle w:val="ListBullet"/>
        <w:spacing w:line="240" w:lineRule="auto"/>
        <w:ind w:left="720"/>
      </w:pPr>
      <w:r/>
      <w:r>
        <w:rPr>
          <w:b/>
        </w:rPr>
        <w:t>Tight security:</w:t>
      </w:r>
      <w:r>
        <w:t xml:space="preserve"> Organisers and police increased measures, hundreds of officers, de‑escalation teams and rules on placard handles.</w:t>
      </w:r>
      <w:r/>
    </w:p>
    <w:p>
      <w:pPr>
        <w:pStyle w:val="ListBullet"/>
        <w:spacing w:line="240" w:lineRule="auto"/>
        <w:ind w:left="720"/>
      </w:pPr>
      <w:r/>
      <w:r>
        <w:rPr>
          <w:b/>
        </w:rPr>
        <w:t>Festival vibe:</w:t>
      </w:r>
      <w:r>
        <w:t xml:space="preserve"> Bright outfits, rainbow balloons and makeup marked the climax of a week‑long Prague Pride festival under the theme "Times Are Changing".</w:t>
      </w:r>
      <w:r/>
    </w:p>
    <w:p>
      <w:pPr>
        <w:pStyle w:val="ListBullet"/>
        <w:spacing w:line="240" w:lineRule="auto"/>
        <w:ind w:left="720"/>
      </w:pPr>
      <w:r/>
      <w:r>
        <w:rPr>
          <w:b/>
        </w:rPr>
        <w:t>No major incidents:</w:t>
      </w:r>
      <w:r>
        <w:t xml:space="preserve"> Despite a small counter‑protest, authorities reported no significant disturbances along the route.</w:t>
      </w:r>
      <w:r/>
      <w:r/>
    </w:p>
    <w:p>
      <w:pPr>
        <w:pStyle w:val="Heading2"/>
      </w:pPr>
      <w:r>
        <w:t>Why Prague Pride felt both festive and serious</w:t>
      </w:r>
      <w:r/>
    </w:p>
    <w:p>
      <w:r/>
      <w:r>
        <w:t>Prague’s rainbow flood mixed joy with a cautious edge, and you could feel it in the air, a soft, determined buzz punctuated by the quiet of that opening minute. The choice to begin with a moment of silence for the Berlin victims framed the day: this was celebration, yes, but also a public act of remembering.</w:t>
      </w:r>
      <w:r/>
    </w:p>
    <w:p>
      <w:r/>
      <w:r>
        <w:t>Organisers said the Berlin attack made the festival’s work feel urgent. According to festival leaders, Pride isn’t only party time; it’s about visibility, safety and pressing for legal equality. That duality, colourful costumes and hard conversations, has become the hallmark of many Pride events across Europe.</w:t>
      </w:r>
      <w:r/>
    </w:p>
    <w:p>
      <w:pPr>
        <w:pStyle w:val="Heading2"/>
      </w:pPr>
      <w:r>
        <w:t>How organisers tightened safety without muzzling the party</w:t>
      </w:r>
      <w:r/>
    </w:p>
    <w:p>
      <w:r/>
      <w:r>
        <w:t>Safety checks were visible but measured: more police on the streets, de‑escalation teams walking the route, and practical rules about banner poles to reduce weapon risk. Prague Pride’s website and festival materials outlined the steps, from recommended placard materials to tips for reporting concerns.</w:t>
      </w:r>
      <w:r/>
    </w:p>
    <w:p>
      <w:r/>
      <w:r>
        <w:t>This approach echoes wider festival guidance seen in other cities, where organisers balance openness with pragmatism. If you’re attending a future Pride, expect simple precautions: carry soft‑handled signs, stay aware of exits, and follow steward instructions.</w:t>
      </w:r>
      <w:r/>
    </w:p>
    <w:p>
      <w:pPr>
        <w:pStyle w:val="Heading2"/>
      </w:pPr>
      <w:r>
        <w:t>The parade as international solidarity , what it signalled</w:t>
      </w:r>
      <w:r/>
    </w:p>
    <w:p>
      <w:r/>
      <w:r>
        <w:t>Beginning with a remembrance for those hurt in Berlin turned a local march into an international statement. It was a reminder that threats to LGBT+ communities don’t respect borders, and that public gatherings are stages for transnational grief and resistance.</w:t>
      </w:r>
      <w:r/>
    </w:p>
    <w:p>
      <w:r/>
      <w:r>
        <w:t>Leaders and participants stressed that hate often starts with words and escalates. That narrative underpinned speeches and banners, and it pushed the festival conversation beyond visibility to questions about law, education and public discourse.</w:t>
      </w:r>
      <w:r/>
    </w:p>
    <w:p>
      <w:pPr>
        <w:pStyle w:val="Heading2"/>
      </w:pPr>
      <w:r>
        <w:t>The mood on the ground: colourful, loud, and resilient</w:t>
      </w:r>
      <w:r/>
    </w:p>
    <w:p>
      <w:r/>
      <w:r>
        <w:t>Anyone who was there would tell you the visuals were striking, rainbow balloons bobbing against summer blue, faces painted bright, handmade banners swaying gently. Yet beneath the bright palette was a steady resolve: people want equal rights, and they’re ready to insist on them publicly.</w:t>
      </w:r>
      <w:r/>
    </w:p>
    <w:p>
      <w:r/>
      <w:r>
        <w:t>Counter‑protesters were few and kept separate, and police reported no significant incidents. That combination, high turnout, visible security and calm streets, made the day feel like a careful victory for organisers and participants alike.</w:t>
      </w:r>
      <w:r/>
    </w:p>
    <w:p>
      <w:pPr>
        <w:pStyle w:val="Heading2"/>
      </w:pPr>
      <w:r>
        <w:t>Practical takeaways if you plan to join a Pride event</w:t>
      </w:r>
      <w:r/>
    </w:p>
    <w:p>
      <w:r/>
      <w:r>
        <w:t>If you’re heading to Pride in the coming months, plan with safety and solidarity in mind. Use soft‑handled placards, familiarise yourself with steward locations, and keep a meeting point in case you get separated. Remember, your presence matters; it’s both a celebration and a civic act.</w:t>
      </w:r>
      <w:r/>
    </w:p>
    <w:p>
      <w:r/>
      <w:r>
        <w:t>And if you’re photographing the day, be mindful of consent, some people want to be seen, others don’t. Respect keeps Pride inclusive.</w:t>
      </w:r>
      <w:r/>
    </w:p>
    <w:p>
      <w:r/>
      <w:r>
        <w:t>It's a small change that can make every march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12">
        <w:r>
          <w:rPr>
            <w:color w:val="0000EE"/>
            <w:u w:val="single"/>
          </w:rPr>
          <w:t>[5]</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[4]</w:t>
        </w:r>
      </w:hyperlink>
      <w:r>
        <w:t xml:space="preserve">- Paragraph 6: </w:t>
      </w:r>
      <w:hyperlink r:id="rId12">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https://www.derstandard.at/story/3000000334778/regenbogenparade-in-prag-erinnerte-an-opfer-von-berliner-csd-anschlag?ref=rss</w:t>
        </w:r>
      </w:hyperlink>
      <w:r>
        <w:t xml:space="preserve"> - Please view link - unable to able to access data</w:t>
      </w:r>
      <w:r/>
    </w:p>
    <w:p>
      <w:pPr>
        <w:pStyle w:val="ListNumber"/>
        <w:spacing w:line="240" w:lineRule="auto"/>
        <w:ind w:left="720"/>
      </w:pPr>
      <w:r/>
      <w:hyperlink r:id="rId9">
        <w:r>
          <w:rPr>
            <w:color w:val="0000EE"/>
            <w:u w:val="single"/>
          </w:rPr>
          <w:t>https://www.derstandard.at/story/3000000334778/regenbogenparade-in-prag-erinnerte-an-opfer-von-berliner-csd-anschlag?ref=rss</w:t>
        </w:r>
      </w:hyperlink>
      <w:r>
        <w:t xml:space="preserve"> - On August 8, 2026, tens of thousands marched through Prague's city centre to demand equal rights for sexual minorities. The parade began with a minute of silence for the victims of the recent attack near Berlin's Christopher Street Day. Festival director Kamila Fröhlichova emphasised the event's goal to raise awareness of LGBT+ issues and highlight the community's ongoing struggle for equality in the Czech Republic. The Berlin attack underscored the importance of such events, with Fröhlichova noting that hate begins not with physical attacks but with words and hate speech. The terrorist attack in Berlin on July 25 involved an Islamist assailant driving a van into a crowd, resulting in one death and 31 injuries. In response, Prague Pride organisers implemented enhanced security measures, deploying hundreds of police officers and a de-escalation team to accompany the parade. Participants were advised to carry banners by hand or use plastic poles, avoiding wooden sticks and broom handles. Despite a small group of counter-demonstrators along the route, police reported no significant incidents. The parade, featuring colourful attire, makeup, and rainbow-themed balloons, marked the culmination of the week-long Prague Pride Festival, themed 'Times Are Changing'.</w:t>
      </w:r>
      <w:r/>
    </w:p>
    <w:p>
      <w:pPr>
        <w:pStyle w:val="ListNumber"/>
        <w:spacing w:line="240" w:lineRule="auto"/>
        <w:ind w:left="720"/>
      </w:pPr>
      <w:r/>
      <w:hyperlink r:id="rId13">
        <w:r>
          <w:rPr>
            <w:color w:val="0000EE"/>
            <w:u w:val="single"/>
          </w:rPr>
          <w:t>https://csd-berlin.de/en/inclusion-and-awareness</w:t>
        </w:r>
      </w:hyperlink>
      <w:r>
        <w:t xml:space="preserve"> - The Berlin Pride, also known as Christopher Street Day (CSD), is committed to inclusion and awareness. The organisers aim to create an inclusive community by providing a platform for open exchange and support. They have established an email address, inklusion@csd-berlin.de, for questions and suggestions related to inclusion. The 2026 parade floats are equipped with sound and lighting systems. Wheelchair viewing platforms are covered to protect from sun and light rain, accommodating approximately six wheelchair users and one accompanying person each. An inclusion team will be available on-site to assist with individual accessibility requirements. The organisers emphasise a respectful and safe environment, not tolerating discriminatory or abusive behaviour. (</w:t>
      </w:r>
      <w:hyperlink r:id="rId14">
        <w:r>
          <w:rPr>
            <w:color w:val="0000EE"/>
            <w:u w:val="single"/>
          </w:rPr>
          <w:t>csd-berlin.de</w:t>
        </w:r>
      </w:hyperlink>
      <w:r>
        <w:t>)</w:t>
      </w:r>
      <w:r/>
    </w:p>
    <w:p>
      <w:pPr>
        <w:pStyle w:val="ListNumber"/>
        <w:spacing w:line="240" w:lineRule="auto"/>
        <w:ind w:left="720"/>
      </w:pPr>
      <w:r/>
      <w:hyperlink r:id="rId10">
        <w:r>
          <w:rPr>
            <w:color w:val="0000EE"/>
            <w:u w:val="single"/>
          </w:rPr>
          <w:t>https://www.praguepride.com/en/?lang=en</w:t>
        </w:r>
      </w:hyperlink>
      <w:r>
        <w:t xml:space="preserve"> - Prague Pride is an organisation dedicated to supporting the LGBT+ community in the Czech Republic. They offer year-round assistance, education, and support. Their community centre provides various programmes and services, including a free English-speaking support group and free legal advice for LGBT+ individuals. They also offer individual counselling and have a 'Report a Bias Attack' form to encourage reporting of incidents. The organisation promotes the values of respect, solidarity, and diversity, with donations from their rainbow ribbons supporting their activities. (</w:t>
      </w:r>
      <w:hyperlink r:id="rId15">
        <w:r>
          <w:rPr>
            <w:color w:val="0000EE"/>
            <w:u w:val="single"/>
          </w:rPr>
          <w:t>praguepride.com</w:t>
        </w:r>
      </w:hyperlink>
      <w:r>
        <w:t>)</w:t>
      </w:r>
      <w:r/>
    </w:p>
    <w:p>
      <w:pPr>
        <w:pStyle w:val="ListNumber"/>
        <w:spacing w:line="240" w:lineRule="auto"/>
        <w:ind w:left="720"/>
      </w:pPr>
      <w:r/>
      <w:hyperlink r:id="rId12">
        <w:r>
          <w:rPr>
            <w:color w:val="0000EE"/>
            <w:u w:val="single"/>
          </w:rPr>
          <w:t>https://festival.praguepride.com/en/practical-info/safety-at-the-festival/</w:t>
        </w:r>
      </w:hyperlink>
      <w:r>
        <w:t xml:space="preserve"> - Prague Pride prioritises safety and security to ensure a relaxed and joyful festival atmosphere. They collaborate with the police, a security agency, and other institutions to ensure peaceful events. Festival organisers work closely with authorities to ensure a welcoming and safe environment at each festival venue and throughout Prague. They advise participants to treat each other with kindness and respect, avoid bringing weapons or drugs, and report any incidents of hate-motivated violence targeting LGBT+ people. The organisers also provide resources like the Pride HideOUT, a calm space for mental well-being, and offer free Durex condoms and anonymous testing for HIV and other sexually transmitted infections. (</w:t>
      </w:r>
      <w:hyperlink r:id="rId16">
        <w:r>
          <w:rPr>
            <w:color w:val="0000EE"/>
            <w:u w:val="single"/>
          </w:rPr>
          <w:t>festival.praguepride.com</w:t>
        </w:r>
      </w:hyperlink>
      <w:r>
        <w:t>)</w:t>
      </w:r>
      <w:r/>
    </w:p>
    <w:p>
      <w:pPr>
        <w:pStyle w:val="ListNumber"/>
        <w:spacing w:line="240" w:lineRule="auto"/>
        <w:ind w:left="720"/>
      </w:pPr>
      <w:r/>
      <w:hyperlink r:id="rId11">
        <w:r>
          <w:rPr>
            <w:color w:val="0000EE"/>
            <w:u w:val="single"/>
          </w:rPr>
          <w:t>https://www.cbsnews.com/news/berlin-lgbtq-pride-car-crash/</w:t>
        </w:r>
      </w:hyperlink>
      <w:r>
        <w:t xml:space="preserve"> - On July 25, 2026, a car ploughed into a crowd at Berlin's LGBTQ+ parade, resulting in one death and at least 16 injuries. Berlin police identified a suspect with ties to Islamic 'circles' in the city and are actively searching for him. The suspect is known to police and is from Berlin. Some victims sustained life-threatening injuries. (</w:t>
      </w:r>
      <w:hyperlink r:id="rId17">
        <w:r>
          <w:rPr>
            <w:color w:val="0000EE"/>
            <w:u w:val="single"/>
          </w:rPr>
          <w:t>cbsnews.com</w:t>
        </w:r>
      </w:hyperlink>
      <w:r>
        <w:t>)</w:t>
      </w:r>
      <w:r/>
    </w:p>
    <w:p>
      <w:pPr>
        <w:pStyle w:val="ListNumber"/>
        <w:spacing w:line="240" w:lineRule="auto"/>
        <w:ind w:left="720"/>
      </w:pPr>
      <w:r/>
      <w:hyperlink r:id="rId18">
        <w:r>
          <w:rPr>
            <w:color w:val="0000EE"/>
            <w:u w:val="single"/>
          </w:rPr>
          <w:t>https://queer.axelspringer.com/en/event/berlin-pride-2026/</w:t>
        </w:r>
      </w:hyperlink>
      <w:r>
        <w:t xml:space="preserve"> - Berlin Pride 2026, also known as Christopher Street Day (CSD), is one of Europe's largest Pride demonstrations. The 2026 event aims to be loud, visible, political, and convey a clear message: queer rights are human rights and must be actively defended, especially in times of social polarization. The campaign motto for 2026 is 'Haltung ist hot' ('Taking a stand is hot'), calling on the community, allies, civil society, companies, and the wider city to take a clear stand for democracy, openness, diversity, and equal rights for LGBTQ+ people. The campaign also coincides with Berlin's state election in September 2026, aiming to encourage young people to vote for an open and democratic society. The 2026 Berlin Pride demonstration programme will be expanded to two days for the first time, with a demonstration planned at the Brandenburg Gate on the Friday evening before the main parade, featuring political speeches, artistic contributions, and a clear signal against hate, exclusion, and extremist attacks on queer life. (</w:t>
      </w:r>
      <w:hyperlink r:id="rId19">
        <w:r>
          <w:rPr>
            <w:color w:val="0000EE"/>
            <w:u w:val="single"/>
          </w:rPr>
          <w:t>queer.axelspringer.com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rstandard.at/story/3000000334778/regenbogenparade-in-prag-erinnerte-an-opfer-von-berliner-csd-anschlag?ref=rss" TargetMode="External"/><Relationship Id="rId10" Type="http://schemas.openxmlformats.org/officeDocument/2006/relationships/hyperlink" Target="https://www.praguepride.com/en/?lang=en" TargetMode="External"/><Relationship Id="rId11" Type="http://schemas.openxmlformats.org/officeDocument/2006/relationships/hyperlink" Target="https://www.cbsnews.com/news/berlin-lgbtq-pride-car-crash/" TargetMode="External"/><Relationship Id="rId12" Type="http://schemas.openxmlformats.org/officeDocument/2006/relationships/hyperlink" Target="https://festival.praguepride.com/en/practical-info/safety-at-the-festival/" TargetMode="External"/><Relationship Id="rId13" Type="http://schemas.openxmlformats.org/officeDocument/2006/relationships/hyperlink" Target="https://csd-berlin.de/en/inclusion-and-awareness" TargetMode="External"/><Relationship Id="rId14" Type="http://schemas.openxmlformats.org/officeDocument/2006/relationships/hyperlink" Target="https://csd-berlin.de/en/inclusion-and-awareness?utm_source=openai" TargetMode="External"/><Relationship Id="rId15" Type="http://schemas.openxmlformats.org/officeDocument/2006/relationships/hyperlink" Target="https://www.praguepride.com/en/?lang=en&amp;utm_source=openai" TargetMode="External"/><Relationship Id="rId16" Type="http://schemas.openxmlformats.org/officeDocument/2006/relationships/hyperlink" Target="https://festival.praguepride.com/en/practical-info/safety-at-the-festival/?utm_source=openai" TargetMode="External"/><Relationship Id="rId17" Type="http://schemas.openxmlformats.org/officeDocument/2006/relationships/hyperlink" Target="https://www.cbsnews.com/news/berlin-lgbtq-pride-car-crash/?utm_source=openai" TargetMode="External"/><Relationship Id="rId18" Type="http://schemas.openxmlformats.org/officeDocument/2006/relationships/hyperlink" Target="https://queer.axelspringer.com/en/event/berlin-pride-2026/" TargetMode="External"/><Relationship Id="rId19" Type="http://schemas.openxmlformats.org/officeDocument/2006/relationships/hyperlink" Target="https://queer.axelspringer.com/en/event/berlin-pride-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