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Prague Pride Highlights and Safety Tips from the 2026 Rainbow Parade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visitors and supporters flocked to Prague for the Prague Pride 2026 parade, which marched from Václavské náměstí to Štvanice island; colourful floats, tense encounters with opponents and heavy police protection made it a day of celebration and vigilance that matters for anyone thinking of attending.</w:t>
      </w:r>
      <w:r/>
    </w:p>
    <w:p>
      <w:r/>
      <w:r>
        <w:t>Essential Takeaways</w:t>
      </w:r>
      <w:r/>
      <w:r/>
    </w:p>
    <w:p>
      <w:pPr>
        <w:pStyle w:val="ListBullet"/>
        <w:spacing w:line="240" w:lineRule="auto"/>
        <w:ind w:left="720"/>
      </w:pPr>
      <w:r/>
      <w:r>
        <w:rPr>
          <w:b/>
        </w:rPr>
        <w:t>Large turnout:</w:t>
      </w:r>
      <w:r>
        <w:t xml:space="preserve"> Organisers and police expected around 45–50,000 participants, creating a festival-sized crowd with a buzzy, communal feel.</w:t>
      </w:r>
      <w:r/>
    </w:p>
    <w:p>
      <w:pPr>
        <w:pStyle w:val="ListBullet"/>
        <w:spacing w:line="240" w:lineRule="auto"/>
        <w:ind w:left="720"/>
      </w:pPr>
      <w:r/>
      <w:r>
        <w:rPr>
          <w:b/>
        </w:rPr>
        <w:t>Strong security presence:</w:t>
      </w:r>
      <w:r>
        <w:t xml:space="preserve"> Hundreds of officers, mounted units, antikonflikt teams and an airborne helicopter monitored the route; road closures and barriers were in place.</w:t>
      </w:r>
      <w:r/>
    </w:p>
    <w:p>
      <w:pPr>
        <w:pStyle w:val="ListBullet"/>
        <w:spacing w:line="240" w:lineRule="auto"/>
        <w:ind w:left="720"/>
      </w:pPr>
      <w:r/>
      <w:r>
        <w:rPr>
          <w:b/>
        </w:rPr>
        <w:t>Festival hub on Štvanice:</w:t>
      </w:r>
      <w:r>
        <w:t xml:space="preserve"> Shaded trees, food and craft stalls, health services and free STI testing made the island feel like a proper summer festival.</w:t>
      </w:r>
      <w:r/>
    </w:p>
    <w:p>
      <w:pPr>
        <w:pStyle w:val="ListBullet"/>
        <w:spacing w:line="240" w:lineRule="auto"/>
        <w:ind w:left="720"/>
      </w:pPr>
      <w:r/>
      <w:r>
        <w:rPr>
          <w:b/>
        </w:rPr>
        <w:t>Moments of pause:</w:t>
      </w:r>
      <w:r>
        <w:t xml:space="preserve"> The march observed a minute’s silence for victims of the Berlin attack and had to stop several times due to confrontations with protesters.</w:t>
      </w:r>
      <w:r/>
    </w:p>
    <w:p>
      <w:pPr>
        <w:pStyle w:val="ListBullet"/>
        <w:spacing w:line="240" w:lineRule="auto"/>
        <w:ind w:left="720"/>
      </w:pPr>
      <w:r/>
      <w:r>
        <w:rPr>
          <w:b/>
        </w:rPr>
        <w:t>Practical comforts:</w:t>
      </w:r>
      <w:r>
        <w:t xml:space="preserve"> Water points, sunscreen samples and chill-out spots helped people cope with the summer heat.</w:t>
      </w:r>
      <w:r/>
      <w:r/>
    </w:p>
    <w:p>
      <w:pPr>
        <w:pStyle w:val="Heading2"/>
      </w:pPr>
      <w:r>
        <w:t>A minute of silence set the tone , solemn then celebratory</w:t>
      </w:r>
      <w:r/>
    </w:p>
    <w:p>
      <w:r/>
      <w:r>
        <w:t>The parade began with a quietly sharp moment: organisers and DJs asked the crowd to observe a minute of silence for victims of the July attack in Berlin before the music resumed and the march set off. The contrast between that hush and the later thumping bass on Štvanice made the day feel emotionally layered rather than flat. According to organisers, Pride is both a party and a protest, and that balance was visible from the start. If you attend future events, arrive early for the opening moments , they often fold the political into the personal.</w:t>
      </w:r>
      <w:r/>
    </w:p>
    <w:p>
      <w:pPr>
        <w:pStyle w:val="Heading2"/>
      </w:pPr>
      <w:r>
        <w:t>Štvanice as festival centre , shade, stalls and practical services</w:t>
      </w:r>
      <w:r/>
    </w:p>
    <w:p>
      <w:r/>
      <w:r>
        <w:t>Moving the festival hub to Štvanice paid off on a hot day: trees provided shade, and the island’s intimate layout made the site feel festival-like rather than cavernous. There were food and drink stalls, artisan stands and a sensible range of practical services , including water points and sunscreen samples, plus on-site free STI testing. Festival organisers have emphasised safety and community in 2026’s theme, so expect more of these comfort features next year. Bring a refillable bottle and a small first-aid kit if you plan to stay for the headline acts.</w:t>
      </w:r>
      <w:r/>
    </w:p>
    <w:p>
      <w:pPr>
        <w:pStyle w:val="Heading2"/>
      </w:pPr>
      <w:r>
        <w:t>Tensions along the route , protests, stops and police mediation</w:t>
      </w:r>
      <w:r/>
    </w:p>
    <w:p>
      <w:r/>
      <w:r>
        <w:t>Protesters gathered at several choke points , near the Church of the Holy Cross, on Štefánikův and Hlávkův bridges , leading to noisy exchanges, boos and, at times, the need to pause the march. Antikonflikt teams and police units played a key role in defusing situations and keeping the procession moving. Prague’s police described extensive preparations, from physical barriers to helicopter surveillance, and advised drivers to avoid the city centre. If you’re marching, follow stewards’ instructions and avoid carrying wooden poles on placards to minimise escalation.</w:t>
      </w:r>
      <w:r/>
    </w:p>
    <w:p>
      <w:pPr>
        <w:pStyle w:val="Heading2"/>
      </w:pPr>
      <w:r>
        <w:t>Heavy security measures , why they mattered and what to expect</w:t>
      </w:r>
      <w:r/>
    </w:p>
    <w:p>
      <w:r/>
      <w:r>
        <w:t>This year’s operation looked and felt significant: city blocks, diversion routes and visible police in side streets, plus a helicopter overhead. Organisers and police said the measures were based on risk assessments and aimed to protect both participants and the public. The presence of specialised teams made many attendees say they felt safer. For curious visitors, that means easier access to some areas and restricted access to others , check the festival’s safety page before you go and expect travel disruption across the route.</w:t>
      </w:r>
      <w:r/>
    </w:p>
    <w:p>
      <w:pPr>
        <w:pStyle w:val="Heading2"/>
      </w:pPr>
      <w:r>
        <w:t>Community, costume and small joys , why people keep coming back</w:t>
      </w:r>
      <w:r/>
    </w:p>
    <w:p>
      <w:r/>
      <w:r>
        <w:t>Despite confrontations, the mood among many marchers was upbeat: colourful costumes, spontaneous “Free Hugs” signs and familiar pop hooks , even a moment when Ke$ha’s voice echoed under a pedestrian underpass , created that cathartic Pride blend of activism and release. International visitors praised the vibe and shade on Štvanice, while some regulars compared the island’s layout favourably with previous years’ venues. If you’re new to Pride, think about what experience you want , marching, spectating, volunteering , and pick your spot accordingly.</w:t>
      </w:r>
      <w:r/>
    </w:p>
    <w:p>
      <w:r/>
      <w:r>
        <w:t>It's a small change that can make every visit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[7]</w:t>
        </w:r>
      </w:hyperlink>
      <w:r>
        <w:t xml:space="preserve">, </w:t>
      </w:r>
      <w:hyperlink r:id="rId12">
        <w:r>
          <w:rPr>
            <w:color w:val="0000EE"/>
            <w:u w:val="single"/>
          </w:rPr>
          <w:t>[4]</w:t>
        </w:r>
      </w:hyperlink>
      <w:r>
        <w:t xml:space="preserve">- Paragraph 3: </w:t>
      </w:r>
      <w:hyperlink r:id="rId9">
        <w:r>
          <w:rPr>
            <w:color w:val="0000EE"/>
            <w:u w:val="single"/>
          </w:rPr>
          <w:t>[7]</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9">
        <w:r>
          <w:rPr>
            <w:color w:val="0000EE"/>
            <w:u w:val="single"/>
          </w:rPr>
          <w:t>[7]</w:t>
        </w:r>
      </w:hyperlink>
      <w:r>
        <w:t xml:space="preserve">- Paragraph 5: </w:t>
      </w:r>
      <w:hyperlink r:id="rId9">
        <w:r>
          <w:rPr>
            <w:color w:val="0000EE"/>
            <w:u w:val="single"/>
          </w:rPr>
          <w:t>[7]</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https://www.idnes.cz/zpravy/domaci/duhovy-pruvod-festival-podpora-lgbt-komunita-prague-pride.A260808_082123_domaci_sahu#utm_source=rss&amp;utm_medium=feed&amp;utm_campaign=idnes&amp;utm_content=main</w:t>
        </w:r>
      </w:hyperlink>
      <w:r>
        <w:t xml:space="preserve"> - Please view link - unable to able to access data</w:t>
      </w:r>
      <w:r/>
    </w:p>
    <w:p>
      <w:pPr>
        <w:pStyle w:val="ListNumber"/>
        <w:spacing w:line="240" w:lineRule="auto"/>
        <w:ind w:left="720"/>
      </w:pPr>
      <w:r/>
      <w:hyperlink r:id="rId10">
        <w:r>
          <w:rPr>
            <w:color w:val="0000EE"/>
            <w:u w:val="single"/>
          </w:rPr>
          <w:t>https://festival.praguepride.com/en/practical-info/safety-at-the-festival/</w:t>
        </w:r>
      </w:hyperlink>
      <w:r>
        <w:t xml:space="preserve"> - The Prague Pride Festival prioritises safety and security to ensure a relaxed and joyful atmosphere for all attendees. Collaborating with police, security agencies, and public health offices, the organisers implement comprehensive safety measures, including visible police presence and clear communication of guidelines. Attendees are encouraged to respect others, avoid hate speech, and adhere to event rules. The festival also offers resources like the Pride HideOUT for mental well-being and provides free HIV and STI testing. In case of emergencies, attendees are advised to contact the police or festival organisers immediately.</w:t>
      </w:r>
      <w:r/>
    </w:p>
    <w:p>
      <w:pPr>
        <w:pStyle w:val="ListNumber"/>
        <w:spacing w:line="240" w:lineRule="auto"/>
        <w:ind w:left="720"/>
      </w:pPr>
      <w:r/>
      <w:hyperlink r:id="rId11">
        <w:r>
          <w:rPr>
            <w:color w:val="0000EE"/>
            <w:u w:val="single"/>
          </w:rPr>
          <w:t>https://festival.praguepride.com/en/prague-pride-festival-2026-thematic-concept/</w:t>
        </w:r>
      </w:hyperlink>
      <w:r>
        <w:t xml:space="preserve"> - The 2026 Prague Pride Festival, themed 'Times Are Changing,' aims to explore societal transformations affecting the LGBTQ+ community. The organisers seek to address questions about societal, cultural, and political changes, their impact on queer individuals, and how to navigate and support each other through these shifts. The festival serves as a platform for dialogue and reflection on the evolving landscape of queer identities and rights.</w:t>
      </w:r>
      <w:r/>
    </w:p>
    <w:p>
      <w:pPr>
        <w:pStyle w:val="ListNumber"/>
        <w:spacing w:line="240" w:lineRule="auto"/>
        <w:ind w:left="720"/>
      </w:pPr>
      <w:r/>
      <w:hyperlink r:id="rId12">
        <w:r>
          <w:rPr>
            <w:color w:val="0000EE"/>
            <w:u w:val="single"/>
          </w:rPr>
          <w:t>https://www.praguepride.com/en/</w:t>
        </w:r>
      </w:hyperlink>
      <w:r>
        <w:t xml:space="preserve"> - Prague Pride is a human rights festival dedicated to changing the status of LGBTQ+ individuals. Founded in 2011, it has grown to include around 200 events throughout the week, culminating in the Pride Parade. The festival features lectures, discussions, film screenings, performances, and parties, aiming to promote freedom, equality, and human dignity. In 2024, nearly 100,000 people attended, highlighting its significant impact and reach.</w:t>
      </w:r>
      <w:r/>
    </w:p>
    <w:p>
      <w:pPr>
        <w:pStyle w:val="ListNumber"/>
        <w:spacing w:line="240" w:lineRule="auto"/>
        <w:ind w:left="720"/>
      </w:pPr>
      <w:r/>
      <w:hyperlink r:id="rId14">
        <w:r>
          <w:rPr>
            <w:color w:val="0000EE"/>
            <w:u w:val="single"/>
          </w:rPr>
          <w:t>https://festival.praguepride.com/en/who-we-are/</w:t>
        </w:r>
      </w:hyperlink>
      <w:r>
        <w:t xml:space="preserve"> - The organisers of Prague Pride consider themselves agents of social change, working to promote human rights, inclusivity, and diversity. Their core values include freedom, equality, and human dignity. They address issues such as social identities, patriarchy, and environmental threats, striving to combat these through care, attentiveness, and promoting values like inclusion, feminism, sustainability, and accessibility. The team operates professionally and collaboratively, emphasising shared experiences and self-discovery.</w:t>
      </w:r>
      <w:r/>
    </w:p>
    <w:p>
      <w:pPr>
        <w:pStyle w:val="ListNumber"/>
        <w:spacing w:line="240" w:lineRule="auto"/>
        <w:ind w:left="720"/>
      </w:pPr>
      <w:r/>
      <w:hyperlink r:id="rId13">
        <w:r>
          <w:rPr>
            <w:color w:val="0000EE"/>
            <w:u w:val="single"/>
          </w:rPr>
          <w:t>https://festival.praguepride.com/en/group-registration-prague-pride-festival-parade-2026/</w:t>
        </w:r>
      </w:hyperlink>
      <w:r>
        <w:t xml:space="preserve"> - Organisations interested in participating in the 2026 Prague Pride Parade can register through the provided form. The festival's theme, 'Times Are Changing,' encourages self-representation aligned with this concept. Contributions are collected to support the overall organisation costs, with specific categories for LGBTQ+ groups and non-profit organisations. The registration deadline is June 29, 2026, and organisers request a contact person for communication during the parade.</w:t>
      </w:r>
      <w:r/>
    </w:p>
    <w:p>
      <w:pPr>
        <w:pStyle w:val="ListNumber"/>
        <w:spacing w:line="240" w:lineRule="auto"/>
        <w:ind w:left="720"/>
      </w:pPr>
      <w:r/>
      <w:hyperlink r:id="rId9">
        <w:r>
          <w:rPr>
            <w:color w:val="0000EE"/>
            <w:u w:val="single"/>
          </w:rPr>
          <w:t>https://www.idnes.cz/zpravy/domaci/duhovy-pruvod-festival-podpora-lgbt-komunita-prague-pride.A260808_082123_domaci_sahu#utm_source=rss&amp;utm_medium=feed&amp;utm_campaign=idnes&amp;utm_content=main</w:t>
        </w:r>
      </w:hyperlink>
      <w:r>
        <w:t xml:space="preserve"> - The Prague Pride Parade, supporting LGBT+ rights, concluded the festival with a march from Wenceslas Square to Štvanice Island. Participants observed a minute's silence for the victims of the July attack in Berlin. The route was monitored by hundreds of police officers. At Štvanice, the main festival programme began, featuring food stalls, handmade products, clothing, and rainbow accessories. Attendees appreciated the shaded environment and festival atmosphere. International visitors, including one from Ukraine, expressed their enjoyment of the venue and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dnes.cz/zpravy/domaci/duhovy-pruvod-festival-podpora-lgbt-komunita-prague-pride.A260808_082123_domaci_sahu#utm_source=rss&amp;utm_medium=feed&amp;utm_campaign=idnes&amp;utm_content=main" TargetMode="External"/><Relationship Id="rId10" Type="http://schemas.openxmlformats.org/officeDocument/2006/relationships/hyperlink" Target="https://festival.praguepride.com/en/practical-info/safety-at-the-festival/" TargetMode="External"/><Relationship Id="rId11" Type="http://schemas.openxmlformats.org/officeDocument/2006/relationships/hyperlink" Target="https://festival.praguepride.com/en/prague-pride-festival-2026-thematic-concept/" TargetMode="External"/><Relationship Id="rId12" Type="http://schemas.openxmlformats.org/officeDocument/2006/relationships/hyperlink" Target="https://www.praguepride.com/en/" TargetMode="External"/><Relationship Id="rId13" Type="http://schemas.openxmlformats.org/officeDocument/2006/relationships/hyperlink" Target="https://festival.praguepride.com/en/group-registration-prague-pride-festival-parade-2026/" TargetMode="External"/><Relationship Id="rId14" Type="http://schemas.openxmlformats.org/officeDocument/2006/relationships/hyperlink" Target="https://festival.praguepride.com/en/who-we-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