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Sex Diaries Entry Explores Fluidity, Rooftop Trysts, and Relationship 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candid confessions: a 27‑year‑old New Yorker in an open lesbian relationship chronicles a week of rooftop sex, Feeld browsing, and couples therapy , and it matters because it’s a clear, messy snapshot of how modern queer relationships juggle desire, identity, and honesty.</w:t>
      </w:r>
      <w:r/>
    </w:p>
    <w:p>
      <w:r/>
      <w:r>
        <w:t>Essential Takeaways</w:t>
      </w:r>
      <w:r/>
      <w:r/>
    </w:p>
    <w:p>
      <w:pPr>
        <w:pStyle w:val="ListBullet"/>
        <w:spacing w:line="240" w:lineRule="auto"/>
        <w:ind w:left="720"/>
      </w:pPr>
      <w:r/>
      <w:r>
        <w:rPr>
          <w:b/>
        </w:rPr>
        <w:t>Snapshot of a week:</w:t>
      </w:r>
      <w:r>
        <w:t xml:space="preserve"> intimate, day‑by‑day diary shows sex with a male friend on a shared rooftop and ongoing dates with others, plus regular life details like work and friends.</w:t>
      </w:r>
      <w:r/>
    </w:p>
    <w:p>
      <w:pPr>
        <w:pStyle w:val="ListBullet"/>
        <w:spacing w:line="240" w:lineRule="auto"/>
        <w:ind w:left="720"/>
      </w:pPr>
      <w:r/>
      <w:r>
        <w:rPr>
          <w:b/>
        </w:rPr>
        <w:t>Emotionally textured:</w:t>
      </w:r>
      <w:r>
        <w:t xml:space="preserve"> the writer describes pride, confusion and relief , attraction to men sits alongside a loving partnership with a nonbinary partner.</w:t>
      </w:r>
      <w:r/>
    </w:p>
    <w:p>
      <w:pPr>
        <w:pStyle w:val="ListBullet"/>
        <w:spacing w:line="240" w:lineRule="auto"/>
        <w:ind w:left="720"/>
      </w:pPr>
      <w:r/>
      <w:r>
        <w:rPr>
          <w:b/>
        </w:rPr>
        <w:t>Practical scenes:</w:t>
      </w:r>
      <w:r>
        <w:t xml:space="preserve"> scheduling sex while living with partners, juggling Feeld messages, and leaving a door unlocked for a casual visit are all in play.</w:t>
      </w:r>
      <w:r/>
    </w:p>
    <w:p>
      <w:pPr>
        <w:pStyle w:val="ListBullet"/>
        <w:spacing w:line="240" w:lineRule="auto"/>
        <w:ind w:left="720"/>
      </w:pPr>
      <w:r/>
      <w:r>
        <w:rPr>
          <w:b/>
        </w:rPr>
        <w:t>Therapy and reflection:</w:t>
      </w:r>
      <w:r>
        <w:t xml:space="preserve"> couples and individual therapy feature as tools for navigating openness, commitment and identity shifts.</w:t>
      </w:r>
      <w:r/>
    </w:p>
    <w:p>
      <w:pPr>
        <w:pStyle w:val="ListBullet"/>
        <w:spacing w:line="240" w:lineRule="auto"/>
        <w:ind w:left="720"/>
      </w:pPr>
      <w:r/>
      <w:r>
        <w:rPr>
          <w:b/>
        </w:rPr>
        <w:t>Vivid details:</w:t>
      </w:r>
      <w:r>
        <w:t xml:space="preserve"> sensory touches , menthol cigarettes, Ethel Cain on the phone, late‑night rooftops , make the dilemmas feel immediate and human.</w:t>
      </w:r>
      <w:r/>
      <w:r/>
    </w:p>
    <w:p>
      <w:pPr>
        <w:pStyle w:val="Heading2"/>
      </w:pPr>
      <w:r>
        <w:t>A rooftop tryst that reads like a confession</w:t>
      </w:r>
      <w:r/>
    </w:p>
    <w:p>
      <w:r/>
      <w:r>
        <w:t>The diary opens on an ordinary weekday and slides into something clandestine: a partner asleep, a friend turned fuck, and a quiet roof that becomes the scene of impulsive sex. The description is tactile , the chair moved out of camera sight, the thinness of sleep‑heavy streets, the proximity of the cat named Lemon , which makes the act less pornographic and more human. According to the diary, the pair don’t reach orgasm, and somehow that detachment is the point: it isn’t about closure, it’s about desire testing its edges. Readers should know this is part of a long tradition of modern sexual narratives that trade on real detail to explore bigger questions.</w:t>
      </w:r>
      <w:r/>
    </w:p>
    <w:p>
      <w:pPr>
        <w:pStyle w:val="Heading2"/>
      </w:pPr>
      <w:r>
        <w:t>Identity isn’t a line , it’s an argument with yourself</w:t>
      </w:r>
      <w:r/>
    </w:p>
    <w:p>
      <w:r/>
      <w:r>
        <w:t>The writer frames her history as a coming‑out story, a settled lesbian identity since 21 that’s now complicated by attraction to men. That wobble is the diary’s emotional fulcrum: pride in queer community and confusion when desire points elsewhere. She even feels shame about being attracted to men, which is telling. Those feelings are played alongside practical openness , an agreed structure that lets each partner see one regular person , and therapy to sort out whether this exploration is curiosity, growth, or avoidance. For anyone wrestling with shifting labels, the entry is a reminder that sexual identity can change, and it doesn’t always come with tidy answers.</w:t>
      </w:r>
      <w:r/>
    </w:p>
    <w:p>
      <w:pPr>
        <w:pStyle w:val="Heading2"/>
      </w:pPr>
      <w:r>
        <w:t>Dating apps, scheduling and the logistics of non‑monogamy</w:t>
      </w:r>
      <w:r/>
    </w:p>
    <w:p>
      <w:r/>
      <w:r>
        <w:t>There’s a very modern subplot about Feeld and premium filters, ghosted likes, and the weird arithmetic of who’s available. The diary highlights how messy logistics can be when partners live with other people and still want to meet gigs, lovers or dates. It’s useful, practical material: plan carefully, expect awkward timing, and be honest with housemates about comings and goings. The writer’s candour about leaving doors unlocked and juggling subway rides gives a clear sense of how non‑monogamy feels on the ground , sometimes thrilling, sometimes inconvenient , and underlines why communication and calendar apps become essential tools in open relationships.</w:t>
      </w:r>
      <w:r/>
    </w:p>
    <w:p>
      <w:pPr>
        <w:pStyle w:val="Heading2"/>
      </w:pPr>
      <w:r>
        <w:t>Therapy, sex and the slow work of staying together</w:t>
      </w:r>
      <w:r/>
    </w:p>
    <w:p>
      <w:r/>
      <w:r>
        <w:t>What stands out is that therapy isn’t a side note; it’s central. The couple attend couples therapy and the writer also sees her own therapist, and both sessions produce small but meaningful shifts. She learns to articulate the reasons behind opening the relationship and what she’s really searching for. The diary’s account shows therapy as practical: it helps with scheduling, negotiating different libidos and naming emotions that otherwise spiral into mistrust. If you’re considering opening your relationship, the honest takeaway is simple , therapy speeds up conversations you’d probably have eventually, and it softens the impact when desire pulls in different directions.</w:t>
      </w:r>
      <w:r/>
    </w:p>
    <w:p>
      <w:pPr>
        <w:pStyle w:val="Heading2"/>
      </w:pPr>
      <w:r>
        <w:t>Pleasure, boredom and the search for completion</w:t>
      </w:r>
      <w:r/>
    </w:p>
    <w:p>
      <w:r/>
      <w:r>
        <w:t>Across late‑night sex, Michelin‑starred second dates that fizzle, and tender couples‑only moments, the diary returns to a recurring question: why chase completion in someone else when you already feel loved? The writer admits she sometimes looks for validation in others, a pattern that predates her current relationship. That frankness is the piece’s strongest asset , it’s not a polemic for or against open relationships, it’s a human account of how longing, self‑work and habit can intertwine. For readers, the lesson is gentle: be curious about your choices, notice patterns, and don’t shame yourself for being in flux.</w:t>
      </w:r>
      <w:r/>
    </w:p>
    <w:p>
      <w:r/>
      <w:r>
        <w:t>It's a small, messy week that opens a lot of doors worth walking through.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https://www.thecut.com/article/new-sex-diaries-story-the-woman-having-sex-on-her-roof.html</w:t>
        </w:r>
      </w:hyperlink>
      <w:r>
        <w:t xml:space="preserve"> - Please view link - unable to able to access data</w:t>
      </w:r>
      <w:r/>
    </w:p>
    <w:p>
      <w:pPr>
        <w:pStyle w:val="ListNumber"/>
        <w:spacing w:line="240" w:lineRule="auto"/>
        <w:ind w:left="720"/>
      </w:pPr>
      <w:r/>
      <w:hyperlink r:id="rId10">
        <w:r>
          <w:rPr>
            <w:color w:val="0000EE"/>
            <w:u w:val="single"/>
          </w:rPr>
          <w:t>https://www.penguinrandomhouse.com/books/774050/sex-diaries-by-alyssa-shelasky-new-york/</w:t>
        </w:r>
      </w:hyperlink>
      <w:r>
        <w:t xml:space="preserve"> - 'Sex Diaries' is a collection of anonymous accounts compiled by Alyssa Shelasky, exploring non-monogamy and polyamory. The book features an introduction by Esther Perel, renowned psychotherapist and author of 'Mating in Captivity'. Published on July 14, 2026, it offers candid insights into the experiences of individuals navigating open relationships. The collection includes diverse stories, from those new to polyamory to long-time practitioners, providing an authentic look into the complexities of modern relationships. (</w:t>
      </w:r>
      <w:hyperlink r:id="rId12">
        <w:r>
          <w:rPr>
            <w:color w:val="0000EE"/>
            <w:u w:val="single"/>
          </w:rPr>
          <w:t>penguinrandomhouse.com</w:t>
        </w:r>
      </w:hyperlink>
      <w:r>
        <w:t>)</w:t>
      </w:r>
      <w:r/>
    </w:p>
    <w:p>
      <w:pPr>
        <w:pStyle w:val="ListNumber"/>
        <w:spacing w:line="240" w:lineRule="auto"/>
        <w:ind w:left="720"/>
      </w:pPr>
      <w:r/>
      <w:hyperlink r:id="rId11">
        <w:r>
          <w:rPr>
            <w:color w:val="0000EE"/>
            <w:u w:val="single"/>
          </w:rPr>
          <w:t>https://www.penguinrandomhouse.com/authors/146488/alyssa-shelasky/</w:t>
        </w:r>
      </w:hyperlink>
      <w:r>
        <w:t xml:space="preserve"> - Alyssa Shelasky is a writer whose work has been featured in publications such as The New York Times, New York Magazine, Elle, Vogue, Condé Nast Traveler, Playboy, and People. She is the creator of the 'Sex Diaries' column, which has been adapted into an HBO docuseries with Shelasky producing and starring. Additionally, she has authored books like 'Apron Anxiety' and 'This Might Be Too Personal'. Shelasky resides in Brooklyn Heights with her family. (</w:t>
      </w:r>
      <w:hyperlink r:id="rId13">
        <w:r>
          <w:rPr>
            <w:color w:val="0000EE"/>
            <w:u w:val="single"/>
          </w:rPr>
          <w:t>penguinrandomhouse.com</w:t>
        </w:r>
      </w:hyperlink>
      <w:r>
        <w:t>)</w:t>
      </w:r>
      <w:r/>
    </w:p>
    <w:p>
      <w:pPr>
        <w:pStyle w:val="ListNumber"/>
        <w:spacing w:line="240" w:lineRule="auto"/>
        <w:ind w:left="720"/>
      </w:pPr>
      <w:r/>
      <w:hyperlink r:id="rId14">
        <w:r>
          <w:rPr>
            <w:color w:val="0000EE"/>
            <w:u w:val="single"/>
          </w:rPr>
          <w:t>https://www.penguinrandomhouse.com/books/213501/apron-anxiety-by-alyssa-shelasky/9780307952141/</w:t>
        </w:r>
      </w:hyperlink>
      <w:r>
        <w:t xml:space="preserve"> - 'Apron Anxiety' is a memoir by Alyssa Shelasky, detailing her journey from a city girl to a home cook. The book narrates her experiences of learning to cook, the challenges of love, and her immersion into the culinary world. Published on May 22, 2012, it offers a humorous and heartfelt account of Shelasky's adventures in the kitchen and her personal life. (</w:t>
      </w:r>
      <w:hyperlink r:id="rId15">
        <w:r>
          <w:rPr>
            <w:color w:val="0000EE"/>
            <w:u w:val="single"/>
          </w:rPr>
          <w:t>penguinrandomhouse.com</w:t>
        </w:r>
      </w:hyperlink>
      <w:r>
        <w:t>)</w:t>
      </w:r>
      <w:r/>
    </w:p>
    <w:p>
      <w:pPr>
        <w:pStyle w:val="ListNumber"/>
        <w:spacing w:line="240" w:lineRule="auto"/>
        <w:ind w:left="720"/>
      </w:pPr>
      <w:r/>
      <w:hyperlink r:id="rId10">
        <w:r>
          <w:rPr>
            <w:color w:val="0000EE"/>
            <w:u w:val="single"/>
          </w:rPr>
          <w:t>https://www.penguinrandomhouse.com/books/774050/sex-diaries-by-alyssa-shelasky-new-york/</w:t>
        </w:r>
      </w:hyperlink>
      <w:r>
        <w:t xml:space="preserve"> - 'Sex Diaries' is a collection of anonymous accounts compiled by Alyssa Shelasky, exploring non-monogamy and polyamory. The book features an introduction by Esther Perel, renowned psychotherapist and author of 'Mating in Captivity'. Published on July 14, 2026, it offers candid insights into the experiences of individuals navigating open relationships. The collection includes diverse stories, from those new to polyamory to long-time practitioners, providing an authentic look into the complexities of modern relationships. (</w:t>
      </w:r>
      <w:hyperlink r:id="rId12">
        <w:r>
          <w:rPr>
            <w:color w:val="0000EE"/>
            <w:u w:val="single"/>
          </w:rPr>
          <w:t>penguinrandomhouse.com</w:t>
        </w:r>
      </w:hyperlink>
      <w:r>
        <w:t>)</w:t>
      </w:r>
      <w:r/>
    </w:p>
    <w:p>
      <w:pPr>
        <w:pStyle w:val="ListNumber"/>
        <w:spacing w:line="240" w:lineRule="auto"/>
        <w:ind w:left="720"/>
      </w:pPr>
      <w:r/>
      <w:hyperlink r:id="rId11">
        <w:r>
          <w:rPr>
            <w:color w:val="0000EE"/>
            <w:u w:val="single"/>
          </w:rPr>
          <w:t>https://www.penguinrandomhouse.com/authors/146488/alyssa-shelasky/</w:t>
        </w:r>
      </w:hyperlink>
      <w:r>
        <w:t xml:space="preserve"> - Alyssa Shelasky is a writer whose work has been featured in publications such as The New York Times, New York Magazine, Elle, Vogue, Condé Nast Traveler, Playboy, and People. She is the creator of the 'Sex Diaries' column, which has been adapted into an HBO docuseries with Shelasky producing and starring. Additionally, she has authored books like 'Apron Anxiety' and 'This Might Be Too Personal'. Shelasky resides in Brooklyn Heights with her family. (</w:t>
      </w:r>
      <w:hyperlink r:id="rId13">
        <w:r>
          <w:rPr>
            <w:color w:val="0000EE"/>
            <w:u w:val="single"/>
          </w:rPr>
          <w:t>penguinrandomhouse.com</w:t>
        </w:r>
      </w:hyperlink>
      <w:r>
        <w:t>)</w:t>
      </w:r>
      <w:r/>
    </w:p>
    <w:p>
      <w:pPr>
        <w:pStyle w:val="ListNumber"/>
        <w:spacing w:line="240" w:lineRule="auto"/>
        <w:ind w:left="720"/>
      </w:pPr>
      <w:r/>
      <w:hyperlink r:id="rId14">
        <w:r>
          <w:rPr>
            <w:color w:val="0000EE"/>
            <w:u w:val="single"/>
          </w:rPr>
          <w:t>https://www.penguinrandomhouse.com/books/213501/apron-anxiety-by-alyssa-shelasky/9780307952141/</w:t>
        </w:r>
      </w:hyperlink>
      <w:r>
        <w:t xml:space="preserve"> - 'Apron Anxiety' is a memoir by Alyssa Shelasky, detailing her journey from a city girl to a home cook. The book narrates her experiences of learning to cook, the challenges of love, and her immersion into the culinary world. Published on May 22, 2012, it offers a humorous and heartfelt account of Shelasky's adventures in the kitchen and her personal life. (</w:t>
      </w:r>
      <w:hyperlink r:id="rId15">
        <w:r>
          <w:rPr>
            <w:color w:val="0000EE"/>
            <w:u w:val="single"/>
          </w:rPr>
          <w:t>penguinrandomhouse.com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cut.com/article/new-sex-diaries-story-the-woman-having-sex-on-her-roof.html" TargetMode="External"/><Relationship Id="rId10" Type="http://schemas.openxmlformats.org/officeDocument/2006/relationships/hyperlink" Target="https://www.penguinrandomhouse.com/books/774050/sex-diaries-by-alyssa-shelasky-new-york/" TargetMode="External"/><Relationship Id="rId11" Type="http://schemas.openxmlformats.org/officeDocument/2006/relationships/hyperlink" Target="https://www.penguinrandomhouse.com/authors/146488/alyssa-shelasky/" TargetMode="External"/><Relationship Id="rId12" Type="http://schemas.openxmlformats.org/officeDocument/2006/relationships/hyperlink" Target="https://www.penguinrandomhouse.com/books/774050/sex-diaries-by-alyssa-shelasky-new-york/?utm_source=openai" TargetMode="External"/><Relationship Id="rId13" Type="http://schemas.openxmlformats.org/officeDocument/2006/relationships/hyperlink" Target="https://www.penguinrandomhouse.com/authors/146488/alyssa-shelasky/?utm_source=openai" TargetMode="External"/><Relationship Id="rId14" Type="http://schemas.openxmlformats.org/officeDocument/2006/relationships/hyperlink" Target="https://www.penguinrandomhouse.com/books/213501/apron-anxiety-by-alyssa-shelasky/9780307952141/" TargetMode="External"/><Relationship Id="rId15" Type="http://schemas.openxmlformats.org/officeDocument/2006/relationships/hyperlink" Target="https://www.penguinrandomhouse.com/books/213501/apron-anxiety-by-alyssa-shelasky/9780307952141/?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