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International Cat Day Ideas to Celebrate Your Feline Friend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International Cat Day with simple, joyful ways to honour cats everywhere , from cosy at-home treats to community-minded actions that actually help. Whether you’ve got a pampered moggy or a shy rescue, these practical, feel-good ideas make the day matter.</w:t>
      </w:r>
      <w:r/>
    </w:p>
    <w:p>
      <w:r/>
      <w:r>
        <w:t>Essential Takeaways</w:t>
      </w:r>
      <w:r/>
      <w:r/>
    </w:p>
    <w:p>
      <w:pPr>
        <w:pStyle w:val="ListBullet"/>
        <w:spacing w:line="240" w:lineRule="auto"/>
        <w:ind w:left="720"/>
      </w:pPr>
      <w:r/>
      <w:r>
        <w:rPr>
          <w:b/>
        </w:rPr>
        <w:t>Origins:</w:t>
      </w:r>
      <w:r>
        <w:t xml:space="preserve"> International Cat Day began in 2002 to raise awareness about cat welfare and adoption.</w:t>
      </w:r>
      <w:r/>
    </w:p>
    <w:p>
      <w:pPr>
        <w:pStyle w:val="ListBullet"/>
        <w:spacing w:line="240" w:lineRule="auto"/>
        <w:ind w:left="720"/>
      </w:pPr>
      <w:r/>
      <w:r>
        <w:rPr>
          <w:b/>
        </w:rPr>
        <w:t>When it happens:</w:t>
      </w:r>
      <w:r>
        <w:t xml:space="preserve"> It’s observed every year on 8 August and is widely shared on social and pet sites.</w:t>
      </w:r>
      <w:r/>
    </w:p>
    <w:p>
      <w:pPr>
        <w:pStyle w:val="ListBullet"/>
        <w:spacing w:line="240" w:lineRule="auto"/>
        <w:ind w:left="720"/>
      </w:pPr>
      <w:r/>
      <w:r>
        <w:rPr>
          <w:b/>
        </w:rPr>
        <w:t>Easy at-home ideas:</w:t>
      </w:r>
      <w:r>
        <w:t xml:space="preserve"> Try sensory play, new cardboard castles, or a quiet sunny-window perch for a photo moment.</w:t>
      </w:r>
      <w:r/>
    </w:p>
    <w:p>
      <w:pPr>
        <w:pStyle w:val="ListBullet"/>
        <w:spacing w:line="240" w:lineRule="auto"/>
        <w:ind w:left="720"/>
      </w:pPr>
      <w:r/>
      <w:r>
        <w:rPr>
          <w:b/>
        </w:rPr>
        <w:t>Community impact:</w:t>
      </w:r>
      <w:r>
        <w:t xml:space="preserve"> Consider donating to shelters, volunteering, or sharing rehoming posts , small acts help many cats.</w:t>
      </w:r>
      <w:r/>
    </w:p>
    <w:p>
      <w:pPr>
        <w:pStyle w:val="ListBullet"/>
        <w:spacing w:line="240" w:lineRule="auto"/>
        <w:ind w:left="720"/>
      </w:pPr>
      <w:r/>
      <w:r>
        <w:rPr>
          <w:b/>
        </w:rPr>
        <w:t>Health note:</w:t>
      </w:r>
      <w:r>
        <w:t xml:space="preserve"> Watch for stress signals during celebrations; slow, low-key treats are often best for nervous cats.</w:t>
      </w:r>
      <w:r/>
      <w:r/>
    </w:p>
    <w:p>
      <w:pPr>
        <w:pStyle w:val="Heading2"/>
      </w:pPr>
      <w:r>
        <w:t>Why 8 August became the day for cats</w:t>
      </w:r>
      <w:r/>
    </w:p>
    <w:p>
      <w:r/>
      <w:r>
        <w:t>It’s a lovely, slightly arbitrary choice that stuck: organisers set 8 August as International Cat Day back in 2002 to spotlight feline welfare and the joys of living with cats. The date gives people a regular moment each summer to focus on cat health, rehoming and the many quirky pleasures cats bring into our lives. According to national and cultural calendars, the day now pops up across animal charities, libraries and social feeds, and that steady visibility has helped make it a fixture in the pet world. For owners, it’s less about big gestures and more about noticing what makes their cat content , a sunny spot, a slow scratch behind the ear, a cardboard box.</w:t>
      </w:r>
      <w:r/>
    </w:p>
    <w:p>
      <w:pPr>
        <w:pStyle w:val="Heading2"/>
      </w:pPr>
      <w:r>
        <w:t>Simple, satisfying ways to celebrate at home</w:t>
      </w:r>
      <w:r/>
    </w:p>
    <w:p>
      <w:r/>
      <w:r>
        <w:t>You don’t need a fuss to make the day special; cats tend to favour understated pleasures. Try a new toy with an interesting sound or texture, a paper bag for hiding, or a small, safe window perch so your cat can watch birds in peace. Feed a favourite wet-food treat or make a puzzle feeder out of a toilet-roll tube to slow the meal down. The key is to introduce novelty gently: sudden changes can stress some cats, so offer one small surprise and watch how your cat reacts. If your cat’s into camera time, natural light and patient waiting reward you with a few great snaps.</w:t>
      </w:r>
      <w:r/>
    </w:p>
    <w:p>
      <w:pPr>
        <w:pStyle w:val="Heading2"/>
      </w:pPr>
      <w:r>
        <w:t>How International Cat Day helps shelters and rescues</w:t>
      </w:r>
      <w:r/>
    </w:p>
    <w:p>
      <w:r/>
      <w:r>
        <w:t>Beyond photos and treats, the day is a real opportunity to help cats who aren’t yet in homes. Many charities run adoption drives, waive fees, or ask for specific donations like blankets, wet food or cleaning supplies. Volunteering to walk in a partner role, fostering a cat for a short spell, or simply sharing adoption posts on social media all increase a shelter’s chances of finding loving homes. According to veterinary and shelter groups, consistent public attention , the kind International Cat Day generates , translates into more adoptions and better funding for vet care and neutering programmes.</w:t>
      </w:r>
      <w:r/>
    </w:p>
    <w:p>
      <w:pPr>
        <w:pStyle w:val="Heading2"/>
      </w:pPr>
      <w:r>
        <w:t>Photography, socials and the ethics of sharing pet content</w:t>
      </w:r>
      <w:r/>
    </w:p>
    <w:p>
      <w:r/>
      <w:r>
        <w:t>Posting cute cat pictures is almost instinctive, but there’s a small ethical line to mind. Don’t use flash, avoid forcing poses or costumes on a reluctant cat, and don’t share location details of stray or rescue animals that could put them at risk. If you’re photographing a shelter cat, check with staff first; some animals are fragile and need quiet. Many animal charities offer tips for respectful social sharing, and a good rule is: celebrate the cat’s comfort before your content goals. Your cat will reward you with an authentic, relaxed portrait if you keep things calm.</w:t>
      </w:r>
      <w:r/>
    </w:p>
    <w:p>
      <w:pPr>
        <w:pStyle w:val="Heading2"/>
      </w:pPr>
      <w:r>
        <w:t>Making the day meaningful year-round</w:t>
      </w:r>
      <w:r/>
    </w:p>
    <w:p>
      <w:r/>
      <w:r>
        <w:t>International Cat Day is a reminder, but the good work goes on every month. Regular vet check-ups, microchipping, neutering and proper nutrition make the biggest difference to feline welfare. If you’re thinking of adding a cat to your home, research breeds, temperaments and the realities of long-term care; shelters are happy to guide prospective owners. And if nothing else, consider a small, ongoing pledge , a monthly donation to a local rescue, a box of supplies, or a few hours of volunteer time. That keeps the spirit of the day alive long after the hashtags fade.</w:t>
      </w:r>
      <w:r/>
    </w:p>
    <w:p>
      <w:r/>
      <w:r>
        <w:t>It's a small change that can make every day safer and happier for cats.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5">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https://closetprofessor.blogspot.com/2026/08/moment-of-zen-international-cat-day.html</w:t>
        </w:r>
      </w:hyperlink>
      <w:r>
        <w:t xml:space="preserve"> - Please view link - unable to able to access data</w:t>
      </w:r>
      <w:r/>
    </w:p>
    <w:p>
      <w:pPr>
        <w:pStyle w:val="ListNumber"/>
        <w:spacing w:line="240" w:lineRule="auto"/>
        <w:ind w:left="720"/>
      </w:pPr>
      <w:r/>
      <w:hyperlink r:id="rId10">
        <w:r>
          <w:rPr>
            <w:color w:val="0000EE"/>
            <w:u w:val="single"/>
          </w:rPr>
          <w:t>https://en.wikipedia.org/wiki/International_Cat_Day</w:t>
        </w:r>
      </w:hyperlink>
      <w:r>
        <w:t xml:space="preserve"> - International Cat Day is celebrated annually on 8 August. Established in 2002 by the International Fund for Animal Welfare (IFAW), the day aims to raise awareness for cats and promote their welfare. In 2020, the custodianship of the day was transferred to International Cat Care, a British non-profit organization dedicated to improving the health and welfare of domestic cats worldwide. The date was chosen to coincide with the IFAW's founding of the occasion, highlighting the importance of cats in human society and the need for their protection.</w:t>
      </w:r>
      <w:r/>
    </w:p>
    <w:p>
      <w:pPr>
        <w:pStyle w:val="ListNumber"/>
        <w:spacing w:line="240" w:lineRule="auto"/>
        <w:ind w:left="720"/>
      </w:pPr>
      <w:r/>
      <w:hyperlink r:id="rId15">
        <w:r>
          <w:rPr>
            <w:color w:val="0000EE"/>
            <w:u w:val="single"/>
          </w:rPr>
          <w:t>https://www.nahf.org/article/international-cat-day-history</w:t>
        </w:r>
      </w:hyperlink>
      <w:r>
        <w:t xml:space="preserve"> - International Cat Day, celebrated on 8 August, was first established in 2002 by the International Fund for Animal Welfare (IFAW) to honor and appreciate cats. The day was created to raise awareness about the plight of cats and educate the public on how to care for and protect them. In 2020, custodianship of the day passed to International Cat Care, a British non-profit organization that has been striving to improve the health and welfare of domestic cats worldwide since 1958. The date was chosen to coincide with the IFAW's founding of the occasion, emphasizing the significance of cats in human culture and the need for their protection.</w:t>
      </w:r>
      <w:r/>
    </w:p>
    <w:p>
      <w:pPr>
        <w:pStyle w:val="ListNumber"/>
        <w:spacing w:line="240" w:lineRule="auto"/>
        <w:ind w:left="720"/>
      </w:pPr>
      <w:r/>
      <w:hyperlink r:id="rId11">
        <w:r>
          <w:rPr>
            <w:color w:val="0000EE"/>
            <w:u w:val="single"/>
          </w:rPr>
          <w:t>https://www.petcalendar.com/blogs/news/international-cat-day</w:t>
        </w:r>
      </w:hyperlink>
      <w:r>
        <w:t xml:space="preserve"> - International Cat Day is celebrated annually on 8 August. Founded in 2002 by the International Fund for Animal Welfare (IFAW), the day aims to celebrate cats and raise awareness about their welfare. In 2020, the custodianship of the day was transferred to International Cat Care, a British non-profit organization dedicated to improving the health and welfare of domestic cats worldwide. The date was chosen to coincide with the IFAW's founding of the occasion, highlighting the importance of cats in human society and the need for their protection.</w:t>
      </w:r>
      <w:r/>
    </w:p>
    <w:p>
      <w:pPr>
        <w:pStyle w:val="ListNumber"/>
        <w:spacing w:line="240" w:lineRule="auto"/>
        <w:ind w:left="720"/>
      </w:pPr>
      <w:r/>
      <w:hyperlink r:id="rId14">
        <w:r>
          <w:rPr>
            <w:color w:val="0000EE"/>
            <w:u w:val="single"/>
          </w:rPr>
          <w:t>https://www.upi.com/Odd_News/2022/08/08/International-Cat-Day-founded-2002/5341659968559/</w:t>
        </w:r>
      </w:hyperlink>
      <w:r>
        <w:t xml:space="preserve"> - International Cat Day, celebrated annually on 8 August, was founded in 2002 by the International Fund for Animal Welfare (IFAW) to celebrate feline companions and raise awareness of their needs. The holiday was created to raise awareness of felines in need around the world as well as proper care of cats in the home. In 2020, custodianship of the day was transferred to International Cat Care, a British non-profit organization dedicated to improving the health and welfare of domestic cats worldwide.</w:t>
      </w:r>
      <w:r/>
    </w:p>
    <w:p>
      <w:pPr>
        <w:pStyle w:val="ListNumber"/>
        <w:spacing w:line="240" w:lineRule="auto"/>
        <w:ind w:left="720"/>
      </w:pPr>
      <w:r/>
      <w:hyperlink r:id="rId12">
        <w:r>
          <w:rPr>
            <w:color w:val="0000EE"/>
            <w:u w:val="single"/>
          </w:rPr>
          <w:t>https://www.library.illinois.edu/idhh-highlights/index.php/2021/08/12/international-cat-day-celebrating-cats-since-2002/</w:t>
        </w:r>
      </w:hyperlink>
      <w:r>
        <w:t xml:space="preserve"> - International Cat Day, celebrated on 8 August, was first established in 2002 by the International Fund for Animal Welfare (IFAW) to raise awareness for cats and educate the public on ways to help and protect them. The date was chosen to coincide with the IFAW's founding of the occasion, highlighting the importance of cats in human society and the need for their protection. In 2020, custodianship of the day was transferred to International Cat Care, a British non-profit organization dedicated to improving the health and welfare of domestic cats worldwide.</w:t>
      </w:r>
      <w:r/>
    </w:p>
    <w:p>
      <w:pPr>
        <w:pStyle w:val="ListNumber"/>
        <w:spacing w:line="240" w:lineRule="auto"/>
        <w:ind w:left="720"/>
      </w:pPr>
      <w:r/>
      <w:hyperlink r:id="rId13">
        <w:r>
          <w:rPr>
            <w:color w:val="0000EE"/>
            <w:u w:val="single"/>
          </w:rPr>
          <w:t>https://www.nationaldayarchives.com/day/international-cat-day/</w:t>
        </w:r>
      </w:hyperlink>
      <w:r>
        <w:t xml:space="preserve"> - International Cat Day is celebrated on 8 August. Established in 2002 by the International Fund for Animal Welfare (IFAW), the day aims to raise awareness for cats and promote their welfare. In 2020, the custodianship of the day was transferred to International Cat Care, a British non-profit organization dedicated to improving the health and welfare of domestic cats worldwide. The date was chosen to coincide with the IFAW's founding of the occasion, highlighting the importance of cats in human society and the need for their protection.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moment-of-zen-international-cat-day.html" TargetMode="External"/><Relationship Id="rId10" Type="http://schemas.openxmlformats.org/officeDocument/2006/relationships/hyperlink" Target="https://en.wikipedia.org/wiki/International_Cat_Day" TargetMode="External"/><Relationship Id="rId11" Type="http://schemas.openxmlformats.org/officeDocument/2006/relationships/hyperlink" Target="https://www.petcalendar.com/blogs/news/international-cat-day" TargetMode="External"/><Relationship Id="rId12" Type="http://schemas.openxmlformats.org/officeDocument/2006/relationships/hyperlink" Target="https://www.library.illinois.edu/idhh-highlights/index.php/2021/08/12/international-cat-day-celebrating-cats-since-2002/" TargetMode="External"/><Relationship Id="rId13" Type="http://schemas.openxmlformats.org/officeDocument/2006/relationships/hyperlink" Target="https://www.nationaldayarchives.com/day/international-cat-day/" TargetMode="External"/><Relationship Id="rId14" Type="http://schemas.openxmlformats.org/officeDocument/2006/relationships/hyperlink" Target="https://www.upi.com/Odd_News/2022/08/08/International-Cat-Day-founded-2002/5341659968559/" TargetMode="External"/><Relationship Id="rId15" Type="http://schemas.openxmlformats.org/officeDocument/2006/relationships/hyperlink" Target="https://www.nahf.org/article/international-cat-day-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