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Heated Rivalry Casting Debate: Intersectional Diversity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pop culture are buzzing: Heated Rivalry’s new casting has fans thrilled and puzzled. The show just added Justice Smith and Charles Gillespie, a move that boosts star power and racial diversity , but also raises questions about body representation and why TV still struggles with intersectional characters.</w:t>
      </w:r>
      <w:r/>
    </w:p>
    <w:p>
      <w:r/>
      <w:r>
        <w:t>Essential Takeaways</w:t>
      </w:r>
      <w:r/>
      <w:r/>
    </w:p>
    <w:p>
      <w:pPr>
        <w:pStyle w:val="ListBullet"/>
        <w:spacing w:line="240" w:lineRule="auto"/>
        <w:ind w:left="720"/>
      </w:pPr>
      <w:r/>
      <w:r>
        <w:rPr>
          <w:b/>
        </w:rPr>
        <w:t>Big-name boost:</w:t>
      </w:r>
      <w:r>
        <w:t xml:space="preserve"> Justice Smith’s casting brings recognisable talent and scene-stealing potential to a hit series.</w:t>
      </w:r>
      <w:r/>
    </w:p>
    <w:p>
      <w:pPr>
        <w:pStyle w:val="ListBullet"/>
        <w:spacing w:line="240" w:lineRule="auto"/>
        <w:ind w:left="720"/>
      </w:pPr>
      <w:r/>
      <w:r>
        <w:rPr>
          <w:b/>
        </w:rPr>
        <w:t>Racial diversity gains:</w:t>
      </w:r>
      <w:r>
        <w:t xml:space="preserve"> Casting a Black actor as Harris expands representation in a predominantly white hockey world.</w:t>
      </w:r>
      <w:r/>
    </w:p>
    <w:p>
      <w:pPr>
        <w:pStyle w:val="ListBullet"/>
        <w:spacing w:line="240" w:lineRule="auto"/>
        <w:ind w:left="720"/>
      </w:pPr>
      <w:r/>
      <w:r>
        <w:rPr>
          <w:b/>
        </w:rPr>
        <w:t>Body-representation trade-off:</w:t>
      </w:r>
      <w:r>
        <w:t xml:space="preserve"> The books celebrated Harris as a husky, body-diverse love interest; that visual diversity may be reduced.</w:t>
      </w:r>
      <w:r/>
    </w:p>
    <w:p>
      <w:pPr>
        <w:pStyle w:val="ListBullet"/>
        <w:spacing w:line="240" w:lineRule="auto"/>
        <w:ind w:left="720"/>
      </w:pPr>
      <w:r/>
      <w:r>
        <w:rPr>
          <w:b/>
        </w:rPr>
        <w:t>Intersectionality gap:</w:t>
      </w:r>
      <w:r>
        <w:t xml:space="preserve"> Fans note TV often seems to swap one kind of representation for another instead of combining identities.</w:t>
      </w:r>
      <w:r/>
    </w:p>
    <w:p>
      <w:pPr>
        <w:pStyle w:val="ListBullet"/>
        <w:spacing w:line="240" w:lineRule="auto"/>
        <w:ind w:left="720"/>
      </w:pPr>
      <w:r/>
      <w:r>
        <w:rPr>
          <w:b/>
        </w:rPr>
        <w:t>Story potential:</w:t>
      </w:r>
      <w:r>
        <w:t xml:space="preserve"> A Black Harris opens narrative avenues about race, queerness and toxic masculinity within sport.</w:t>
      </w:r>
      <w:r/>
      <w:r/>
    </w:p>
    <w:p>
      <w:pPr>
        <w:pStyle w:val="Heading2"/>
      </w:pPr>
      <w:r>
        <w:t>Why Justice Smith feels like a game-changer</w:t>
      </w:r>
      <w:r/>
    </w:p>
    <w:p>
      <w:r/>
      <w:r>
        <w:t>Justice Smith is the sort of casting that raises a cheer: he’s warm, funny and has a knack for stealing scenes with nuance and charm. According to coverage of the announcement, his presence will likely elevate the role of Harris and bring more mainstream attention to the series. That matters because Heated Rivalry built its fanbase by turning relatively unknown actors into breakout stars, so adding a recognisable face changes the dynamics , in a good way for marketing and reach. If you’re wondering what to expect, think charisma and lightness; Smith can make a bright, unapologetic character feel fully realised on screen.</w:t>
      </w:r>
      <w:r/>
    </w:p>
    <w:p>
      <w:pPr>
        <w:pStyle w:val="Heading2"/>
      </w:pPr>
      <w:r>
        <w:t>The lost opportunity around body diversity</w:t>
      </w:r>
      <w:r/>
    </w:p>
    <w:p>
      <w:r/>
      <w:r>
        <w:t>One of the book series’ most celebrated aspects was Harris’s body type , soft, husky and desirable , a rarer depiction in mainstream romance. Fans loved that physicality because it challenged the ubiquitous athletic, sculpted ideal common in sports dramas. Reimagining Harris without that body-diversity element feels like a missed opportunity to normalise different shapes in lead romances, especially in a hockey universe where near-perfect physiques dominate. If the show wants to keep that celebration alive, they could let Smith bulk up naturally or write the role to emphasise non-typical attractiveness; otherwise, we risk erasing a valuable facet of representation.</w:t>
      </w:r>
      <w:r/>
    </w:p>
    <w:p>
      <w:pPr>
        <w:pStyle w:val="Heading2"/>
      </w:pPr>
      <w:r>
        <w:t>Intersectionality: why choosing one diversity wins and another loses</w:t>
      </w:r>
      <w:r/>
    </w:p>
    <w:p>
      <w:r/>
      <w:r>
        <w:t>The casting highlights a recurring TV problem: diversity presented as mutually exclusive choices rather than overlapping identities. A queer Black man who is also body-diverse is not an impossibility , it’s a reality for many people , and audiences are increasingly asking for characters who reflect that complexity. This isn’t about criticising a talented actor; it’s about asking why storytellers still lean into trade-offs rather than layered portrayals. Shows that embrace intersectionality stand to gain richer storytelling and fewer accusations of checkbox casting.</w:t>
      </w:r>
      <w:r/>
    </w:p>
    <w:p>
      <w:pPr>
        <w:pStyle w:val="Heading2"/>
      </w:pPr>
      <w:r>
        <w:t>Narrative payoff: race, queerness and toxic masculinity on ice</w:t>
      </w:r>
      <w:r/>
    </w:p>
    <w:p>
      <w:r/>
      <w:r>
        <w:t>Casting Harris as Black opens clear dramatic potential, especially opposite Troy, whose arc involves closeted behaviour and the remnants of team and familial bigotry. The series can use their relationship to probe how race and queerness intersect with sports culture and masculinity , territory the books touched on but could explore more fully on screen. That could deepen the characters beyond book beats and make the show feel both timely and thoughtful. Handle it well, and Heated Rivalry could turn a casting debate into some of the series’ most resonant episodes.</w:t>
      </w:r>
      <w:r/>
    </w:p>
    <w:p>
      <w:pPr>
        <w:pStyle w:val="Heading2"/>
      </w:pPr>
      <w:r>
        <w:t>What fans and newcomers should watch for</w:t>
      </w:r>
      <w:r/>
    </w:p>
    <w:p>
      <w:r/>
      <w:r>
        <w:t>Expect chemistry to be front and centre: the series has always sold itself on sizzling pairings, so much of this succeeds or fails based on how Smith and Gillespie play off each other. Also watch for how the show frames Harris physically and narratively: small choices , costuming, camera angles, dialogue about desire , will signal whether body diversity remains part of his identity. If you care about representation, keep an eye on whether the writers lean into intersectional storytelling or default to simpler diversity checkpoints. Either way, the casting has already started a useful conversation about who gets seen and how.</w:t>
      </w:r>
      <w:r/>
    </w:p>
    <w:p>
      <w:r/>
      <w:r>
        <w:t>It's a small change that can make every story layer richer if the show chooses to lean into complexity.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https://www.tvfanatic.com/heated-rivalry-latest-casting-tv-allergic-to-intersectional-diversity-justice-smith/</w:t>
        </w:r>
      </w:hyperlink>
      <w:r>
        <w:t xml:space="preserve"> - Please view link - unable to able to access data</w:t>
      </w:r>
      <w:r/>
    </w:p>
    <w:p>
      <w:pPr>
        <w:pStyle w:val="ListNumber"/>
        <w:spacing w:line="240" w:lineRule="auto"/>
        <w:ind w:left="720"/>
      </w:pPr>
      <w:r/>
      <w:hyperlink r:id="rId9">
        <w:r>
          <w:rPr>
            <w:color w:val="0000EE"/>
            <w:u w:val="single"/>
          </w:rPr>
          <w:t>https://www.tvfanatic.com/heated-rivalry-latest-casting-tv-allergic-to-intersectional-diversity-justice-smith/</w:t>
        </w:r>
      </w:hyperlink>
      <w:r>
        <w:t xml:space="preserve"> - An article discussing the casting of Justice Smith in the series 'Heated Rivalry' and the implications of diversity representation in television casting decisions.</w:t>
      </w:r>
      <w:r/>
    </w:p>
    <w:p>
      <w:pPr>
        <w:pStyle w:val="ListNumber"/>
        <w:spacing w:line="240" w:lineRule="auto"/>
        <w:ind w:left="720"/>
      </w:pPr>
      <w:r/>
      <w:hyperlink r:id="rId12">
        <w:r>
          <w:rPr>
            <w:color w:val="0000EE"/>
            <w:u w:val="single"/>
          </w:rPr>
          <w:t>https://www.senscritique.com/serie/heated_rivalry/127695502/details</w:t>
        </w:r>
      </w:hyperlink>
      <w:r>
        <w:t xml:space="preserve"> - A detailed page on SensCritique providing information about the series 'Heated Rivalry', including its cast, creators, and broadcast details.</w:t>
      </w:r>
      <w:r/>
    </w:p>
    <w:p>
      <w:pPr>
        <w:pStyle w:val="ListNumber"/>
        <w:spacing w:line="240" w:lineRule="auto"/>
        <w:ind w:left="720"/>
      </w:pPr>
      <w:r/>
      <w:hyperlink r:id="rId10">
        <w:r>
          <w:rPr>
            <w:color w:val="0000EE"/>
            <w:u w:val="single"/>
          </w:rPr>
          <w:t>https://hollywoodlife.com/feature/heated-rivalry-cast-shane-ilya-scott-kip-actors-5492321/</w:t>
        </w:r>
      </w:hyperlink>
      <w:r>
        <w:t xml:space="preserve"> - An article from Hollywood Life introducing the main cast of 'Heated Rivalry', including Hudson Williams and Connor Storrie, and discussing their roles in the series.</w:t>
      </w:r>
      <w:r/>
    </w:p>
    <w:p>
      <w:pPr>
        <w:pStyle w:val="ListNumber"/>
        <w:spacing w:line="240" w:lineRule="auto"/>
        <w:ind w:left="720"/>
      </w:pPr>
      <w:r/>
      <w:hyperlink r:id="rId11">
        <w:r>
          <w:rPr>
            <w:color w:val="0000EE"/>
            <w:u w:val="single"/>
          </w:rPr>
          <w:t>https://www.sky.com/watch/heated-rivalry/cast-and-characters</w:t>
        </w:r>
      </w:hyperlink>
      <w:r>
        <w:t xml:space="preserve"> - A page on Sky's website detailing the cast and characters of 'Heated Rivalry', including information about the central characters and where to watch the series.</w:t>
      </w:r>
      <w:r/>
    </w:p>
    <w:p>
      <w:pPr>
        <w:pStyle w:val="ListNumber"/>
        <w:spacing w:line="240" w:lineRule="auto"/>
        <w:ind w:left="720"/>
      </w:pPr>
      <w:r/>
      <w:hyperlink r:id="rId13">
        <w:r>
          <w:rPr>
            <w:color w:val="0000EE"/>
            <w:u w:val="single"/>
          </w:rPr>
          <w:t>https://www.usmagazine.com/entertainment/news/heated-rivalry-casts-quotes-about-filming-shows-steamy-sex-scenes/</w:t>
        </w:r>
      </w:hyperlink>
      <w:r>
        <w:t xml:space="preserve"> - An article from Us Weekly featuring candid quotes from the cast of 'Heated Rivalry' about filming the show's steamy sex scenes.</w:t>
      </w:r>
      <w:r/>
    </w:p>
    <w:p>
      <w:pPr>
        <w:pStyle w:val="ListNumber"/>
        <w:spacing w:line="240" w:lineRule="auto"/>
        <w:ind w:left="720"/>
      </w:pPr>
      <w:r/>
      <w:hyperlink r:id="rId14">
        <w:r>
          <w:rPr>
            <w:color w:val="0000EE"/>
            <w:u w:val="single"/>
          </w:rPr>
          <w:t>https://www.backstage.com/magazine/article/how-to-get-cast-on-heated-rivalry-79745/</w:t>
        </w:r>
      </w:hyperlink>
      <w:r>
        <w:t xml:space="preserve"> - An article from Backstage providing information on how to audition for 'Heated Rivalry', including details about the casting process and the casting directors.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vfanatic.com/heated-rivalry-latest-casting-tv-allergic-to-intersectional-diversity-justice-smith/" TargetMode="External"/><Relationship Id="rId10" Type="http://schemas.openxmlformats.org/officeDocument/2006/relationships/hyperlink" Target="https://hollywoodlife.com/feature/heated-rivalry-cast-shane-ilya-scott-kip-actors-5492321/" TargetMode="External"/><Relationship Id="rId11" Type="http://schemas.openxmlformats.org/officeDocument/2006/relationships/hyperlink" Target="https://www.sky.com/watch/heated-rivalry/cast-and-characters" TargetMode="External"/><Relationship Id="rId12" Type="http://schemas.openxmlformats.org/officeDocument/2006/relationships/hyperlink" Target="https://www.senscritique.com/serie/heated_rivalry/127695502/details" TargetMode="External"/><Relationship Id="rId13" Type="http://schemas.openxmlformats.org/officeDocument/2006/relationships/hyperlink" Target="https://www.usmagazine.com/entertainment/news/heated-rivalry-casts-quotes-about-filming-shows-steamy-sex-scenes/" TargetMode="External"/><Relationship Id="rId14" Type="http://schemas.openxmlformats.org/officeDocument/2006/relationships/hyperlink" Target="https://www.backstage.com/magazine/article/how-to-get-cast-on-heated-rivalry-797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