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Hallmark LGBTQ+ Rom-Coms: Why Jonathan Bennett’s Roles Matter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spotting a shift: Hallmark’s rom-com lineup now includes gay leading men, and actor Jonathan Bennett says it’s changing how mainstream TV shows love. From The Holiday Sitter to The Groomsmen, these films matter for representation, family viewing and the kind of stories that stick.</w:t>
      </w:r>
      <w:r/>
    </w:p>
    <w:p>
      <w:r/>
      <w:r>
        <w:t>Essential Takeaways</w:t>
      </w:r>
      <w:r/>
      <w:r/>
    </w:p>
    <w:p>
      <w:pPr>
        <w:pStyle w:val="ListBullet"/>
        <w:spacing w:line="240" w:lineRule="auto"/>
        <w:ind w:left="720"/>
      </w:pPr>
      <w:r/>
      <w:r>
        <w:rPr>
          <w:b/>
        </w:rPr>
        <w:t>Historic firsts:</w:t>
      </w:r>
      <w:r>
        <w:t xml:space="preserve"> Hallmark’s first gay-led holiday rom-com and first same-sex wedding scene mark clear milestones for the network.</w:t>
      </w:r>
      <w:r/>
    </w:p>
    <w:p>
      <w:pPr>
        <w:pStyle w:val="ListBullet"/>
        <w:spacing w:line="240" w:lineRule="auto"/>
        <w:ind w:left="720"/>
      </w:pPr>
      <w:r/>
      <w:r>
        <w:rPr>
          <w:b/>
        </w:rPr>
        <w:t>Relatable tone:</w:t>
      </w:r>
      <w:r>
        <w:t xml:space="preserve"> These films keep Hallmark’s cosy, wholesome vibe while showing queer couples in everyday, romantic situations.</w:t>
      </w:r>
      <w:r/>
    </w:p>
    <w:p>
      <w:pPr>
        <w:pStyle w:val="ListBullet"/>
        <w:spacing w:line="240" w:lineRule="auto"/>
        <w:ind w:left="720"/>
      </w:pPr>
      <w:r/>
      <w:r>
        <w:rPr>
          <w:b/>
        </w:rPr>
        <w:t>Star power:</w:t>
      </w:r>
      <w:r>
        <w:t xml:space="preserve"> Jonathan Bennett’s continued presence as a leading man gives these stories a familiar, reassuring face.</w:t>
      </w:r>
      <w:r/>
    </w:p>
    <w:p>
      <w:pPr>
        <w:pStyle w:val="ListBullet"/>
        <w:spacing w:line="240" w:lineRule="auto"/>
        <w:ind w:left="720"/>
      </w:pPr>
      <w:r/>
      <w:r>
        <w:rPr>
          <w:b/>
        </w:rPr>
        <w:t>Broad appeal:</w:t>
      </w:r>
      <w:r>
        <w:t xml:space="preserve"> Families and older viewers are responding positively, making inclusive storytelling commercially viable.</w:t>
      </w:r>
      <w:r/>
    </w:p>
    <w:p>
      <w:pPr>
        <w:pStyle w:val="ListBullet"/>
        <w:spacing w:line="240" w:lineRule="auto"/>
        <w:ind w:left="720"/>
      </w:pPr>
      <w:r/>
      <w:r>
        <w:rPr>
          <w:b/>
        </w:rPr>
        <w:t>Practical tip:</w:t>
      </w:r>
      <w:r>
        <w:t xml:space="preserve"> Look for ensemble or trilogy entries if you want lighter stakes and recurring characters to follow.</w:t>
      </w:r>
      <w:r/>
      <w:r/>
    </w:p>
    <w:p>
      <w:pPr>
        <w:pStyle w:val="Heading2"/>
      </w:pPr>
      <w:r>
        <w:t>Why this feels like a proper turning point</w:t>
      </w:r>
      <w:r/>
    </w:p>
    <w:p>
      <w:r/>
      <w:r>
        <w:t>Jonathan Bennett calling his Hallmark leading roles “such a huge deal” isn’t theatre-speak , it’s a simple fact viewers can feel on screen. The films have that warm production design, soft lighting and gentle humour Hallmark fans expect, yet they centre queer love in the same relaxed way as any straight romance. That sensory texture , cosy, familiar, slightly cinnamon-scented , helps these stories land with audiences who might otherwise resist change.</w:t>
      </w:r>
      <w:r/>
    </w:p>
    <w:p>
      <w:r/>
      <w:r>
        <w:t>Backstory: the network’s inclusivity push didn’t happen in a vacuum. After controversy over pulled lesbian wedding ads, Hallmark promised to widen the kinds of love it shows. The result has been a steady trickle of firsts: Hallmark’s first gay-led rom-com, follow-up wedding-centred stories, and more recurring queer characters. It’s the kind of slow, visible shift media critics and viewers alike can point to when they talk about representation moving from tokenism to mainstream habit.</w:t>
      </w:r>
      <w:r/>
    </w:p>
    <w:p>
      <w:pPr>
        <w:pStyle w:val="Heading2"/>
      </w:pPr>
      <w:r>
        <w:t>What Bennett brings to the table , and why it matters</w:t>
      </w:r>
      <w:r/>
    </w:p>
    <w:p>
      <w:r/>
      <w:r>
        <w:t>Bennett’s presence matters because he’s not a niche cast member plonked into a single spin-off; he’s a recurring, recognisable leading man. That continuity signals to fans that gay leads aren’t experimental extras but part of the network’s core casting. He’s described roles where characters break heteronormative stereotypes , a baseball player who’s also gay, for instance , and that normalisation helps strip away caricature and replace it with nuance.</w:t>
      </w:r>
      <w:r/>
    </w:p>
    <w:p>
      <w:r/>
      <w:r>
        <w:t>Industry reaction has picked up on this. Other actors and advocates have praised the wholesome framing, saying it allows families to encounter queer stories in familiar, non-confrontational formats. That’s an important bridge: viewers who tune in for predictable comfort end up seeing a broader palette of relationships without a heavy-handed lecture.</w:t>
      </w:r>
      <w:r/>
    </w:p>
    <w:p>
      <w:pPr>
        <w:pStyle w:val="Heading2"/>
      </w:pPr>
      <w:r>
        <w:t>The films themselves: gentle rom-coms with purpose</w:t>
      </w:r>
      <w:r/>
    </w:p>
    <w:p>
      <w:r/>
      <w:r>
        <w:t>Titles like The Holiday Sitter and The Groomsmen: Second Chances follow Hallmark’s recipe , meet-cute setups, scenic locations, and reassuring conclusions , but with queer central couples. The Groomsmen trilogy’s wedding-focused instalment was widely discussed because it made a same-sex wedding the narrative core, not a subplot. Critics and fans pointed out how this flips expectations and lets the celebration of love be the story, rather than the conflict.</w:t>
      </w:r>
      <w:r/>
    </w:p>
    <w:p>
      <w:r/>
      <w:r>
        <w:t>For viewers choosing where to start, holiday entries tend to be the most accessible: seasonal stakes, short runtimes, and familiar tropes. If you want character depth, trilogies or recurring-family films deliver more time with the cast and gradually deepen emotional investment.</w:t>
      </w:r>
      <w:r/>
    </w:p>
    <w:p>
      <w:pPr>
        <w:pStyle w:val="Heading2"/>
      </w:pPr>
      <w:r>
        <w:t>How families and older audiences are responding</w:t>
      </w:r>
      <w:r/>
    </w:p>
    <w:p>
      <w:r/>
      <w:r>
        <w:t>Anecdotally and in coverage, families that watch Hallmark together are finding the inclusive films fit right into their viewing habits. Comments from cast and media suggest these movies allow households to “experience other stories of queerness through television that is wholesome, that is completely acceptable.” That’s a tidy way to say representation is reaching beyond niche audiences and into living rooms where older relatives are present.</w:t>
      </w:r>
      <w:r/>
    </w:p>
    <w:p>
      <w:r/>
      <w:r>
        <w:t>That shift matters commercially too. When inclusive titles perform well, they send a clear message to networks and advertisers: diversity isn’t a niche risk, it’s mainstream content that sustains viewers and loyalty.</w:t>
      </w:r>
      <w:r/>
    </w:p>
    <w:p>
      <w:pPr>
        <w:pStyle w:val="Heading2"/>
      </w:pPr>
      <w:r>
        <w:t>What to watch next and why you might care</w:t>
      </w:r>
      <w:r/>
    </w:p>
    <w:p>
      <w:r/>
      <w:r>
        <w:t>If you’ve never tried a Hallmark queer rom-com, start with the holiday titles for their light tone and seasonal charm. Then move to the Groomsmen films if you prefer slightly more grown-up plots that foreground commitment and friendship. And if you’re a fan of recurring characters, keep an eye on family-focused franchise entries that frequently return with new chapters.</w:t>
      </w:r>
      <w:r/>
    </w:p>
    <w:p>
      <w:r/>
      <w:r>
        <w:t>Ultimately, these films are small, accessible steps toward broader representation. They don’t pretend to be radical art, but they do normalise love stories that many viewers have long wanted to see. That’s worth tuning in for.</w:t>
      </w:r>
      <w:r/>
    </w:p>
    <w:p>
      <w:r/>
      <w:r>
        <w:t>It's a small change on-screen that could make a big difference off it , and it’s nice to enjoy a cosy rom-com while that shift quietly happens.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[6]</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3">
        <w:r>
          <w:rPr>
            <w:color w:val="0000EE"/>
            <w:u w:val="single"/>
          </w:rPr>
          <w:t>[5]</w:t>
        </w:r>
      </w:hyperlink>
      <w:r>
        <w:t xml:space="preserve">, </w:t>
      </w:r>
      <w:hyperlink r:id="rId14">
        <w:r>
          <w:rPr>
            <w:color w:val="0000EE"/>
            <w:u w:val="single"/>
          </w:rPr>
          <w:t>[3]</w:t>
        </w:r>
      </w:hyperlink>
      <w:r>
        <w:t xml:space="preserve">- Paragraph 5: </w:t>
      </w:r>
      <w:hyperlink r:id="rId11">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https://www.cinemablend.com/television/jonathan-bennett-talks-living-through-hallmarks-inclusive-era-what-its-meant</w:t>
        </w:r>
      </w:hyperlink>
      <w:r>
        <w:t xml:space="preserve"> - Please view link - unable to able to access data</w:t>
      </w:r>
      <w:r/>
    </w:p>
    <w:p>
      <w:pPr>
        <w:pStyle w:val="ListNumber"/>
        <w:spacing w:line="240" w:lineRule="auto"/>
        <w:ind w:left="720"/>
      </w:pPr>
      <w:r/>
      <w:hyperlink r:id="rId9">
        <w:r>
          <w:rPr>
            <w:color w:val="0000EE"/>
            <w:u w:val="single"/>
          </w:rPr>
          <w:t>https://www.cinemablend.com/television/jonathan-bennett-talks-living-through-hallmarks-inclusive-era-what-its-meant</w:t>
        </w:r>
      </w:hyperlink>
      <w:r>
        <w:t xml:space="preserve"> - In an interview with CinemaBlend, Jonathan Bennett discusses his experiences during Hallmark Channel's inclusive era, highlighting the significance of portraying gay leading men and advocating for LGBTQ+ representation in media. He reflects on the impact of his roles, including 'The Holiday Sitter' and 'The Groomsmen: Second Chances,' emphasizing the importance of diverse love stories on the network.</w:t>
      </w:r>
      <w:r/>
    </w:p>
    <w:p>
      <w:pPr>
        <w:pStyle w:val="ListNumber"/>
        <w:spacing w:line="240" w:lineRule="auto"/>
        <w:ind w:left="720"/>
      </w:pPr>
      <w:r/>
      <w:hyperlink r:id="rId14">
        <w:r>
          <w:rPr>
            <w:color w:val="0000EE"/>
            <w:u w:val="single"/>
          </w:rPr>
          <w:t>https://www.tvinsider.com/show/the-holiday-sitter/</w:t>
        </w:r>
      </w:hyperlink>
      <w:r>
        <w:t xml:space="preserve"> - TV Insider provides an overview of 'The Holiday Sitter,' Hallmark Channel's first LGBTQ+ holiday romantic comedy. The film stars Jonathan Bennett as Sam Dalton, a workaholic bachelor who, while babysitting his niece and nephew, develops a romance with their neighbour, Jason DeVito, portrayed by George Krissa. The movie premiered on December 11, 2022, marking a significant milestone in inclusive storytelling for the network.</w:t>
      </w:r>
      <w:r/>
    </w:p>
    <w:p>
      <w:pPr>
        <w:pStyle w:val="ListNumber"/>
        <w:spacing w:line="240" w:lineRule="auto"/>
        <w:ind w:left="720"/>
      </w:pPr>
      <w:r/>
      <w:hyperlink r:id="rId10">
        <w:r>
          <w:rPr>
            <w:color w:val="0000EE"/>
            <w:u w:val="single"/>
          </w:rPr>
          <w:t>https://www.lgbtqnation.com/2022/09/hallmark-channel-premiere-first-holiday-rom-com-centered-gay-couple/</w:t>
        </w:r>
      </w:hyperlink>
      <w:r>
        <w:t xml:space="preserve"> - LGBTQ Nation reports on Hallmark Channel's announcement of 'The Holiday Sitter,' its first holiday romantic comedy centred on a gay couple. The film features Jonathan Bennett as Sam Dalton, a bachelor who, while caring for his niece and nephew, finds unexpected romance with their neighbour, Jason DeVito. The movie premiered on December 11, 2022, reflecting Hallmark's commitment to inclusivity.</w:t>
      </w:r>
      <w:r/>
    </w:p>
    <w:p>
      <w:pPr>
        <w:pStyle w:val="ListNumber"/>
        <w:spacing w:line="240" w:lineRule="auto"/>
        <w:ind w:left="720"/>
      </w:pPr>
      <w:r/>
      <w:hyperlink r:id="rId13">
        <w:r>
          <w:rPr>
            <w:color w:val="0000EE"/>
            <w:u w:val="single"/>
          </w:rPr>
          <w:t>https://www.rent-a-christmas.com/blog/article/the-holiday-sitter-brings-gay-representation-to-forefront-on-hallmark</w:t>
        </w:r>
      </w:hyperlink>
      <w:r>
        <w:t xml:space="preserve"> - Rent-A-Christmas discusses 'The Holiday Sitter,' Hallmark Channel's first LGBTQ+ holiday movie, starring Jonathan Bennett and George Krissa. The article highlights the film's significance in bringing gay representation to the forefront of Hallmark's traditionally conservative programming, marking a progressive step towards inclusivity in holiday storytelling.</w:t>
      </w:r>
      <w:r/>
    </w:p>
    <w:p>
      <w:pPr>
        <w:pStyle w:val="ListNumber"/>
        <w:spacing w:line="240" w:lineRule="auto"/>
        <w:ind w:left="720"/>
      </w:pPr>
      <w:r/>
      <w:hyperlink r:id="rId11">
        <w:r>
          <w:rPr>
            <w:color w:val="0000EE"/>
            <w:u w:val="single"/>
          </w:rPr>
          <w:t>https://www.thepinknews.com/2022/09/26/hallmark-reveals-first-christmas-film-with-lgbtq-lead-couple/</w:t>
        </w:r>
      </w:hyperlink>
      <w:r>
        <w:t xml:space="preserve"> - The Pink News reports on Hallmark Channel's announcement of 'The Holiday Sitter,' its first Christmas film featuring an LGBTQ+ lead couple. The film stars Jonathan Bennett as Sam Dalton, a bachelor who, while babysitting his niece and nephew, develops a romance with their neighbour, Jason DeVito. The movie premiered on December 11, 2022, marking a significant milestone in inclusive holiday programming.</w:t>
      </w:r>
      <w:r/>
    </w:p>
    <w:p>
      <w:pPr>
        <w:pStyle w:val="ListNumber"/>
        <w:spacing w:line="240" w:lineRule="auto"/>
        <w:ind w:left="720"/>
      </w:pPr>
      <w:r/>
      <w:hyperlink r:id="rId12">
        <w:r>
          <w:rPr>
            <w:color w:val="0000EE"/>
            <w:u w:val="single"/>
          </w:rPr>
          <w:t>https://www.digitaljournal.com/entertainment/review-the-holiday-sitter-makes-television-history-on-hallmark/article</w:t>
        </w:r>
      </w:hyperlink>
      <w:r>
        <w:t xml:space="preserve"> - Digital Journal reviews 'The Holiday Sitter,' Hallmark Channel's first holiday romantic comedy featuring a gay couple. The film stars Jonathan Bennett as Sam Dalton, who, while caring for his niece and nephew, finds unexpected romance with their neighbour, Jason DeVito. The review praises the film for its groundbreaking representation and engaging storyline.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inemablend.com/television/jonathan-bennett-talks-living-through-hallmarks-inclusive-era-what-its-meant" TargetMode="External"/><Relationship Id="rId10" Type="http://schemas.openxmlformats.org/officeDocument/2006/relationships/hyperlink" Target="https://www.lgbtqnation.com/2022/09/hallmark-channel-premiere-first-holiday-rom-com-centered-gay-couple/" TargetMode="External"/><Relationship Id="rId11" Type="http://schemas.openxmlformats.org/officeDocument/2006/relationships/hyperlink" Target="https://www.thepinknews.com/2022/09/26/hallmark-reveals-first-christmas-film-with-lgbtq-lead-couple/" TargetMode="External"/><Relationship Id="rId12" Type="http://schemas.openxmlformats.org/officeDocument/2006/relationships/hyperlink" Target="https://www.digitaljournal.com/entertainment/review-the-holiday-sitter-makes-television-history-on-hallmark/article" TargetMode="External"/><Relationship Id="rId13" Type="http://schemas.openxmlformats.org/officeDocument/2006/relationships/hyperlink" Target="https://www.rent-a-christmas.com/blog/article/the-holiday-sitter-brings-gay-representation-to-forefront-on-hallmark" TargetMode="External"/><Relationship Id="rId14" Type="http://schemas.openxmlformats.org/officeDocument/2006/relationships/hyperlink" Target="https://www.tvinsider.com/show/the-holiday-si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