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Fresno Pride Media Lab: New LGBTQ+ Video Training for Storytellers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community-powered storytelling: Fresno’s Community Media Access Collaborative (CMAC) is launching Pride Media Lab, a two-month video production course giving five local LGBTQ+ residents hands-on training in planning, shooting and editing short documentaries and news-style packages. It matters because it builds skills, visibility and paid opportunities for emerging queer filmmakers.</w:t>
      </w:r>
      <w:r/>
    </w:p>
    <w:p>
      <w:r/>
      <w:r>
        <w:t>Essential Takeaways</w:t>
      </w:r>
      <w:r/>
      <w:r/>
    </w:p>
    <w:p>
      <w:pPr>
        <w:pStyle w:val="ListBullet"/>
        <w:spacing w:line="240" w:lineRule="auto"/>
        <w:ind w:left="720"/>
      </w:pPr>
      <w:r/>
      <w:r>
        <w:rPr>
          <w:b/>
        </w:rPr>
        <w:t>Who it’s for:</w:t>
      </w:r>
      <w:r>
        <w:t xml:space="preserve"> Young adults 18–30 who live in Fresno and identify as LGBTQ+, no experience required. </w:t>
      </w:r>
      <w:r/>
    </w:p>
    <w:p>
      <w:pPr>
        <w:pStyle w:val="ListBullet"/>
        <w:spacing w:line="240" w:lineRule="auto"/>
        <w:ind w:left="720"/>
      </w:pPr>
      <w:r/>
      <w:r>
        <w:rPr>
          <w:b/>
        </w:rPr>
        <w:t>What you get:</w:t>
      </w:r>
      <w:r>
        <w:t xml:space="preserve"> Two months of production training, a $750 stipend and a free one-year CMAC membership. </w:t>
      </w:r>
      <w:r/>
    </w:p>
    <w:p>
      <w:pPr>
        <w:pStyle w:val="ListBullet"/>
        <w:spacing w:line="240" w:lineRule="auto"/>
        <w:ind w:left="720"/>
      </w:pPr>
      <w:r/>
      <w:r>
        <w:rPr>
          <w:b/>
        </w:rPr>
        <w:t>What you’ll make:</w:t>
      </w:r>
      <w:r>
        <w:t xml:space="preserve"> A short documentary produced by the cohort that highlights local LGBTQ+ leaders. </w:t>
      </w:r>
      <w:r/>
    </w:p>
    <w:p>
      <w:pPr>
        <w:pStyle w:val="ListBullet"/>
        <w:spacing w:line="240" w:lineRule="auto"/>
        <w:ind w:left="720"/>
      </w:pPr>
      <w:r/>
      <w:r>
        <w:rPr>
          <w:b/>
        </w:rPr>
        <w:t>Where it’s shown:</w:t>
      </w:r>
      <w:r>
        <w:t xml:space="preserve"> CMAC’s regional broadcast channels, website and multiple streaming platforms , plus a public screening this fall. </w:t>
      </w:r>
      <w:r/>
    </w:p>
    <w:p>
      <w:pPr>
        <w:pStyle w:val="ListBullet"/>
        <w:spacing w:line="240" w:lineRule="auto"/>
        <w:ind w:left="720"/>
      </w:pPr>
      <w:r/>
      <w:r>
        <w:rPr>
          <w:b/>
        </w:rPr>
        <w:t>How to join:</w:t>
      </w:r>
      <w:r>
        <w:t xml:space="preserve"> Applications open now; deadline Friday, 21 August at 11:59pm, with a virtual Q&amp;A on 11 August.</w:t>
      </w:r>
      <w:r/>
      <w:r/>
    </w:p>
    <w:p>
      <w:pPr>
        <w:pStyle w:val="Heading2"/>
      </w:pPr>
      <w:r>
        <w:t>Why this training feels like a community moment</w:t>
      </w:r>
      <w:r/>
    </w:p>
    <w:p>
      <w:r/>
      <w:r>
        <w:t>CMAC’s Pride Media Lab lands at a time when local storytelling matters more than ever, and you can almost hear the city leaning in. The training promises a tactile learning experience , think the quiet buzz of a location shoot, the satisfying click of an edit , and a chance for participants to turn personal history into public film. For people who’ve felt underrepresented on screen, this is a rare, focused path to making work that’s both personal and broadcast-ready.</w:t>
      </w:r>
      <w:r/>
    </w:p>
    <w:p>
      <w:r/>
      <w:r>
        <w:t>Backstory: CMAC has been building community media access in Fresno for years, offering gear, courses and production support. According to community listings, their space and programmes aim to widen who gets to tell stories. This Pride Media Lab is funded by the city’s LGBTQ+ Services Grant, so it’s also a local-government-backed push to lift queer voices.</w:t>
      </w:r>
      <w:r/>
    </w:p>
    <w:p>
      <w:pPr>
        <w:pStyle w:val="Heading2"/>
      </w:pPr>
      <w:r>
        <w:t>What the course actually teaches , and why it’s useful</w:t>
      </w:r>
      <w:r/>
    </w:p>
    <w:p>
      <w:r/>
      <w:r>
        <w:t>Expect practical, project-based lessons: story planning, camera operation, lighting basics, sound capture and nonlinear editing. The payoff is immediate , you don’t just learn theory, you finish with a finished short documentary and clips you can show future employers or festival programmers. For those nervous about technical lingo, CMAC explicitly requires no prior experience, which makes the lab a low-barrier entry point into media work.</w:t>
      </w:r>
      <w:r/>
    </w:p>
    <w:p>
      <w:r/>
      <w:r>
        <w:t>If you’re choosing whether to apply, think about what you want to leave the course with: a polished piece, new collaborators, and hands-on credits. That trio is more valuable than a single lecture.</w:t>
      </w:r>
      <w:r/>
    </w:p>
    <w:p>
      <w:pPr>
        <w:pStyle w:val="Heading2"/>
      </w:pPr>
      <w:r>
        <w:t>Who should apply and how to prepare</w:t>
      </w:r>
      <w:r/>
    </w:p>
    <w:p>
      <w:r/>
      <w:r>
        <w:t>The lab targets Fresno residents aged 18–30 who identify as LGBTQ+. CMAC emphasises accessibility: you won’t be turned away for a lack of résumé. Still, you’ll stand out by writing a concise application that shows curiosity about storytelling, a project idea or a couple of local leaders you’d be excited to profile. Bring energy, a willingness to collaborate and basic availability for sessions between September and November.</w:t>
      </w:r>
      <w:r/>
    </w:p>
    <w:p>
      <w:r/>
      <w:r>
        <w:t>Practical tip: RSVP to the virtual Q&amp;A on 11 August if you have questions , it’s a smart way to hear directly from Education and Program Coordinator Angelica Hernandez and clarify time commitments.</w:t>
      </w:r>
      <w:r/>
    </w:p>
    <w:p>
      <w:pPr>
        <w:pStyle w:val="Heading2"/>
      </w:pPr>
      <w:r>
        <w:t>Visibility and distribution , your film won’t just sit on a hard drive</w:t>
      </w:r>
      <w:r/>
    </w:p>
    <w:p>
      <w:r/>
      <w:r>
        <w:t>One of the biggest draws here is distribution: CMAC plans to circulate the finished film across its regional channels, streaming platforms and its website, and host a public showcase this fall. That means your work could reach local neighbours and viewers beyond Fresno. For emerging creators, that kind of exposure doubles as portfolio material and community impact.</w:t>
      </w:r>
      <w:r/>
    </w:p>
    <w:p>
      <w:r/>
      <w:r>
        <w:t>Industry context: community media centres increasingly offer distribution pipelines that were once reserved for established outlets, so this lab fits a wider trend of democratising access to audiences.</w:t>
      </w:r>
      <w:r/>
    </w:p>
    <w:p>
      <w:pPr>
        <w:pStyle w:val="Heading2"/>
      </w:pPr>
      <w:r>
        <w:t>What participants get beyond skills</w:t>
      </w:r>
      <w:r/>
    </w:p>
    <w:p>
      <w:r/>
      <w:r>
        <w:t>Besides the $750 stipend and a free one-year membership, new CMAC members gain access to gear and future workshops , a small but meaningful boost if you’re trying to build a practice on a budget. More than that, the cohort model encourages networking and ongoing collaboration; many past community media graduates go on to co-produce work or mentor future classes.</w:t>
      </w:r>
      <w:r/>
    </w:p>
    <w:p>
      <w:r/>
      <w:r>
        <w:t>Looking ahead, expect CMAC to use this lab as a template if it proves successful , more cohorts, perhaps broader age ranges, or specialised tracks could follow.</w:t>
      </w:r>
      <w:r/>
    </w:p>
    <w:p>
      <w:r/>
      <w:r>
        <w:t>It's a small change that can make every local story louder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https://gvwire.com/2026/08/08/cmac-hosts-first-ever-lgbtq-production-training-program/</w:t>
        </w:r>
      </w:hyperlink>
      <w:r>
        <w:t xml:space="preserve"> - Please view link - unable to able to access data</w:t>
      </w:r>
      <w:r/>
    </w:p>
    <w:p>
      <w:pPr>
        <w:pStyle w:val="ListNumber"/>
        <w:spacing w:line="240" w:lineRule="auto"/>
        <w:ind w:left="720"/>
      </w:pPr>
      <w:r/>
      <w:hyperlink r:id="rId10">
        <w:r>
          <w:rPr>
            <w:color w:val="0000EE"/>
            <w:u w:val="single"/>
          </w:rPr>
          <w:t>https://www.downtownfresno.org/go/cmac-community-media-access-collaborative</w:t>
        </w:r>
      </w:hyperlink>
      <w:r>
        <w:t xml:space="preserve"> - The Community Media Access Collaborative (CMAC) is a non-profit organisation based in Fresno, California, dedicated to helping local citizens, schools, non-profits, and public agencies connect with the community through media. CMAC offers a range of production tools and training at low or no cost to community users, including classrooms, meeting rooms, editing suites, a computer lab, TV studio, and podcast studio. They also operate three television channels on Comcast Xfinity and AT&amp;T U-verse, and stream 24/7 on Roku, Apple TV, Amazon Fire TV, and cmac.tv.</w:t>
      </w:r>
      <w:r/>
    </w:p>
    <w:p>
      <w:pPr>
        <w:pStyle w:val="ListNumber"/>
        <w:spacing w:line="240" w:lineRule="auto"/>
        <w:ind w:left="720"/>
      </w:pPr>
      <w:r/>
      <w:hyperlink r:id="rId12">
        <w:r>
          <w:rPr>
            <w:color w:val="0000EE"/>
            <w:u w:val="single"/>
          </w:rPr>
          <w:t>https://www.idealist.org/en/nonprofit/b6de8fbf0bba446b8f74324ed2e5f46b-community-media-access-collaborative-fresno</w:t>
        </w:r>
      </w:hyperlink>
      <w:r>
        <w:t xml:space="preserve"> - Community Media Access Collaborative (CMAC) is a nationally recognised, membership-based, 501(c)(3) non-profit organisation created to help Fresno/Clovis citizens, schools, non-profits, and public agencies better connect with the community through the use of media. CMAC’s mission is to empower voices in the community to promote awareness, understanding, dialogue, and civic engagement by providing media resources, access to training, and broadening media literacy. Their Community Media Center, located in downtown Fresno, offers a full range of production tools and training at low or no cost to community users.</w:t>
      </w:r>
      <w:r/>
    </w:p>
    <w:p>
      <w:pPr>
        <w:pStyle w:val="ListNumber"/>
        <w:spacing w:line="240" w:lineRule="auto"/>
        <w:ind w:left="720"/>
      </w:pPr>
      <w:r/>
      <w:hyperlink r:id="rId11">
        <w:r>
          <w:rPr>
            <w:color w:val="0000EE"/>
            <w:u w:val="single"/>
          </w:rPr>
          <w:t>https://www.mapquest.com/us/california/community-media-access-collaborative-cmac-277172783</w:t>
        </w:r>
      </w:hyperlink>
      <w:r>
        <w:t xml:space="preserve"> - Community Media Access Collaborative (CMAC) is a 501(c)(3) non-profit organisation in Fresno, CA, dedicated to empowering community voices through media literacy, civic engagement, and creative expression. They provide training and resources for individuals at all experience levels, enabling them to produce videos, short films, and television programmes using professional media production facilities and equipment. CMAC also offers a range of membership benefits, including access to workshops and portable production equipment, designed to foster cultural understanding and promote storytelling within the community.</w:t>
      </w:r>
      <w:r/>
    </w:p>
    <w:p>
      <w:pPr>
        <w:pStyle w:val="ListNumber"/>
        <w:spacing w:line="240" w:lineRule="auto"/>
        <w:ind w:left="720"/>
      </w:pPr>
      <w:r/>
      <w:hyperlink r:id="rId15">
        <w:r>
          <w:rPr>
            <w:color w:val="0000EE"/>
            <w:u w:val="single"/>
          </w:rPr>
          <w:t>https://my.neki.io/nonprofit/cmac-25642</w:t>
        </w:r>
      </w:hyperlink>
      <w:r>
        <w:t xml:space="preserve"> - Community Media Access Collaborative (CMAC) is a membership-based 501(c)(3) organisation created to help citizens, schools, public agencies, and other non-profits better connect with the Fresno-Clovis community through the use of media. Their mission is to empower community members to promote awareness, understanding, dialogue, and civic engagement by providing media resources, access to training, and broadening media literacy. CMAC offers a variety of services, including studio space, equipment rental, and production assistance, to support local artists and foster connections through diverse media initiatives.</w:t>
      </w:r>
      <w:r/>
    </w:p>
    <w:p>
      <w:pPr>
        <w:pStyle w:val="ListNumber"/>
        <w:spacing w:line="240" w:lineRule="auto"/>
        <w:ind w:left="720"/>
      </w:pPr>
      <w:r/>
      <w:hyperlink r:id="rId13">
        <w:r>
          <w:rPr>
            <w:color w:val="0000EE"/>
            <w:u w:val="single"/>
          </w:rPr>
          <w:t>https://www.shoots.video/video-production/community-media-access-collaborative/</w:t>
        </w:r>
      </w:hyperlink>
      <w:r>
        <w:t xml:space="preserve"> - Community Media Access Collaborative (CMAC) is a membership-based, 501(c)(3) non-profit organisation created to help citizens, schools, non-profits, public agencies, and others better connect with the Fresno/Clovis community through the use of media. CMAC’s mission is to empower voices in the community to promote awareness, understanding, dialogue, and civic engagement by providing media resources, access to training, and broadening media literacy. They offer a range of services, including studio space, equipment rental, and production assistance, to support local artists and foster connections through diverse media initiatives.</w:t>
      </w:r>
      <w:r/>
    </w:p>
    <w:p>
      <w:pPr>
        <w:pStyle w:val="ListNumber"/>
        <w:spacing w:line="240" w:lineRule="auto"/>
        <w:ind w:left="720"/>
      </w:pPr>
      <w:r/>
      <w:hyperlink r:id="rId14">
        <w:r>
          <w:rPr>
            <w:color w:val="0000EE"/>
            <w:u w:val="single"/>
          </w:rPr>
          <w:t>https://www.causeiq.com/organizations/community-media-access-collaborative%2C320251555/</w:t>
        </w:r>
      </w:hyperlink>
      <w:r>
        <w:t xml:space="preserve"> - Community Media Access Collaborative (CMAC) is a volunteer non-profit organisation dedicated to optimising the potential of public, educational, and government (PEG) channels and programming for the benefit of residents in the Fresno/Clovis community. They support, manage, produce, and distribute non-commercial, community-based media programmes, and operate a Community Media Access centre to educate individuals and organisations in the use of various media tools and techniques. CMAC also provides individuals and organisations with access to various media tools and assistance in their use, promoting programmes and supporting the use of various media as vehicles of artistic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vwire.com/2026/08/08/cmac-hosts-first-ever-lgbtq-production-training-program/" TargetMode="External"/><Relationship Id="rId10" Type="http://schemas.openxmlformats.org/officeDocument/2006/relationships/hyperlink" Target="https://www.downtownfresno.org/go/cmac-community-media-access-collaborative" TargetMode="External"/><Relationship Id="rId11" Type="http://schemas.openxmlformats.org/officeDocument/2006/relationships/hyperlink" Target="https://www.mapquest.com/us/california/community-media-access-collaborative-cmac-277172783" TargetMode="External"/><Relationship Id="rId12" Type="http://schemas.openxmlformats.org/officeDocument/2006/relationships/hyperlink" Target="https://www.idealist.org/en/nonprofit/b6de8fbf0bba446b8f74324ed2e5f46b-community-media-access-collaborative-fresno" TargetMode="External"/><Relationship Id="rId13" Type="http://schemas.openxmlformats.org/officeDocument/2006/relationships/hyperlink" Target="https://www.shoots.video/video-production/community-media-access-collaborative/" TargetMode="External"/><Relationship Id="rId14" Type="http://schemas.openxmlformats.org/officeDocument/2006/relationships/hyperlink" Target="https://www.causeiq.com/organizations/community-media-access-collaborative%2C320251555/" TargetMode="External"/><Relationship Id="rId15" Type="http://schemas.openxmlformats.org/officeDocument/2006/relationships/hyperlink" Target="https://my.neki.io/nonprofit/cmac-256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