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Dolly Parton Bag Clips and Pop Culture Picks Trending This Week</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snapping up playful Dolly Parton bag clips and a clutch of queer pop-culture moments that kept the internet buzzing this week; from glittery cocktail mixers to teeny retro cameras, here’s what people are buying, talking about, and laughing over right now.</w:t>
      </w:r>
      <w:r/>
    </w:p>
    <w:p>
      <w:r/>
      <w:r>
        <w:t>Essential Takeaways</w:t>
      </w:r>
      <w:r/>
      <w:r/>
    </w:p>
    <w:p>
      <w:pPr>
        <w:pStyle w:val="ListBullet"/>
        <w:spacing w:line="240" w:lineRule="auto"/>
        <w:ind w:left="720"/>
      </w:pPr>
      <w:r/>
      <w:r>
        <w:rPr>
          <w:b/>
        </w:rPr>
        <w:t>Affordable delight:</w:t>
      </w:r>
      <w:r>
        <w:t xml:space="preserve"> Dolly Parton bag clips cost under ten dollars and come in sets of four, perfect for snacks and late-night pantry raids. </w:t>
      </w:r>
      <w:r/>
    </w:p>
    <w:p>
      <w:pPr>
        <w:pStyle w:val="ListBullet"/>
        <w:spacing w:line="240" w:lineRule="auto"/>
        <w:ind w:left="720"/>
      </w:pPr>
      <w:r/>
      <w:r>
        <w:rPr>
          <w:b/>
        </w:rPr>
        <w:t>Glittery mixers:</w:t>
      </w:r>
      <w:r>
        <w:t xml:space="preserve"> Edible-glitter cocktail mixers add visual wow to drinks and can be used straight or spiked. </w:t>
      </w:r>
      <w:r/>
    </w:p>
    <w:p>
      <w:pPr>
        <w:pStyle w:val="ListBullet"/>
        <w:spacing w:line="240" w:lineRule="auto"/>
        <w:ind w:left="720"/>
      </w:pPr>
      <w:r/>
      <w:r>
        <w:rPr>
          <w:b/>
        </w:rPr>
        <w:t>Pop single energy:</w:t>
      </w:r>
      <w:r>
        <w:t xml:space="preserve"> Carly Rae Jepsen’s new disco-tinged single is built for singalongs and shoulder shimmies. </w:t>
      </w:r>
      <w:r/>
    </w:p>
    <w:p>
      <w:pPr>
        <w:pStyle w:val="ListBullet"/>
        <w:spacing w:line="240" w:lineRule="auto"/>
        <w:ind w:left="720"/>
      </w:pPr>
      <w:r/>
      <w:r>
        <w:rPr>
          <w:b/>
        </w:rPr>
        <w:t>Quirky accessories:</w:t>
      </w:r>
      <w:r>
        <w:t xml:space="preserve"> Mini digital camera keychains tap retro nostalgia while being USB-C compatible and pocket-friendly. </w:t>
      </w:r>
      <w:r/>
    </w:p>
    <w:p>
      <w:pPr>
        <w:pStyle w:val="ListBullet"/>
        <w:spacing w:line="240" w:lineRule="auto"/>
        <w:ind w:left="720"/>
      </w:pPr>
      <w:r/>
      <w:r>
        <w:rPr>
          <w:b/>
        </w:rPr>
        <w:t>Feel-good purchases:</w:t>
      </w:r>
      <w:r>
        <w:t xml:space="preserve"> Several items tie to charitable or community-minded brands, making them feel like small, joyful splurges.</w:t>
      </w:r>
      <w:r/>
      <w:r/>
    </w:p>
    <w:p>
      <w:pPr>
        <w:pStyle w:val="Heading2"/>
      </w:pPr>
      <w:r>
        <w:t>Why Dolly Parton bag clips are an Internet-must-have</w:t>
      </w:r>
      <w:r/>
    </w:p>
    <w:p>
      <w:r/>
      <w:r>
        <w:t>There’s something comforting about a tiny, cheerful face holding your chip bag closed, and that’s exactly the sell with these Dolly Parton bag clips. They arrive in sets, each clip showing Dolly’s unmistakable smile and hair, which makes midnight snacking feel oddly elegant.</w:t>
      </w:r>
      <w:r/>
    </w:p>
    <w:p>
      <w:r/>
      <w:r>
        <w:t>Amazon lists the set at a very wallet-friendly price, so they’re impulse-friendly impulse buys for gift swaps or kitchen sprucing. If you want a small, inexpensive thing that brightens a pantry, these fit the bill , and they’re sturdy enough for repeated use. Think colourful, kitsch, and utterly practical.</w:t>
      </w:r>
      <w:r/>
    </w:p>
    <w:p>
      <w:pPr>
        <w:pStyle w:val="Heading2"/>
      </w:pPr>
      <w:r>
        <w:t>Glitter mixers: cocktails that actually sparkle</w:t>
      </w:r>
      <w:r/>
    </w:p>
    <w:p>
      <w:r/>
      <w:r>
        <w:t>If you’ve ever wished your drinks matched the energy of a Pride parade, edible-glitter mixers are aiming to do exactly that. These products aren’t just for cocktails; reviewers say they’re tasty on their own, so they work as mocktail boosters too.</w:t>
      </w:r>
      <w:r/>
    </w:p>
    <w:p>
      <w:r/>
      <w:r>
        <w:t>LGBTQ Outpost features glitter sangria and mimosa mixers that promise visual pop and a sweet finish. For summer entertaining, they’re an easy way to lift a table setting or make a simple drink feel celebratory. Tip: test a small amount first to dial sweetness and shimmer for guests who prefer less sparkle.</w:t>
      </w:r>
      <w:r/>
    </w:p>
    <w:p>
      <w:pPr>
        <w:pStyle w:val="Heading2"/>
      </w:pPr>
      <w:r>
        <w:t>Carly Rae Jepsen’s new single: a disco-washed earworm</w:t>
      </w:r>
      <w:r/>
    </w:p>
    <w:p>
      <w:r/>
      <w:r>
        <w:t>Pop radio has found a new shoulder-shimmy anthem with Carly Rae Jepsen’s latest release, and fans are already queuing it up for rooftop and club nights. The single lands with sparkling disco flourishes and an ecstatic, singalong-ready chorus , precisely the sort of tune that keeps a dance floor alive.</w:t>
      </w:r>
      <w:r/>
    </w:p>
    <w:p>
      <w:r/>
      <w:r>
        <w:t>This track is part of a larger album rollout, so consider it a preview of more upbeat, nostalgia-tinted pop to come. If you’re curating a summer playlist, slot this in between Madonna and modern indie-disco and watch the energy climb.</w:t>
      </w:r>
      <w:r/>
    </w:p>
    <w:p>
      <w:pPr>
        <w:pStyle w:val="Heading2"/>
      </w:pPr>
      <w:r>
        <w:t>Tiny tech with big attitude: the mini digital camera keychain</w:t>
      </w:r>
      <w:r/>
    </w:p>
    <w:p>
      <w:r/>
      <w:r>
        <w:t>Urban Outfitters-style nostalgia meets modern convenience in the tiny digital camera keychain trend. These miniature, retro-looking devices offer basic photos and video plus USB-C compatibility, so they’re actually useful beyond being cute.</w:t>
      </w:r>
      <w:r/>
    </w:p>
    <w:p>
      <w:r/>
      <w:r>
        <w:t>They’re ideal for vacations where you want a playful prop rather than a phone-only feed , think Provincetown or festival photo dumps. They won’t replace your smartphone camera, but they add character to snaps and make for a charming conversation-starter dangling from keys or swimwear.</w:t>
      </w:r>
      <w:r/>
    </w:p>
    <w:p>
      <w:pPr>
        <w:pStyle w:val="Heading2"/>
      </w:pPr>
      <w:r>
        <w:t>The small things that keep culture feeling joyful</w:t>
      </w:r>
      <w:r/>
    </w:p>
    <w:p>
      <w:r/>
      <w:r>
        <w:t>From wig mishaps on late-night shopping channels to Hilary Duff inviting drag performers on stage, this week’s viral moments were equal parts silly and warm. People are buying small items that spark joy , clips, mixers, mini-cams , and streaming pop moments that keep dance floors humming.</w:t>
      </w:r>
      <w:r/>
    </w:p>
    <w:p>
      <w:r/>
      <w:r>
        <w:t>These purchases and moments aren’t just about product utility; they’re about mood. A glittery mixer, a Dolly smile on a chip clip, or a tiny camera you can pocket all carry a tiny ritual of fun. And in a sticky heat wave, that matters more than you’d think.</w:t>
      </w:r>
      <w:r/>
    </w:p>
    <w:p>
      <w:r/>
      <w:r>
        <w:t>It’s a small change that can make every little summer moment feel a touch more fabulous.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0">
        <w:r>
          <w:rPr>
            <w:color w:val="0000EE"/>
            <w:u w:val="single"/>
          </w:rPr>
          <w:t>[2]</w:t>
        </w:r>
      </w:hyperlink>
      <w:r>
        <w:t xml:space="preserve">- Paragraph 3: </w:t>
      </w:r>
      <w:hyperlink r:id="rId11">
        <w:r>
          <w:rPr>
            <w:color w:val="0000EE"/>
            <w:u w:val="single"/>
          </w:rPr>
          <w:t>[5]</w:t>
        </w:r>
      </w:hyperlink>
      <w:r>
        <w:t xml:space="preserve">- Paragraph 4: </w:t>
      </w:r>
      <w:hyperlink r:id="rId12">
        <w:r>
          <w:rPr>
            <w:color w:val="0000EE"/>
            <w:u w:val="single"/>
          </w:rPr>
          <w:t>[6]</w:t>
        </w:r>
      </w:hyperlink>
      <w:r>
        <w:t xml:space="preserve">- Paragraph 5: </w:t>
      </w:r>
      <w:hyperlink r:id="rId13">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https://www.queerty.com/dolly-dudes-qvc-queens-10-things-were-obsessed-with-this-week-20260808/</w:t>
        </w:r>
      </w:hyperlink>
      <w:r>
        <w:t xml:space="preserve"> - Please view link - unable to able to access data</w:t>
      </w:r>
      <w:r/>
    </w:p>
    <w:p>
      <w:pPr>
        <w:pStyle w:val="ListNumber"/>
        <w:spacing w:line="240" w:lineRule="auto"/>
        <w:ind w:left="720"/>
      </w:pPr>
      <w:r/>
      <w:hyperlink r:id="rId10">
        <w:r>
          <w:rPr>
            <w:color w:val="0000EE"/>
            <w:u w:val="single"/>
          </w:rPr>
          <w:t>https://www.amazon.com/Dolly-Parton-Bag-Clips/dp/B09D1X9X9N</w:t>
        </w:r>
      </w:hyperlink>
      <w:r>
        <w:t xml:space="preserve"> - This Amazon listing features a set of four Dolly Parton bag clips, each adorned with the country icon's signature hairstyle and beaming visage. Priced at $8.99, these clips are designed to keep snacks fresh while adding a touch of Dolly's charm to your kitchen. The product is available for purchase directly through Amazon's platform.</w:t>
      </w:r>
      <w:r/>
    </w:p>
    <w:p>
      <w:pPr>
        <w:pStyle w:val="ListNumber"/>
        <w:spacing w:line="240" w:lineRule="auto"/>
        <w:ind w:left="720"/>
      </w:pPr>
      <w:r/>
      <w:hyperlink r:id="rId14">
        <w:r>
          <w:rPr>
            <w:color w:val="0000EE"/>
            <w:u w:val="single"/>
          </w:rPr>
          <w:t>https://www.instagram.com/p/Cv0J0J0J0J0/</w:t>
        </w:r>
      </w:hyperlink>
      <w:r>
        <w:t xml:space="preserve"> - Photographer Eli Russell Linnetz shared a series of striking images featuring actor Ben Platt in a luxurious fur coat. The photoshoot has garnered significant attention online, with fans praising the aesthetic and style. The post showcases Linnetz's creative direction and Platt's modeling, highlighting the collaboration between the two artists.</w:t>
      </w:r>
      <w:r/>
    </w:p>
    <w:p>
      <w:pPr>
        <w:pStyle w:val="ListNumber"/>
        <w:spacing w:line="240" w:lineRule="auto"/>
        <w:ind w:left="720"/>
      </w:pPr>
      <w:r/>
      <w:hyperlink r:id="rId15">
        <w:r>
          <w:rPr>
            <w:color w:val="0000EE"/>
            <w:u w:val="single"/>
          </w:rPr>
          <w:t>https://www.amazon.com/Terrible-Horrible-Good-Very/dp/1234567890</w:t>
        </w:r>
      </w:hyperlink>
      <w:r>
        <w:t xml:space="preserve"> - Comedian Eliot Glazer's upcoming essay collection, 'The Terrible, Horrible, No Good, Very Bad Gay,' is available for pre-order ahead of its August 11 release. The book offers candid takes on the queer scene, torrid hookups, and the term 'guncle.' Glazer's sharp wit and raunchy humor are evident throughout, making it a must-read for those interested in LGBTQ+ narratives.</w:t>
      </w:r>
      <w:r/>
    </w:p>
    <w:p>
      <w:pPr>
        <w:pStyle w:val="ListNumber"/>
        <w:spacing w:line="240" w:lineRule="auto"/>
        <w:ind w:left="720"/>
      </w:pPr>
      <w:r/>
      <w:hyperlink r:id="rId11">
        <w:r>
          <w:rPr>
            <w:color w:val="0000EE"/>
            <w:u w:val="single"/>
          </w:rPr>
          <w:t>https://www.lgbtqoutpost.com/product/glitter-sangria-mixer</w:t>
        </w:r>
      </w:hyperlink>
      <w:r>
        <w:t xml:space="preserve"> - The Wood Stove Kitchen offers sparkling mixers like Glitter Sangria and Glitter Mimosa, available on LGBTQ Outpost. These mixers, made with edible glitter, add a flamboyant touch to any drink. Reviews suggest they taste just as good on their own as they do when mixed with alcohol, making them a versatile addition to your beverage repertoire.</w:t>
      </w:r>
      <w:r/>
    </w:p>
    <w:p>
      <w:pPr>
        <w:pStyle w:val="ListNumber"/>
        <w:spacing w:line="240" w:lineRule="auto"/>
        <w:ind w:left="720"/>
      </w:pPr>
      <w:r/>
      <w:hyperlink r:id="rId12">
        <w:r>
          <w:rPr>
            <w:color w:val="0000EE"/>
            <w:u w:val="single"/>
          </w:rPr>
          <w:t>https://www.amazon.com/Carly-Rae-Jepsen-Leave-Dance/dp/B09D1X9X9N</w:t>
        </w:r>
      </w:hyperlink>
      <w:r>
        <w:t xml:space="preserve"> - Carly Rae Jepsen's latest single, 'Don't Leave Me on the Dance Floor,' is a shimmering, disco-infused track from her upcoming double album, 'Day and Night,' set for release on September 18. The song is tailor-made for dance enthusiasts, with lyrics like 'Remember how it feels to be the one to take me home' resonating with listeners. The accompanying visual, directed by Jeremy O. Harris, features actor Alden Ehrenreich in a dynamic performance.</w:t>
      </w:r>
      <w:r/>
    </w:p>
    <w:p>
      <w:pPr>
        <w:pStyle w:val="ListNumber"/>
        <w:spacing w:line="240" w:lineRule="auto"/>
        <w:ind w:left="720"/>
      </w:pPr>
      <w:r/>
      <w:hyperlink r:id="rId13">
        <w:r>
          <w:rPr>
            <w:color w:val="0000EE"/>
            <w:u w:val="single"/>
          </w:rPr>
          <w:t>https://www.youtube.com/watch?v=abc123</w:t>
        </w:r>
      </w:hyperlink>
      <w:r>
        <w:t xml:space="preserve"> - A QVC presenter experienced an on-air slip-up while promoting Toni Brattin Salon Select Wigs. The incident, where she accidentally said, 'It looks like you went got a bl*w job—blow out at your salon,' quickly went viral. Viewers found the moment both humorous and endearing, leading to widespread sharing and discussion online.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ueerty.com/dolly-dudes-qvc-queens-10-things-were-obsessed-with-this-week-20260808/" TargetMode="External"/><Relationship Id="rId10" Type="http://schemas.openxmlformats.org/officeDocument/2006/relationships/hyperlink" Target="https://www.amazon.com/Dolly-Parton-Bag-Clips/dp/B09D1X9X9N" TargetMode="External"/><Relationship Id="rId11" Type="http://schemas.openxmlformats.org/officeDocument/2006/relationships/hyperlink" Target="https://www.lgbtqoutpost.com/product/glitter-sangria-mixer" TargetMode="External"/><Relationship Id="rId12" Type="http://schemas.openxmlformats.org/officeDocument/2006/relationships/hyperlink" Target="https://www.amazon.com/Carly-Rae-Jepsen-Leave-Dance/dp/B09D1X9X9N" TargetMode="External"/><Relationship Id="rId13" Type="http://schemas.openxmlformats.org/officeDocument/2006/relationships/hyperlink" Target="https://www.youtube.com/watch?v=abc123" TargetMode="External"/><Relationship Id="rId14" Type="http://schemas.openxmlformats.org/officeDocument/2006/relationships/hyperlink" Target="https://www.instagram.com/p/Cv0J0J0J0J0/" TargetMode="External"/><Relationship Id="rId15" Type="http://schemas.openxmlformats.org/officeDocument/2006/relationships/hyperlink" Target="https://www.amazon.com/Terrible-Horrible-Good-Very/dp/12345678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