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Darlington Pride Highlights and Where to Join the Weekender Fun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Darlington Pride: crowds filled Market Square for a sunlit day of free music, vibrant performances and an inclusive march , here’s what happened, what’s next this weekend and how to join the town’s Pride weekender events.</w:t>
      </w:r>
      <w:r/>
    </w:p>
    <w:p>
      <w:r/>
      <w:r>
        <w:t>Essential Takeaways</w:t>
      </w:r>
      <w:r/>
      <w:r/>
    </w:p>
    <w:p>
      <w:pPr>
        <w:pStyle w:val="ListBullet"/>
        <w:spacing w:line="240" w:lineRule="auto"/>
        <w:ind w:left="720"/>
      </w:pPr>
      <w:r/>
      <w:r>
        <w:rPr>
          <w:b/>
        </w:rPr>
        <w:t>Huge turnout:</w:t>
      </w:r>
      <w:r>
        <w:t xml:space="preserve"> Market Square was packed with people enjoying live acts and a bustling Pride march, creating a lively, colourful scene.</w:t>
      </w:r>
      <w:r/>
    </w:p>
    <w:p>
      <w:pPr>
        <w:pStyle w:val="ListBullet"/>
        <w:spacing w:line="240" w:lineRule="auto"/>
        <w:ind w:left="720"/>
      </w:pPr>
      <w:r/>
      <w:r>
        <w:rPr>
          <w:b/>
        </w:rPr>
        <w:t>Live performances:</w:t>
      </w:r>
      <w:r>
        <w:t xml:space="preserve"> Main-stage performers included Gina Tonic, Nikki, Anarchy &amp; Scarlett, and Tess Tickle &amp; The Dragettes, greeted by loud applause.</w:t>
      </w:r>
      <w:r/>
    </w:p>
    <w:p>
      <w:pPr>
        <w:pStyle w:val="ListBullet"/>
        <w:spacing w:line="240" w:lineRule="auto"/>
        <w:ind w:left="720"/>
      </w:pPr>
      <w:r/>
      <w:r>
        <w:rPr>
          <w:b/>
        </w:rPr>
        <w:t>Sunshine boost:</w:t>
      </w:r>
      <w:r>
        <w:t xml:space="preserve"> Temperatures in the high twenties helped fuel a festival atmosphere , think glitter, confetti and warm crowds.</w:t>
      </w:r>
      <w:r/>
    </w:p>
    <w:p>
      <w:pPr>
        <w:pStyle w:val="ListBullet"/>
        <w:spacing w:line="240" w:lineRule="auto"/>
        <w:ind w:left="720"/>
      </w:pPr>
      <w:r/>
      <w:r>
        <w:rPr>
          <w:b/>
        </w:rPr>
        <w:t>More to come:</w:t>
      </w:r>
      <w:r>
        <w:t xml:space="preserve"> The celebration continues Sunday at Hopetown with more live sets, then Monday sees pubs hosting themed Pride nights from 6pm.</w:t>
      </w:r>
      <w:r/>
    </w:p>
    <w:p>
      <w:pPr>
        <w:pStyle w:val="ListBullet"/>
        <w:spacing w:line="240" w:lineRule="auto"/>
        <w:ind w:left="720"/>
      </w:pPr>
      <w:r/>
      <w:r>
        <w:rPr>
          <w:b/>
        </w:rPr>
        <w:t>Local support:</w:t>
      </w:r>
      <w:r>
        <w:t xml:space="preserve"> Labour MP Lola McEvoy praised community solidarity after sponsors pulled back, noting unions and town businesses stepped in.</w:t>
      </w:r>
      <w:r/>
      <w:r/>
    </w:p>
    <w:p>
      <w:pPr>
        <w:pStyle w:val="Heading2"/>
      </w:pPr>
      <w:r>
        <w:t>Market Square was packed , and it felt like a party</w:t>
      </w:r>
      <w:r/>
    </w:p>
    <w:p>
      <w:r/>
      <w:r>
        <w:t>Sun, heat and music made Market Square feel like the place to be, with people smiling, dancing and waving flags. Confetti cannons and spontaneous dance routines gave the march a carnival edge, and you could almost taste the excitement in the air. According to local coverage, the square was a proper hub of free entertainment and live music, with families and friends gathered together.</w:t>
      </w:r>
      <w:r/>
    </w:p>
    <w:p>
      <w:r/>
      <w:r>
        <w:t>Behind the scenes, the event keeps growing as a community fixture. Shops and businesses along the route joined in , some had music spilling onto the pavement, others handed out sweets or waved flags. If you want the best view next year, arrive early and stake out a spot near the main stage; it fills fast.</w:t>
      </w:r>
      <w:r/>
    </w:p>
    <w:p>
      <w:pPr>
        <w:pStyle w:val="Heading2"/>
      </w:pPr>
      <w:r>
        <w:t>The line-up delivered feel-good, theatrical fun</w:t>
      </w:r>
      <w:r/>
    </w:p>
    <w:p>
      <w:r/>
      <w:r>
        <w:t>Acts on the main stage ranged from pop to drag theatre, with performers like Gina Tonic and Tess Tickle &amp; The Dragettes drawing the loudest cheers. The variety meant there was something for everyone , cheeky camp numbers alongside singalong pop. For anyone new to Darlington’s Pride, this is now a go-to weekend for quality, accessible performances.</w:t>
      </w:r>
      <w:r/>
    </w:p>
    <w:p>
      <w:r/>
      <w:r>
        <w:t>If you’re planning to catch a specific act, check local event pages for set times; smaller festivals run tight schedules and popular slots get busy. Expect a lively, unapologetic show and bring earplugs if you’re sensitive to loud sound at close quarters.</w:t>
      </w:r>
      <w:r/>
    </w:p>
    <w:p>
      <w:pPr>
        <w:pStyle w:val="Heading2"/>
      </w:pPr>
      <w:r>
        <w:t>The celebration keeps rolling across the weekend</w:t>
      </w:r>
      <w:r/>
    </w:p>
    <w:p>
      <w:r/>
      <w:r>
        <w:t>The party didn’t stop after Saturday. Sunday’s Hopetown line-up includes Honeylight, Josh Atkinson, Jade Mia Broadhead and Stebee, meaning another day of local talent and poppy energy. Then on Monday, pubs and bars lean into Pride spirit after 6pm, with camp karaoke at the Red Lion and themed parties at venues like The Hummingbird.</w:t>
      </w:r>
      <w:r/>
    </w:p>
    <w:p>
      <w:r/>
      <w:r>
        <w:t>These later, pub-based events are great if you prefer smaller crowds or a cosy night out. Pubs often put on tribute acts or themed playlists, so check social feeds of individual venues for exact timings and age policies.</w:t>
      </w:r>
      <w:r/>
    </w:p>
    <w:p>
      <w:pPr>
        <w:pStyle w:val="Heading2"/>
      </w:pPr>
      <w:r>
        <w:t>Community support mattered this year</w:t>
      </w:r>
      <w:r/>
    </w:p>
    <w:p>
      <w:r/>
      <w:r>
        <w:t>Lola McEvoy, the Labour MP for Darlington, spoke about the importance of Pride as a visible sign that the town welcomes everyone, especially those not yet out. Her comments also flagged that community fundraising filled a gap after some sponsors withdrew support, with unions and local businesses stepping up.</w:t>
      </w:r>
      <w:r/>
    </w:p>
    <w:p>
      <w:r/>
      <w:r>
        <w:t>That kind of grassroots rescue has become more visible at events across the UK , organisers increasingly rely on local backing and volunteer power. If you want to help, look for street collections, volunteer rosters or donate to the community groups that keep the weekend running.</w:t>
      </w:r>
      <w:r/>
    </w:p>
    <w:p>
      <w:pPr>
        <w:pStyle w:val="Heading2"/>
      </w:pPr>
      <w:r>
        <w:t>Practical tips if you’re heading to Pride next time</w:t>
      </w:r>
      <w:r/>
    </w:p>
    <w:p>
      <w:r/>
      <w:r>
        <w:t>Plan for sunshine and crowds: bring water, sunscreen and a lightweight bag. Wear comfortable shoes for standing and marching, and pick a meeting spot with phone signal in case groups split up. If you’re camera-shy, carry a small scarf or hat to shield from confetti face-time; if you love photos, come early for the best light.</w:t>
      </w:r>
      <w:r/>
    </w:p>
    <w:p>
      <w:r/>
      <w:r>
        <w:t>Also, check local listings before you go , set times, venue rules and any accessibility arrangements are usually posted on event sites and venue pages. And remember, Pride events are for everyone: come curious, respectful and ready to join in the joy.</w:t>
      </w:r>
      <w:r/>
    </w:p>
    <w:p>
      <w:r/>
      <w:r>
        <w:t>It’s a small change that can make every local celebration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https://www.thenorthernecho.co.uk/news/26447994.89-pictures-darlington-pride-kicks-off-spectacular-style/?ref=rss</w:t>
        </w:r>
      </w:hyperlink>
      <w:r>
        <w:t xml:space="preserve"> - Please view link - unable to able to access data</w:t>
      </w:r>
      <w:r/>
    </w:p>
    <w:p>
      <w:pPr>
        <w:pStyle w:val="ListNumber"/>
        <w:spacing w:line="240" w:lineRule="auto"/>
        <w:ind w:left="720"/>
      </w:pPr>
      <w:r/>
      <w:hyperlink r:id="rId10">
        <w:r>
          <w:rPr>
            <w:color w:val="0000EE"/>
            <w:u w:val="single"/>
          </w:rPr>
          <w:t>https://www.highlifenorth.com/events/darlington-pride-weekender-darlington-market-square</w:t>
        </w:r>
      </w:hyperlink>
      <w:r>
        <w:t xml:space="preserve"> - The Darlington Pride Weekender is an inclusive event celebrating the LGBTQI+ community, featuring live music, speeches, dance performances, children’s activities, street theatre, and more. The Pride March departs from Market Square, proceeding through the town centre in a vibrant procession. The event is scheduled for 12 August 2023, from 12:00 pm to 6:00 pm, at Darlington Market Square. Tickets are available for purchase.</w:t>
      </w:r>
      <w:r/>
    </w:p>
    <w:p>
      <w:pPr>
        <w:pStyle w:val="ListNumber"/>
        <w:spacing w:line="240" w:lineRule="auto"/>
        <w:ind w:left="720"/>
      </w:pPr>
      <w:r/>
      <w:hyperlink r:id="rId15">
        <w:r>
          <w:rPr>
            <w:color w:val="0000EE"/>
            <w:u w:val="single"/>
          </w:rPr>
          <w:t>https://www.pride.com/events/market-days-2023</w:t>
        </w:r>
      </w:hyperlink>
      <w:r>
        <w:t xml:space="preserve"> - Market Days 2023, held in Chicago's Northalsted neighbourhood, is a prominent LGBTQ+ event featuring performances by artists like Betty Who, Crystal Waters, Cupcakke, Kylie Sonique Love, and Shea Coulee. The festival includes over 200 local businesses and national brands, offering a variety of products and services. The event also hosts circuit parties, drag brunches, and beach activities, providing a comprehensive celebration of LGBTQ+ culture and community.</w:t>
      </w:r>
      <w:r/>
    </w:p>
    <w:p>
      <w:pPr>
        <w:pStyle w:val="ListNumber"/>
        <w:spacing w:line="240" w:lineRule="auto"/>
        <w:ind w:left="720"/>
      </w:pPr>
      <w:r/>
      <w:hyperlink r:id="rId11">
        <w:r>
          <w:rPr>
            <w:color w:val="0000EE"/>
            <w:u w:val="single"/>
          </w:rPr>
          <w:t>https://darlington.pl/2023/08/06/darlington-pride-weekend/</w:t>
        </w:r>
      </w:hyperlink>
      <w:r>
        <w:t xml:space="preserve"> - The Darlington Pride Weekend, scheduled for 12 and 13 August 2023, begins with a march followed by a day of live music, numerous stalls from local organisations, street theatre, food, and drinks. The event promises a colourful and vibrant atmosphere, with activities starting at 12:00 pm and concluding at 6:00 pm on both days. The main venue is Darlington Market Square on 12 August and South Park on 13 August.</w:t>
      </w:r>
      <w:r/>
    </w:p>
    <w:p>
      <w:pPr>
        <w:pStyle w:val="ListNumber"/>
        <w:spacing w:line="240" w:lineRule="auto"/>
        <w:ind w:left="720"/>
      </w:pPr>
      <w:r/>
      <w:hyperlink r:id="rId14">
        <w:r>
          <w:rPr>
            <w:color w:val="0000EE"/>
            <w:u w:val="single"/>
          </w:rPr>
          <w:t>https://www.pridefm.net/</w:t>
        </w:r>
      </w:hyperlink>
      <w:r>
        <w:t xml:space="preserve"> - PRIDE FM is a UK-based radio station dedicated to broadcasting LGBTQ+ content across the country. The station provides a platform for music, news, and discussions relevant to the LGBTQ+ community, aiming to foster inclusivity and representation. It also features event listings and information about Pride celebrations happening throughout the UK, serving as a valuable resource for listeners seeking LGBTQ+ programming and community events.</w:t>
      </w:r>
      <w:r/>
    </w:p>
    <w:p>
      <w:pPr>
        <w:pStyle w:val="ListNumber"/>
        <w:spacing w:line="240" w:lineRule="auto"/>
        <w:ind w:left="720"/>
      </w:pPr>
      <w:r/>
      <w:hyperlink r:id="rId13">
        <w:r>
          <w:rPr>
            <w:color w:val="0000EE"/>
            <w:u w:val="single"/>
          </w:rPr>
          <w:t>https://www.enjoydarlington.co.uk/</w:t>
        </w:r>
      </w:hyperlink>
      <w:r>
        <w:t xml:space="preserve"> - Enjoy Darlington is a comprehensive guide to the town, highlighting its rich history, vibrant shopping scene, and diverse entertainment options. The website features information on local events, including the Darlington Pride Festival, and provides details about venues like the Darlington Hippodrome and The Forum. It also offers insights into the town's nightlife, including award-winning cocktail and real ale bars, and provides accommodation options ranging from luxury resorts to cosy bed and breakfasts.</w:t>
      </w:r>
      <w:r/>
    </w:p>
    <w:p>
      <w:pPr>
        <w:pStyle w:val="ListNumber"/>
        <w:spacing w:line="240" w:lineRule="auto"/>
        <w:ind w:left="720"/>
      </w:pPr>
      <w:r/>
      <w:hyperlink r:id="rId12">
        <w:r>
          <w:rPr>
            <w:color w:val="0000EE"/>
            <w:u w:val="single"/>
          </w:rPr>
          <w:t>https://www.highlifenorth.com/events/community-carnival-darlington-market-square</w:t>
        </w:r>
      </w:hyperlink>
      <w:r>
        <w:t xml:space="preserve"> - The Community Carnival in Darlington's Market Square features a parade from the town centre to Stanhope Park, showcasing local groups in full costume, live music, entertainment, and a variety of stalls. Activities include street food vendors and a Carnival Cake Stall, offering a festive atmosphere for attendees. The event is scheduled for 24 June 2023, from 10:00 am to 5:00 pm, providing a day of family-friendly entertainment and community engagement.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northernecho.co.uk/news/26447994.89-pictures-darlington-pride-kicks-off-spectacular-style/?ref=rss" TargetMode="External"/><Relationship Id="rId10" Type="http://schemas.openxmlformats.org/officeDocument/2006/relationships/hyperlink" Target="https://www.highlifenorth.com/events/darlington-pride-weekender-darlington-market-square" TargetMode="External"/><Relationship Id="rId11" Type="http://schemas.openxmlformats.org/officeDocument/2006/relationships/hyperlink" Target="https://darlington.pl/2023/08/06/darlington-pride-weekend/" TargetMode="External"/><Relationship Id="rId12" Type="http://schemas.openxmlformats.org/officeDocument/2006/relationships/hyperlink" Target="https://www.highlifenorth.com/events/community-carnival-darlington-market-square" TargetMode="External"/><Relationship Id="rId13" Type="http://schemas.openxmlformats.org/officeDocument/2006/relationships/hyperlink" Target="https://www.enjoydarlington.co.uk/" TargetMode="External"/><Relationship Id="rId14" Type="http://schemas.openxmlformats.org/officeDocument/2006/relationships/hyperlink" Target="https://www.pridefm.net/" TargetMode="External"/><Relationship Id="rId15" Type="http://schemas.openxmlformats.org/officeDocument/2006/relationships/hyperlink" Target="https://www.pride.com/events/market-days-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