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Amsterdam Pride Moments: Married For A Day Sparks Joy by the Canals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Buzzing with colour and laughter, Amsterdam’s Pride festival drew crowds to a pink church where dozens queued to be “Married For A Day,” a joyful nod to the city’s role in same‑sex union history and a reminder that celebration and activism still walk hand in hand.</w:t>
      </w:r>
      <w:r/>
    </w:p>
    <w:p>
      <w:r/>
      <w:r>
        <w:t>Essential Takeaways</w:t>
      </w:r>
      <w:r/>
      <w:r/>
    </w:p>
    <w:p>
      <w:pPr>
        <w:pStyle w:val="ListBullet"/>
        <w:spacing w:line="240" w:lineRule="auto"/>
        <w:ind w:left="720"/>
      </w:pPr>
      <w:r/>
      <w:r>
        <w:rPr>
          <w:b/>
        </w:rPr>
        <w:t>Historic setting:</w:t>
      </w:r>
      <w:r>
        <w:t xml:space="preserve"> The event took place near the canals where some of the first legal same‑sex unions were registered 25 years ago, giving ceremonies a poignant backdrop.</w:t>
      </w:r>
      <w:r/>
    </w:p>
    <w:p>
      <w:pPr>
        <w:pStyle w:val="ListBullet"/>
        <w:spacing w:line="240" w:lineRule="auto"/>
        <w:ind w:left="720"/>
      </w:pPr>
      <w:r/>
      <w:r>
        <w:rPr>
          <w:b/>
        </w:rPr>
        <w:t>Playful ritual:</w:t>
      </w:r>
      <w:r>
        <w:t xml:space="preserve"> Dozens took part in the Married For A Day experience , brief, symbolic weddings that felt celebratory and theatrical.</w:t>
      </w:r>
      <w:r/>
    </w:p>
    <w:p>
      <w:pPr>
        <w:pStyle w:val="ListBullet"/>
        <w:spacing w:line="240" w:lineRule="auto"/>
        <w:ind w:left="720"/>
      </w:pPr>
      <w:r/>
      <w:r>
        <w:rPr>
          <w:b/>
        </w:rPr>
        <w:t>Festival atmosphere:</w:t>
      </w:r>
      <w:r>
        <w:t xml:space="preserve"> The church and surrounding streets were alive with colour, music, and a festival crowd that felt both intimate and exuberant.</w:t>
      </w:r>
      <w:r/>
    </w:p>
    <w:p>
      <w:pPr>
        <w:pStyle w:val="ListBullet"/>
        <w:spacing w:line="240" w:lineRule="auto"/>
        <w:ind w:left="720"/>
      </w:pPr>
      <w:r/>
      <w:r>
        <w:rPr>
          <w:b/>
        </w:rPr>
        <w:t>Accessible fun:</w:t>
      </w:r>
      <w:r>
        <w:t xml:space="preserve"> The setup encouraged participation from visitors and locals alike, with a light, communal feeling rather than formal legal proceedings.</w:t>
      </w:r>
      <w:r/>
      <w:r/>
    </w:p>
    <w:p>
      <w:pPr>
        <w:pStyle w:val="Heading2"/>
      </w:pPr>
      <w:r>
        <w:t>A pink church, a long queue and a big grin</w:t>
      </w:r>
      <w:r/>
    </w:p>
    <w:p>
      <w:r/>
      <w:r>
        <w:t>There’s something instantly human about a line of people waiting for joy. The Married For A Day installation drew couples and friends into a candy‑coloured space where vows were playful and ceremonial petals fell like confetti. Reporters noted the scene as visually striking and emotionally warm, mixing quiet moments with bursts of laughter.</w:t>
      </w:r>
      <w:r/>
    </w:p>
    <w:p>
      <w:r/>
      <w:r>
        <w:t>The event is deliberately theatrical, part performance and part community ritual. Organisers wanted something accessible and visible , a way for visitors to take part in Pride without the legal paperwork, but with all the ceremony. It’s a clever invitation: you can feel married for an afternoon and leave with a photo, a memory and a story to tell.</w:t>
      </w:r>
      <w:r/>
    </w:p>
    <w:p>
      <w:pPr>
        <w:pStyle w:val="Heading2"/>
      </w:pPr>
      <w:r>
        <w:t>Why the location matters: 25 years of change</w:t>
      </w:r>
      <w:r/>
    </w:p>
    <w:p>
      <w:r/>
      <w:r>
        <w:t>Amsterdam’s Pride sits on top of a deep civic history. The ceremonies were staged not far from where the Netherlands registered some of the world’s earliest legal same‑sex unions. That proximity gives the pop‑up weddings texture , they’re not just a party, they’re a salute to legal and social milestones.</w:t>
      </w:r>
      <w:r/>
    </w:p>
    <w:p>
      <w:r/>
      <w:r>
        <w:t>That historical link makes the playful ceremonies feel like part of a long arc of progress. For many attendees, the day is both celebration and a quiet acknowledgement of those who fought for recognition. It’s a reminder that Pride in Amsterdam mixes carnival with conscience.</w:t>
      </w:r>
      <w:r/>
    </w:p>
    <w:p>
      <w:pPr>
        <w:pStyle w:val="Heading2"/>
      </w:pPr>
      <w:r>
        <w:t>How the festival blends spectacle with accessibility</w:t>
      </w:r>
      <w:r/>
    </w:p>
    <w:p>
      <w:r/>
      <w:r>
        <w:t>Pride in Amsterdam has long been about bringing people together in public space, and this year’s Married For A Day continues that pattern. The event is compact and easy to join: visitors queue, step inside, go through a short ceremonial exchange and step back into the bustle. It’s low‑pressure, photo‑friendly and very social.</w:t>
      </w:r>
      <w:r/>
    </w:p>
    <w:p>
      <w:r/>
      <w:r>
        <w:t>For festivalgoers who don’t want a long commitment but do want to mark the moment, this format works brilliantly. If you’re planning to join next time, bring a friend, wear something colourful and expect to smile , the atmosphere is light but genuinely touching.</w:t>
      </w:r>
      <w:r/>
    </w:p>
    <w:p>
      <w:pPr>
        <w:pStyle w:val="Heading2"/>
      </w:pPr>
      <w:r>
        <w:t>Bigger picture: Pride as tourism, protest and party</w:t>
      </w:r>
      <w:r/>
    </w:p>
    <w:p>
      <w:r/>
      <w:r>
        <w:t>Amsterdam’s Pride operates on several levels: it’s a major draw for visitors, an outlet for LGBTQ+ culture and still a platform for activism. The Married For A Day pop‑up shows how organisers balance those roles, creating moments that are Instagram‑ready without flattening the political roots of Pride.</w:t>
      </w:r>
      <w:r/>
    </w:p>
    <w:p>
      <w:r/>
      <w:r>
        <w:t>City guides and local festival listings point to a packed programme of music, talks and street parties alongside these intimate offerings. That blend keeps Pride fresh: there’s room for loud floats and quiet ceremonies in the same weekend.</w:t>
      </w:r>
      <w:r/>
    </w:p>
    <w:p>
      <w:pPr>
        <w:pStyle w:val="Heading2"/>
      </w:pPr>
      <w:r>
        <w:t>Practical tips if you want to join the fun</w:t>
      </w:r>
      <w:r/>
    </w:p>
    <w:p>
      <w:r/>
      <w:r>
        <w:t>Plan for crowds and colourful chaos. Arrive early to avoid long queues, wear comfortable shoes for canal‑side strolls, and bring a waterproof layer , Dutch weather can surprise you. If you want a keepsake, bring a small camera or ask for a photo; organisers usually accommodate quick snapshots.</w:t>
      </w:r>
      <w:r/>
    </w:p>
    <w:p>
      <w:r/>
      <w:r>
        <w:t>And feel free to lean into the joy. Whether you sign a symbolic certificate or simply clap from the church steps, the point is communal celebration.</w:t>
      </w:r>
      <w:r/>
    </w:p>
    <w:p>
      <w:r/>
      <w:r>
        <w:t>It's a small, bright ritual that reminds you why public celebration still matters.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1">
        <w:r>
          <w:rPr>
            <w:color w:val="0000EE"/>
            <w:u w:val="single"/>
          </w:rPr>
          <w:t>[4]</w:t>
        </w:r>
      </w:hyperlink>
      <w:r>
        <w:t xml:space="preserve">- Paragraph 3: </w:t>
      </w:r>
      <w:hyperlink r:id="rId12">
        <w:r>
          <w:rPr>
            <w:color w:val="0000EE"/>
            <w:u w:val="single"/>
          </w:rPr>
          <w:t>[3]</w:t>
        </w:r>
      </w:hyperlink>
      <w:r>
        <w:t xml:space="preserve">, </w:t>
      </w:r>
      <w:hyperlink r:id="rId13">
        <w:r>
          <w:rPr>
            <w:color w:val="0000EE"/>
            <w:u w:val="single"/>
          </w:rPr>
          <w:t>[7]</w:t>
        </w:r>
      </w:hyperlink>
      <w:r>
        <w:t xml:space="preserve">- Paragraph 4: </w:t>
      </w:r>
      <w:hyperlink r:id="rId14">
        <w:r>
          <w:rPr>
            <w:color w:val="0000EE"/>
            <w:u w:val="single"/>
          </w:rPr>
          <w:t>[6]</w:t>
        </w:r>
      </w:hyperlink>
      <w:r>
        <w:t xml:space="preserve">, </w:t>
      </w:r>
      <w:hyperlink r:id="rId15">
        <w:r>
          <w:rPr>
            <w:color w:val="0000EE"/>
            <w:u w:val="single"/>
          </w:rPr>
          <w:t>[5]</w:t>
        </w:r>
      </w:hyperlink>
      <w:r>
        <w:t xml:space="preserve">- Paragraph 5: </w:t>
      </w:r>
      <w:hyperlink r:id="rId14">
        <w:r>
          <w:rPr>
            <w:color w:val="0000EE"/>
            <w:u w:val="single"/>
          </w:rPr>
          <w:t>[6]</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https://www.darnews.com/world/amsterdams-pride-festivals-mass-wedding-in-photos-1f1d3176</w:t>
        </w:r>
      </w:hyperlink>
      <w:r>
        <w:t xml:space="preserve"> - Please view link - unable to able to access data</w:t>
      </w:r>
      <w:r/>
    </w:p>
    <w:p>
      <w:pPr>
        <w:pStyle w:val="ListNumber"/>
        <w:spacing w:line="240" w:lineRule="auto"/>
        <w:ind w:left="720"/>
      </w:pPr>
      <w:r/>
      <w:hyperlink r:id="rId10">
        <w:r>
          <w:rPr>
            <w:color w:val="0000EE"/>
            <w:u w:val="single"/>
          </w:rPr>
          <w:t>https://apnews.com/article/a37f60c46c36c8c20e72a07fa4087c3b</w:t>
        </w:r>
      </w:hyperlink>
      <w:r>
        <w:t xml:space="preserve"> - On August 6, 2026, Amsterdam's Pride festival featured the 'Married For A Day' event, where numerous participants symbolically tied the knot in a pink church near the site of the world's first legalized same-sex unions 25 years prior. This celebration underscored the enduring significance of marriage equality in the Netherlands, despite a nearly 10% decline in the number of married adults since the legalization of same-sex marriage in 2001. Dutch Prime Minister Rob Jetten, the country's first openly gay leader, highlighted the event's importance amid global challenges to LGBTQ+ rights. (</w:t>
      </w:r>
      <w:hyperlink r:id="rId16">
        <w:r>
          <w:rPr>
            <w:color w:val="0000EE"/>
            <w:u w:val="single"/>
          </w:rPr>
          <w:t>apnews.com</w:t>
        </w:r>
      </w:hyperlink>
      <w:r>
        <w:t>)</w:t>
      </w:r>
      <w:r/>
    </w:p>
    <w:p>
      <w:pPr>
        <w:pStyle w:val="ListNumber"/>
        <w:spacing w:line="240" w:lineRule="auto"/>
        <w:ind w:left="720"/>
      </w:pPr>
      <w:r/>
      <w:hyperlink r:id="rId12">
        <w:r>
          <w:rPr>
            <w:color w:val="0000EE"/>
            <w:u w:val="single"/>
          </w:rPr>
          <w:t>https://apnews.com/article/12f6b16ef9a193ce776eef40387be465</w:t>
        </w:r>
      </w:hyperlink>
      <w:r>
        <w:t xml:space="preserve"> - A photo gallery curated by AP photo editors captures the vibrant moments of Amsterdam's 'Married For A Day' event during the 2026 Pride festival. The gallery showcases couples symbolically tying the knot in a pink church, celebrating love and equality near the historic location of the world's first legalized same-sex marriages 25 years ago. (</w:t>
      </w:r>
      <w:hyperlink r:id="rId17">
        <w:r>
          <w:rPr>
            <w:color w:val="0000EE"/>
            <w:u w:val="single"/>
          </w:rPr>
          <w:t>apnews.com</w:t>
        </w:r>
      </w:hyperlink>
      <w:r>
        <w:t>)</w:t>
      </w:r>
      <w:r/>
    </w:p>
    <w:p>
      <w:pPr>
        <w:pStyle w:val="ListNumber"/>
        <w:spacing w:line="240" w:lineRule="auto"/>
        <w:ind w:left="720"/>
      </w:pPr>
      <w:r/>
      <w:hyperlink r:id="rId11">
        <w:r>
          <w:rPr>
            <w:color w:val="0000EE"/>
            <w:u w:val="single"/>
          </w:rPr>
          <w:t>https://pride.amsterdam/en/event/wedding-party-xxl/</w:t>
        </w:r>
      </w:hyperlink>
      <w:r>
        <w:t xml:space="preserve"> - The Wedding Party XXL, part of Amsterdam's Pride Village during WorldPride 2026, celebrated love in the heart of Amsterdam. Held on August 6, 2026, the event featured performances by artists such as Billy Porter, Bimini, HAAi, KI/KI, and Vengaboys. This celebration marked 25 years of marriage equality in the Netherlands, the first country to legalize same-sex marriage, with the first four couples married in Amsterdam on April 1, 2001. (</w:t>
      </w:r>
      <w:hyperlink r:id="rId18">
        <w:r>
          <w:rPr>
            <w:color w:val="0000EE"/>
            <w:u w:val="single"/>
          </w:rPr>
          <w:t>pride.amsterdam</w:t>
        </w:r>
      </w:hyperlink>
      <w:r>
        <w:t>)</w:t>
      </w:r>
      <w:r/>
    </w:p>
    <w:p>
      <w:pPr>
        <w:pStyle w:val="ListNumber"/>
        <w:spacing w:line="240" w:lineRule="auto"/>
        <w:ind w:left="720"/>
      </w:pPr>
      <w:r/>
      <w:hyperlink r:id="rId15">
        <w:r>
          <w:rPr>
            <w:color w:val="0000EE"/>
            <w:u w:val="single"/>
          </w:rPr>
          <w:t>https://www.crashamsterdam.com/</w:t>
        </w:r>
      </w:hyperlink>
      <w:r>
        <w:t xml:space="preserve"> - CRASH Amsterdam at Beursplein is a prominent open-air fetish celebration during Amsterdam Pride. Scheduled for July 31 and August 1, 2026, this free event features powerful live DJs, driving beats, and spectacular performances, transforming the square into a unique gathering space. It celebrates diversity, freedom, and self-expression in a safe and tolerant atmosphere at the heart of the city. (</w:t>
      </w:r>
      <w:hyperlink r:id="rId19">
        <w:r>
          <w:rPr>
            <w:color w:val="0000EE"/>
            <w:u w:val="single"/>
          </w:rPr>
          <w:t>crashamsterdam.com</w:t>
        </w:r>
      </w:hyperlink>
      <w:r>
        <w:t>)</w:t>
      </w:r>
      <w:r/>
    </w:p>
    <w:p>
      <w:pPr>
        <w:pStyle w:val="ListNumber"/>
        <w:spacing w:line="240" w:lineRule="auto"/>
        <w:ind w:left="720"/>
      </w:pPr>
      <w:r/>
      <w:hyperlink r:id="rId14">
        <w:r>
          <w:rPr>
            <w:color w:val="0000EE"/>
            <w:u w:val="single"/>
          </w:rPr>
          <w:t>https://www.iamsterdam.com/uit/festival-en-events/lhbtiq-muziekfestivals-en-straatfeestjes</w:t>
        </w:r>
      </w:hyperlink>
      <w:r>
        <w:t xml:space="preserve"> - Amsterdam hosts a variety of LGBTQ+ music festivals and street parties, including the historic Hartjesdagen and modern festivals like Milkshake Festival, Valtifest, and Pride Amsterdam. These events offer a perfect setting to celebrate love and diversity, with Tropikali Festival at NDSM-Werf being a notable example. Tropikali is a two-day festival featuring three different stages and focuses on music from around the world, welcoming all open-minded individuals. (</w:t>
      </w:r>
      <w:hyperlink r:id="rId20">
        <w:r>
          <w:rPr>
            <w:color w:val="0000EE"/>
            <w:u w:val="single"/>
          </w:rPr>
          <w:t>iamsterdam.com</w:t>
        </w:r>
      </w:hyperlink>
      <w:r>
        <w:t>)</w:t>
      </w:r>
      <w:r/>
    </w:p>
    <w:p>
      <w:pPr>
        <w:pStyle w:val="ListNumber"/>
        <w:spacing w:line="240" w:lineRule="auto"/>
        <w:ind w:left="720"/>
      </w:pPr>
      <w:r/>
      <w:hyperlink r:id="rId13">
        <w:r>
          <w:rPr>
            <w:color w:val="0000EE"/>
            <w:u w:val="single"/>
          </w:rPr>
          <w:t>https://pride.amsterdam/en/van-jaar-tot-jaar/</w:t>
        </w:r>
      </w:hyperlink>
      <w:r>
        <w:t xml:space="preserve"> - Pride Amsterdam 2024 focused on the theme 'TOGETHER,' emphasizing connection in a polarizing society. The event aimed to unite the LGBTQIA+ community and allies, especially during times when rainbow identities are under pressure internationally. The festivities included the Pride March, organized by the Pride Amsterdam foundation, starting at Amstelveld, a historically significant location where the first Dutch Pride March was held in 1977. (</w:t>
      </w:r>
      <w:hyperlink r:id="rId21">
        <w:r>
          <w:rPr>
            <w:color w:val="0000EE"/>
            <w:u w:val="single"/>
          </w:rPr>
          <w:t>pride.amsterdam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arnews.com/world/amsterdams-pride-festivals-mass-wedding-in-photos-1f1d3176" TargetMode="External"/><Relationship Id="rId10" Type="http://schemas.openxmlformats.org/officeDocument/2006/relationships/hyperlink" Target="https://apnews.com/article/a37f60c46c36c8c20e72a07fa4087c3b" TargetMode="External"/><Relationship Id="rId11" Type="http://schemas.openxmlformats.org/officeDocument/2006/relationships/hyperlink" Target="https://pride.amsterdam/en/event/wedding-party-xxl/" TargetMode="External"/><Relationship Id="rId12" Type="http://schemas.openxmlformats.org/officeDocument/2006/relationships/hyperlink" Target="https://apnews.com/article/12f6b16ef9a193ce776eef40387be465" TargetMode="External"/><Relationship Id="rId13" Type="http://schemas.openxmlformats.org/officeDocument/2006/relationships/hyperlink" Target="https://pride.amsterdam/en/van-jaar-tot-jaar/" TargetMode="External"/><Relationship Id="rId14" Type="http://schemas.openxmlformats.org/officeDocument/2006/relationships/hyperlink" Target="https://www.iamsterdam.com/uit/festival-en-events/lhbtiq-muziekfestivals-en-straatfeestjes" TargetMode="External"/><Relationship Id="rId15" Type="http://schemas.openxmlformats.org/officeDocument/2006/relationships/hyperlink" Target="https://www.crashamsterdam.com/" TargetMode="External"/><Relationship Id="rId16" Type="http://schemas.openxmlformats.org/officeDocument/2006/relationships/hyperlink" Target="https://apnews.com/article/a37f60c46c36c8c20e72a07fa4087c3b?utm_source=openai" TargetMode="External"/><Relationship Id="rId17" Type="http://schemas.openxmlformats.org/officeDocument/2006/relationships/hyperlink" Target="https://apnews.com/article/12f6b16ef9a193ce776eef40387be465?utm_source=openai" TargetMode="External"/><Relationship Id="rId18" Type="http://schemas.openxmlformats.org/officeDocument/2006/relationships/hyperlink" Target="https://pride.amsterdam/en/event/wedding-party-xxl/?utm_source=openai" TargetMode="External"/><Relationship Id="rId19" Type="http://schemas.openxmlformats.org/officeDocument/2006/relationships/hyperlink" Target="https://www.crashamsterdam.com/?utm_source=openai" TargetMode="External"/><Relationship Id="rId20" Type="http://schemas.openxmlformats.org/officeDocument/2006/relationships/hyperlink" Target="https://www.iamsterdam.com/uit/festival-en-events/lhbtiq-muziekfestivals-en-straatfeestjes?utm_source=openai" TargetMode="External"/><Relationship Id="rId21" Type="http://schemas.openxmlformats.org/officeDocument/2006/relationships/hyperlink" Target="https://pride.amsterdam/en/van-jaar-tot-jaar/?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