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2026 Closing Weekend Guide for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final pulse of WorldPride in Amsterdam this weekend , from the busy, colourful Pride Village on Museumplein to the moving Pride March and a late-night lineup of queer parties and cultural events that make the festival feel equal parts jubilant and meaningful. Here’s what to see, where to go, and how to make the most of the last days.</w:t>
      </w:r>
      <w:r/>
    </w:p>
    <w:p>
      <w:r/>
      <w:r>
        <w:t>Essential Takeaways</w:t>
      </w:r>
      <w:r/>
      <w:r/>
    </w:p>
    <w:p>
      <w:pPr>
        <w:pStyle w:val="ListBullet"/>
        <w:spacing w:line="240" w:lineRule="auto"/>
        <w:ind w:left="720"/>
      </w:pPr>
      <w:r/>
      <w:r>
        <w:rPr>
          <w:b/>
        </w:rPr>
        <w:t>Pride Village hub:</w:t>
      </w:r>
      <w:r>
        <w:t xml:space="preserve"> Museumplein hosts food trucks, bars, a colourful market, live music and family-friendly programming from midday until midnight.</w:t>
      </w:r>
      <w:r/>
    </w:p>
    <w:p>
      <w:pPr>
        <w:pStyle w:val="ListBullet"/>
        <w:spacing w:line="240" w:lineRule="auto"/>
        <w:ind w:left="720"/>
      </w:pPr>
      <w:r/>
      <w:r>
        <w:rPr>
          <w:b/>
        </w:rPr>
        <w:t>Pride March focus:</w:t>
      </w:r>
      <w:r>
        <w:t xml:space="preserve"> The closing march highlights countries where homosexuality remains criminalised, assembling near President Kennedylaan and walking to Museumplein.</w:t>
      </w:r>
      <w:r/>
    </w:p>
    <w:p>
      <w:pPr>
        <w:pStyle w:val="ListBullet"/>
        <w:spacing w:line="240" w:lineRule="auto"/>
        <w:ind w:left="720"/>
      </w:pPr>
      <w:r/>
      <w:r>
        <w:rPr>
          <w:b/>
        </w:rPr>
        <w:t>Closing Concert headline:</w:t>
      </w:r>
      <w:r>
        <w:t xml:space="preserve"> The WorldPride finale on Museumplein requires a ticket and features major pop acts and a celebratory programme.</w:t>
      </w:r>
      <w:r/>
    </w:p>
    <w:p>
      <w:pPr>
        <w:pStyle w:val="ListBullet"/>
        <w:spacing w:line="240" w:lineRule="auto"/>
        <w:ind w:left="720"/>
      </w:pPr>
      <w:r/>
      <w:r>
        <w:rPr>
          <w:b/>
        </w:rPr>
        <w:t>Nightlife options:</w:t>
      </w:r>
      <w:r>
        <w:t xml:space="preserve"> Clubs across the city , Paradiso, Club Raum, NYX and others , stage WorldPride parties for different vibes, from disco to queer underground.</w:t>
      </w:r>
      <w:r/>
    </w:p>
    <w:p>
      <w:pPr>
        <w:pStyle w:val="ListBullet"/>
        <w:spacing w:line="240" w:lineRule="auto"/>
        <w:ind w:left="720"/>
      </w:pPr>
      <w:r/>
      <w:r>
        <w:rPr>
          <w:b/>
        </w:rPr>
        <w:t>Culture on offer:</w:t>
      </w:r>
      <w:r>
        <w:t xml:space="preserve"> Talks, film screenings and free exhibitions are still running, including youth theatre and a free photo show at INK Hotel.</w:t>
      </w:r>
      <w:r/>
      <w:r/>
    </w:p>
    <w:p>
      <w:pPr>
        <w:pStyle w:val="Heading2"/>
      </w:pPr>
      <w:r>
        <w:t>Pride Village: the colourful heart of the weekend</w:t>
      </w:r>
      <w:r/>
    </w:p>
    <w:p>
      <w:r/>
      <w:r>
        <w:t>Museumplein is doing what it does best , bustling, loud and a little bit glittery. The Pride Village there is open across the weekend and feels like a festival within the festival, full of food stalls, bars and market stalls where you can pick up everything from rainbow merch to local artisan treats. The atmosphere is welcoming and sensory: there’s music drifting across the square, the smell of street food and plenty of seating for people-watching.</w:t>
      </w:r>
      <w:r/>
    </w:p>
    <w:p>
      <w:r/>
      <w:r>
        <w:t>The village is practical as well as festive. It runs from midday to midnight, so you can pop in for lunch, catch afternoon panels and stay for an early-evening set. If you’re bringing kids, there are family-friendly activities during the day; if you want quieter time, aim for late afternoon when the daytime rush eases a little.</w:t>
      </w:r>
      <w:r/>
    </w:p>
    <w:p>
      <w:pPr>
        <w:pStyle w:val="Heading2"/>
      </w:pPr>
      <w:r>
        <w:t>Pride March: a parade with purpose</w:t>
      </w:r>
      <w:r/>
    </w:p>
    <w:p>
      <w:r/>
      <w:r>
        <w:t>The closing Pride March is more than a party parade; it’s a political statement. Participants will carry flags representing countries where homosexuality is still criminalised, and the route links President Kennedylaan near Martin Luther Kingpark through Amsterdam-Zuid to Museumplein. Expect a moving mix of protest, pride and solidarity , it’s loud, emotional and visually powerful.</w:t>
      </w:r>
      <w:r/>
    </w:p>
    <w:p>
      <w:r/>
      <w:r>
        <w:t>If you want to join, gather at the stated meeting point early to find space and follow marshals for a safe route. If you prefer to watch, find a spot along the route in Amsterdam-Zuid for a clear view, or head straight to Museumplein to arrive in time for the post-march crowd and the closing concert.</w:t>
      </w:r>
      <w:r/>
    </w:p>
    <w:p>
      <w:pPr>
        <w:pStyle w:val="Heading2"/>
      </w:pPr>
      <w:r>
        <w:t>Closing Concert and big-name performances</w:t>
      </w:r>
      <w:r/>
    </w:p>
    <w:p>
      <w:r/>
      <w:r>
        <w:t>WorldPride’s official close on Museumplein culminates in a ticketed concert featuring international pop names and headliners. This is where the weekend shifts from grassroots activism to stadium-sized celebration, and tickets are required for entry , so don’t leave buying until the last minute if you want a guaranteed spot.</w:t>
      </w:r>
      <w:r/>
    </w:p>
    <w:p>
      <w:r/>
      <w:r>
        <w:t>The vibe is celebratory and cathartic; think loud singalongs, bright staging and a crowd that’s here to dance and reflect. If you’re after the full experience, pair your concert ticket with earlier Pride Village activities so you get the best of both the cultural and musical sides of WorldPride.</w:t>
      </w:r>
      <w:r/>
    </w:p>
    <w:p>
      <w:pPr>
        <w:pStyle w:val="Heading2"/>
      </w:pPr>
      <w:r>
        <w:t>Nightlife: where to dance until dawn</w:t>
      </w:r>
      <w:r/>
    </w:p>
    <w:p>
      <w:r/>
      <w:r>
        <w:t>When the main stages close, Amsterdam’s clubs pick up the beat. Paradiso hosts Tropikali By Night for a tropical, dance-heavy set, while Club Raum and other venues like NYX and Akhnaton keep late-night queer parties going. In Amsterdam-Noord, Slayground brings international drag acts and a younger energy , expect glam, lip-syncs and high camp.</w:t>
      </w:r>
      <w:r/>
    </w:p>
    <w:p>
      <w:r/>
      <w:r>
        <w:t>Choose your club by vibe: Paradiso for big-room tropics, NYX for Reguliersdwarsstraat energy, Slayground for drag-focused sets and intimate houses for underground queer nights. Plan transport ahead , late trams and ferries can be busy , and keep friends in the loop if you split up.</w:t>
      </w:r>
      <w:r/>
    </w:p>
    <w:p>
      <w:pPr>
        <w:pStyle w:val="Heading2"/>
      </w:pPr>
      <w:r>
        <w:t>Culture and quieter corners: talks, films and exhibitions</w:t>
      </w:r>
      <w:r/>
    </w:p>
    <w:p>
      <w:r/>
      <w:r>
        <w:t>Alongside parades and parties there’s a thoughtful arts programme. You can catch author talks , including a conversation about queer life and resilience , film screenings in churches and theatres, and the free photo exhibition Same Love Same Rights at INK Hotel. There’s also youth-focused theatre, such as a musical about two male penguins parenting a chick, which is charming and accessible for families.</w:t>
      </w:r>
      <w:r/>
    </w:p>
    <w:p>
      <w:r/>
      <w:r>
        <w:t>These events add depth to the weekend: they’re where history, personal story and activism meet creative practice. If you want to understand the broader context of WorldPride, slot a film or a panel into your schedule , it’ll give the weekend a fuller, quieter emotional beat.</w:t>
      </w:r>
      <w:r/>
    </w:p>
    <w:p>
      <w:r/>
      <w:r>
        <w:t>It's a small change that can make every visit more meaningful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https://www.parool.nl/worldpride-amsterdam-2026/live-pride-2026-laatste-dagen-van-worldpride-aangebroken-dit-is-er-nog-te-doen-in-amsterdam~bc05efe8/</w:t>
        </w:r>
      </w:hyperlink>
      <w:r>
        <w:t xml:space="preserve"> - Please view link - unable to able to access data</w:t>
      </w:r>
      <w:r/>
    </w:p>
    <w:p>
      <w:pPr>
        <w:pStyle w:val="ListNumber"/>
        <w:spacing w:line="240" w:lineRule="auto"/>
        <w:ind w:left="720"/>
      </w:pPr>
      <w:r/>
      <w:hyperlink r:id="rId10">
        <w:r>
          <w:rPr>
            <w:color w:val="0000EE"/>
            <w:u w:val="single"/>
          </w:rPr>
          <w:t>https://pride.amsterdam/en/event/tropikali-by-night-worldpride/</w:t>
        </w:r>
      </w:hyperlink>
      <w:r>
        <w:t xml:space="preserve"> - Tropikali by Night is a special event during WorldPride Amsterdam 2026, taking place on 8 August 2026 at Paradiso Amsterdam. The event features two distinct music experiences: Rosario in the main hall, offering Latin-spiced house and electronic sounds, and Kalinichta in the basement, presenting Balkan and SWANA pop mixed with Arabic electronic music. The lineup includes artists such as S-Candalo (THC &amp; DHC), Doppelgang, Protopapa, Ashtattz, and Absoluut. The event aims to close WorldPride with a vibrant celebration of diverse musical genres.</w:t>
      </w:r>
      <w:r/>
    </w:p>
    <w:p>
      <w:pPr>
        <w:pStyle w:val="ListNumber"/>
        <w:spacing w:line="240" w:lineRule="auto"/>
        <w:ind w:left="720"/>
      </w:pPr>
      <w:r/>
      <w:hyperlink r:id="rId12">
        <w:r>
          <w:rPr>
            <w:color w:val="0000EE"/>
            <w:u w:val="single"/>
          </w:rPr>
          <w:t>https://pride.amsterdam/en/worldpride/</w:t>
        </w:r>
      </w:hyperlink>
      <w:r>
        <w:t xml:space="preserve"> - WorldPride Amsterdam 2026 is scheduled from 25 July to 8 August 2026. The event celebrates 25 years of marriage equality in the Netherlands and aims to promote unity, tolerance, and love. The theme of the event is 'Unity,' symbolising the fight against intolerance. The visual identity features a kaleidoscope pattern representing the coming together of various cultures, including Dutch, Caribbean, Indonesian, Moroccan, and Turkish influences. The event includes multiple anniversaries, such as 10 years of the Pride Business Club and 30 years of Pride Amsterdam.</w:t>
      </w:r>
      <w:r/>
    </w:p>
    <w:p>
      <w:pPr>
        <w:pStyle w:val="ListNumber"/>
        <w:spacing w:line="240" w:lineRule="auto"/>
        <w:ind w:left="720"/>
      </w:pPr>
      <w:r/>
      <w:hyperlink r:id="rId14">
        <w:r>
          <w:rPr>
            <w:color w:val="0000EE"/>
            <w:u w:val="single"/>
          </w:rPr>
          <w:t>https://worldpride.amsterdam/</w:t>
        </w:r>
      </w:hyperlink>
      <w:r>
        <w:t xml:space="preserve"> - Amsterdam will host WorldPride 2026, celebrating 25 years of marriage equality. Known for its diversity, with 180 nationalities, Amsterdam is a city of tolerance and creativity. The event aims to promote unity and inclusivity, with the theme 'Unity' symbolising the fight against intolerance. The visual identity features a kaleidoscope pattern representing the coming together of various cultures, including Dutch, Caribbean, Indonesian, Moroccan, and Turkish influences. The event includes multiple anniversaries, such as 10 years of the Pride Business Club and 30 years of Pride Amsterdam.</w:t>
      </w:r>
      <w:r/>
    </w:p>
    <w:p>
      <w:pPr>
        <w:pStyle w:val="ListNumber"/>
        <w:spacing w:line="240" w:lineRule="auto"/>
        <w:ind w:left="720"/>
      </w:pPr>
      <w:r/>
      <w:hyperlink r:id="rId13">
        <w:r>
          <w:rPr>
            <w:color w:val="0000EE"/>
            <w:u w:val="single"/>
          </w:rPr>
          <w:t>https://elpais.com/cultura/2026-08-02/madonna-actua-con-kylie-minogue-en-el-world-pride-de-amsterdam.html</w:t>
        </w:r>
      </w:hyperlink>
      <w:r>
        <w:t xml:space="preserve"> - Madonna participated in the World Pride 2026 celebrations in Amsterdam, performing alongside Australian singer Kylie Minogue at the AFAS Live venue. The duo performed songs from Madonna's latest album, 'Confessions on a Dancefloor II,' including classics like 'Sorry' and 'Hung Up,' in a 30-minute set. At 67, Madonna reaffirmed her historic connection and commitment to the LGBTQ+ community. The event had strict security measures due to a recent attack in Berlin. The World Pride event, which began on 25 July and concluded on 8 August, featured a canal parade with 80 boats, including one with Prime Minister Rob Jetten.</w:t>
      </w:r>
      <w:r/>
    </w:p>
    <w:p>
      <w:pPr>
        <w:pStyle w:val="ListNumber"/>
        <w:spacing w:line="240" w:lineRule="auto"/>
        <w:ind w:left="720"/>
      </w:pPr>
      <w:r/>
      <w:hyperlink r:id="rId11">
        <w:r>
          <w:rPr>
            <w:color w:val="0000EE"/>
            <w:u w:val="single"/>
          </w:rPr>
          <w:t>https://elpais.com/elviajero/2026-07-17/guia-para-sobrevivir-al-world-pride-de-amsterdam-desfile-de-barcos-macrofiestas-e-historia-queer.html</w:t>
        </w:r>
      </w:hyperlink>
      <w:r>
        <w:t xml:space="preserve"> - The guide to surviving World Pride Amsterdam 2026 explores the vibrant LGBTQ+ celebration taking place from 25 July to 8 August. Amsterdam, a pioneer in legalising same-sex marriage in 2001, is hosting this international event with expectations of up to three million attendees. Highlights include the inaugural walk in Vondelpark, the canal boat parade on 1 August, the UNITY concert on 4 August, and human rights talks at Beurs van Berlage. The festivities conclude with a parade on 8 August. The article also presents iconic queer local venues, from historic bars like Spijkerbar to inclusive spaces like Prik, and affordable alternatives like the Bunk Amsterdam hotel, located in a former church.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live-pride-2026-laatste-dagen-van-worldpride-aangebroken-dit-is-er-nog-te-doen-in-amsterdam~bc05efe8/" TargetMode="External"/><Relationship Id="rId10" Type="http://schemas.openxmlformats.org/officeDocument/2006/relationships/hyperlink" Target="https://pride.amsterdam/en/event/tropikali-by-night-worldpride/" TargetMode="External"/><Relationship Id="rId11" Type="http://schemas.openxmlformats.org/officeDocument/2006/relationships/hyperlink" Target="https://elpais.com/elviajero/2026-07-17/guia-para-sobrevivir-al-world-pride-de-amsterdam-desfile-de-barcos-macrofiestas-e-historia-queer.html" TargetMode="External"/><Relationship Id="rId12" Type="http://schemas.openxmlformats.org/officeDocument/2006/relationships/hyperlink" Target="https://pride.amsterdam/en/worldpride/" TargetMode="External"/><Relationship Id="rId13" Type="http://schemas.openxmlformats.org/officeDocument/2006/relationships/hyperlink" Target="https://elpais.com/cultura/2026-08-02/madonna-actua-con-kylie-minogue-en-el-world-pride-de-amsterdam.html" TargetMode="External"/><Relationship Id="rId14" Type="http://schemas.openxmlformats.org/officeDocument/2006/relationships/hyperlink" Target="https://worldpride.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