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Viral Moments from Lollapalooza: How a Last‑Minute Lesbian Mud Wrestling Match Stole the Show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Spontaneously staged and wildly joyful, a last‑minute lesbian mud wrestling event at Lollapalooza became the feel‑good viral moment festivalgoers needed , a cheeky, messy reminder that queer joy is resistance, and sometimes the best scenes are the ones you don’t plan.</w:t>
      </w:r>
      <w:r/>
    </w:p>
    <w:p>
      <w:r/>
      <w:r>
        <w:t>Essential Takeaways</w:t>
      </w:r>
      <w:r/>
      <w:r/>
    </w:p>
    <w:p>
      <w:pPr>
        <w:pStyle w:val="ListBullet"/>
        <w:spacing w:line="240" w:lineRule="auto"/>
        <w:ind w:left="720"/>
      </w:pPr>
      <w:r/>
      <w:r>
        <w:rPr>
          <w:b/>
        </w:rPr>
        <w:t>Impromptu energy:</w:t>
      </w:r>
      <w:r>
        <w:t xml:space="preserve"> The event was organised on the day via social media and drew a crowd almost instantly, going from few to hundreds in minutes. </w:t>
      </w:r>
      <w:r/>
    </w:p>
    <w:p>
      <w:pPr>
        <w:pStyle w:val="ListBullet"/>
        <w:spacing w:line="240" w:lineRule="auto"/>
        <w:ind w:left="720"/>
      </w:pPr>
      <w:r/>
      <w:r>
        <w:rPr>
          <w:b/>
        </w:rPr>
        <w:t>Low‑stakes, high‑fun:</w:t>
      </w:r>
      <w:r>
        <w:t xml:space="preserve"> Two volunteers kicked things off with an inclusive, playful atmosphere , mud, cheering and a few kisses. </w:t>
      </w:r>
      <w:r/>
    </w:p>
    <w:p>
      <w:pPr>
        <w:pStyle w:val="ListBullet"/>
        <w:spacing w:line="240" w:lineRule="auto"/>
        <w:ind w:left="720"/>
      </w:pPr>
      <w:r/>
      <w:r>
        <w:rPr>
          <w:b/>
        </w:rPr>
        <w:t>Welcomed by many:</w:t>
      </w:r>
      <w:r>
        <w:t xml:space="preserve"> Videos of the match trended with largely positive reactions for creating space for queer play. </w:t>
      </w:r>
      <w:r/>
    </w:p>
    <w:p>
      <w:pPr>
        <w:pStyle w:val="ListBullet"/>
        <w:spacing w:line="240" w:lineRule="auto"/>
        <w:ind w:left="720"/>
      </w:pPr>
      <w:r/>
      <w:r>
        <w:rPr>
          <w:b/>
        </w:rPr>
        <w:t>Cultural note:</w:t>
      </w:r>
      <w:r>
        <w:t xml:space="preserve"> Organisers framed the stunt as a counterpoint to heavy political headlines affecting LGBTQ+ people, emphasising joy. </w:t>
      </w:r>
      <w:r/>
      <w:r/>
    </w:p>
    <w:p>
      <w:pPr>
        <w:pStyle w:val="Heading2"/>
      </w:pPr>
      <w:r>
        <w:t>A tiny idea, a huge crowd , how it blew up</w:t>
      </w:r>
      <w:r/>
    </w:p>
    <w:p>
      <w:r/>
      <w:r>
        <w:t>Festival spontaneity is its own currency, and this moment bought a lot. An LGBTQ+ community builder posted a casual invite the morning she arrived, expecting maybe a handful of pals. Instead, within minutes the spot was ringed with people, the air smelled of summer rain and festival dust, and voices were already chanting. According to coverage, it felt like the crowd multiplied in seconds, which is exactly the kind of viral alchemy that turns a small stunt into a defining festival memory. For anyone planning pop‑ups at events, it’s proof that simple, visible invites can create instant gatherings.</w:t>
      </w:r>
      <w:r/>
    </w:p>
    <w:p>
      <w:pPr>
        <w:pStyle w:val="Heading2"/>
      </w:pPr>
      <w:r>
        <w:t>Why people loved it , the joy factor</w:t>
      </w:r>
      <w:r/>
    </w:p>
    <w:p>
      <w:r/>
      <w:r>
        <w:t>This wasn’t about spectacle alone; it was about mood. Participants and spectators turned the mud match into an exuberant, affirming moment , cheering, laughing, and at times kissing between rounds. Viewers online applauded the organiser for giving queer people a moment to exhale in public and have harmless fun. In a season where a lot of queer news focuses on rights and threats, this felt like a deliberate, joyful exhale. It’s a reminder that cultural resistance often includes play, not just policy.</w:t>
      </w:r>
      <w:r/>
    </w:p>
    <w:p>
      <w:pPr>
        <w:pStyle w:val="Heading2"/>
      </w:pPr>
      <w:r>
        <w:t>Safety, consent and crowd dynamics , what to watch for</w:t>
      </w:r>
      <w:r/>
    </w:p>
    <w:p>
      <w:r/>
      <w:r>
        <w:t>Pop‑up moments can be magical, but they also throw up practical questions: crowd control, participant consent and the involvement of festival staff. This match attracted attention from Lollapalooza personnel early on, which likely helped keep things safe. If you’re thinking of staging spontaneous activities at a large event, clear consent from volunteers, a visible organiser, and quick notice to staff or security make a big difference. It keeps the tone light without risking someone’s wellbeing.</w:t>
      </w:r>
      <w:r/>
    </w:p>
    <w:p>
      <w:pPr>
        <w:pStyle w:val="Heading2"/>
      </w:pPr>
      <w:r>
        <w:t>Festivals as a stage for community rituals</w:t>
      </w:r>
      <w:r/>
    </w:p>
    <w:p>
      <w:r/>
      <w:r>
        <w:t>Lollapalooza’s sprawling schedule and livestream offerings make it a place where planned artists share space with improvised human theatre. Big festivals have always incubated micro‑moments , from flash‑mob dances to pop‑up drag shows , and the mud match slots neatly into that tradition. These ephemeral rituals become part of festival lore precisely because they’re unscripted, messy and human. They also show how attendees repurpose public space to create scenes that matter to them.</w:t>
      </w:r>
      <w:r/>
    </w:p>
    <w:p>
      <w:pPr>
        <w:pStyle w:val="Heading2"/>
      </w:pPr>
      <w:r>
        <w:t>What this means going forward</w:t>
      </w:r>
      <w:r/>
    </w:p>
    <w:p>
      <w:r/>
      <w:r>
        <w:t>Expect more of this. When people see joyful, participatory moments go viral, organisers and attendees replicate the formula: low cost, high visibility and emotionally resonant. For queer communities, that’s a useful tool , not a replacement for activism, but a parallel channel for visibility and morale. If you’re at a festival and want to join in respectfully, ask first, bring water and towels, and remember it’s about shared fun, not performance.</w:t>
      </w:r>
      <w:r/>
    </w:p>
    <w:p>
      <w:r/>
      <w:r>
        <w:t>It's a small, muddy reminder that sometimes the best protest is a grin.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0">
        <w:r>
          <w:rPr>
            <w:color w:val="0000EE"/>
            <w:u w:val="single"/>
          </w:rPr>
          <w:t>[6]</w:t>
        </w:r>
      </w:hyperlink>
      <w:r>
        <w:t xml:space="preserve">- Paragraph 3: </w:t>
      </w:r>
      <w:hyperlink r:id="rId9">
        <w:r>
          <w:rPr>
            <w:color w:val="0000EE"/>
            <w:u w:val="single"/>
          </w:rPr>
          <w:t>[2]</w:t>
        </w:r>
      </w:hyperlink>
      <w:r>
        <w:t xml:space="preserve">, </w:t>
      </w:r>
      <w:hyperlink r:id="rId10">
        <w:r>
          <w:rPr>
            <w:color w:val="0000EE"/>
            <w:u w:val="single"/>
          </w:rPr>
          <w:t>[6]</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Paragraph 5: </w:t>
      </w:r>
      <w:hyperlink r:id="rId9">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https://gcn.ie/lesbian-mud-wrestling-competition/</w:t>
        </w:r>
      </w:hyperlink>
      <w:r>
        <w:t xml:space="preserve"> - Please view link - unable to able to access data</w:t>
      </w:r>
      <w:r/>
    </w:p>
    <w:p>
      <w:pPr>
        <w:pStyle w:val="ListNumber"/>
        <w:spacing w:line="240" w:lineRule="auto"/>
        <w:ind w:left="720"/>
      </w:pPr>
      <w:r/>
      <w:hyperlink r:id="rId9">
        <w:r>
          <w:rPr>
            <w:color w:val="0000EE"/>
            <w:u w:val="single"/>
          </w:rPr>
          <w:t>https://gcn.ie/lesbian-mud-wrestling-competition/</w:t>
        </w:r>
      </w:hyperlink>
      <w:r>
        <w:t xml:space="preserve"> - An unexpected lesbian mud wrestling competition called Scissor Slam 2K26 was organised by LGBTQ+ community builder Lindsay Perrin at the recent Lollapalooza music festival in Chicago. The event was a last-minute idea for Perrin, as she only posted about it on social media the day she was going to the festival. To her surprise, the post even caught the attention of Lollapalooza staff. Two women named Eve and Sarah volunteered to be the first to take part, with Perrin serving as the referee. The event soon became a high-energy spectacle, with audience members cheering and chanting “Lesbians!” while participants wrestled in the mud and kissed. There has been a largely positive response to the videos shared online, with many praising Perrin for organising a feel-good event for queer people to enjoy themselves and let loose. Perrin concludes, “There is so much heaviness surrounding the LGBTQ+ community right now. So many of the headlines are about legislation, our rights, conflict or people debating whether we should even be allowed to exist as ourselves. Those conversations matter. But so does joy.”</w:t>
      </w:r>
      <w:r/>
    </w:p>
    <w:p>
      <w:pPr>
        <w:pStyle w:val="ListNumber"/>
        <w:spacing w:line="240" w:lineRule="auto"/>
        <w:ind w:left="720"/>
      </w:pPr>
      <w:r/>
      <w:hyperlink r:id="rId11">
        <w:r>
          <w:rPr>
            <w:color w:val="0000EE"/>
            <w:u w:val="single"/>
          </w:rPr>
          <w:t>https://www.lollapalooza.com/lineup</w:t>
        </w:r>
      </w:hyperlink>
      <w:r>
        <w:t xml:space="preserve"> - The Lollapalooza 2026 lineup features headliners such as the Smashing Pumpkins, Charli XCX, the xx, and Lorde. Additional acts include Olivia Dean, Tate McRae, John Summit, and JENNIE, among others. The festival is scheduled to take place from Thursday, July 30 through Sunday, August 2, 2026, at Grant Park in Chicago. (</w:t>
      </w:r>
      <w:hyperlink r:id="rId14">
        <w:r>
          <w:rPr>
            <w:color w:val="0000EE"/>
            <w:u w:val="single"/>
          </w:rPr>
          <w:t>lollapalooza.com</w:t>
        </w:r>
      </w:hyperlink>
      <w:r>
        <w:t>)</w:t>
      </w:r>
      <w:r/>
    </w:p>
    <w:p>
      <w:pPr>
        <w:pStyle w:val="ListNumber"/>
        <w:spacing w:line="240" w:lineRule="auto"/>
        <w:ind w:left="720"/>
      </w:pPr>
      <w:r/>
      <w:hyperlink r:id="rId12">
        <w:r>
          <w:rPr>
            <w:color w:val="0000EE"/>
            <w:u w:val="single"/>
          </w:rPr>
          <w:t>https://www.lollapalooza.com/schedule</w:t>
        </w:r>
      </w:hyperlink>
      <w:r>
        <w:t xml:space="preserve"> - The Lollapalooza 2026 schedule is available on the official website, detailing the performances and events planned for each day of the festival. Tickets are selling fast, with limited 1-day tickets remaining and all 4-day tickets currently on waitlist. (</w:t>
      </w:r>
      <w:hyperlink r:id="rId15">
        <w:r>
          <w:rPr>
            <w:color w:val="0000EE"/>
            <w:u w:val="single"/>
          </w:rPr>
          <w:t>lollapalooza.com</w:t>
        </w:r>
      </w:hyperlink>
      <w:r>
        <w:t>)</w:t>
      </w:r>
      <w:r/>
    </w:p>
    <w:p>
      <w:pPr>
        <w:pStyle w:val="ListNumber"/>
        <w:spacing w:line="240" w:lineRule="auto"/>
        <w:ind w:left="720"/>
      </w:pPr>
      <w:r/>
      <w:hyperlink r:id="rId13">
        <w:r>
          <w:rPr>
            <w:color w:val="0000EE"/>
            <w:u w:val="single"/>
          </w:rPr>
          <w:t>https://www.lollapalooza.com/livestream</w:t>
        </w:r>
      </w:hyperlink>
      <w:r>
        <w:t xml:space="preserve"> - Lollapalooza 2026 will offer a livestream of the festival, available to Hulu and Disney+ subscribers. The livestream will cover the event from July 30 to August 2, 2026, from 2:45 pm CST until the end of the live event. Access to live content on Disney+ is available only to subscribers in the U.S. and other select territories. (</w:t>
      </w:r>
      <w:hyperlink r:id="rId16">
        <w:r>
          <w:rPr>
            <w:color w:val="0000EE"/>
            <w:u w:val="single"/>
          </w:rPr>
          <w:t>lollapalooza.com</w:t>
        </w:r>
      </w:hyperlink>
      <w:r>
        <w:t>)</w:t>
      </w:r>
      <w:r/>
    </w:p>
    <w:p>
      <w:pPr>
        <w:pStyle w:val="ListNumber"/>
        <w:spacing w:line="240" w:lineRule="auto"/>
        <w:ind w:left="720"/>
      </w:pPr>
      <w:r/>
      <w:hyperlink r:id="rId10">
        <w:r>
          <w:rPr>
            <w:color w:val="0000EE"/>
            <w:u w:val="single"/>
          </w:rPr>
          <w:t>https://edm.com/events/lollapalooza-2025-festival-review/</w:t>
        </w:r>
      </w:hyperlink>
      <w:r>
        <w:t xml:space="preserve"> - The article discusses how electronic dance music (EDM) became a central element of Lollapalooza 2025, with performances from artists like Dom Dolla, ALLEYCVT, Chase &amp; Status, and RÜFÜS DU SOL. The festival showcased EDM's growing influence, with the genre permeating various stages and events throughout the weekend. (</w:t>
      </w:r>
      <w:hyperlink r:id="rId17">
        <w:r>
          <w:rPr>
            <w:color w:val="0000EE"/>
            <w:u w:val="single"/>
          </w:rPr>
          <w:t>edm.com</w:t>
        </w:r>
      </w:hyperlink>
      <w:r>
        <w:t>)</w:t>
      </w:r>
      <w:r/>
    </w:p>
    <w:p>
      <w:pPr>
        <w:pStyle w:val="ListNumber"/>
        <w:spacing w:line="240" w:lineRule="auto"/>
        <w:ind w:left="720"/>
      </w:pPr>
      <w:r/>
      <w:hyperlink r:id="rId18">
        <w:r>
          <w:rPr>
            <w:color w:val="0000EE"/>
            <w:u w:val="single"/>
          </w:rPr>
          <w:t>https://www.nme.com/news/music/watch-scissor-sisters-bring-out-kelly-osbourne-ian-mckellen-and-belinda-carlisle-at-mighty-hoopla-2026-3948545</w:t>
        </w:r>
      </w:hyperlink>
      <w:r>
        <w:t xml:space="preserve"> - At the Mighty Hoopla 2026 festival, Scissor Sisters were joined by surprise guests Kelly Osbourne, Ian McKellen, and Belinda Carlisle during their set. The performance included covers of Belinda Carlisle's 'Heaven Is A Place on Earth' and Pink Floyd's 'Comfortably Numb', as well as a rendition of 'One Word' with Kelly Osbourne. (</w:t>
      </w:r>
      <w:hyperlink r:id="rId19">
        <w:r>
          <w:rPr>
            <w:color w:val="0000EE"/>
            <w:u w:val="single"/>
          </w:rPr>
          <w:t>nme.com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lesbian-mud-wrestling-competition/" TargetMode="External"/><Relationship Id="rId10" Type="http://schemas.openxmlformats.org/officeDocument/2006/relationships/hyperlink" Target="https://edm.com/events/lollapalooza-2025-festival-review/" TargetMode="External"/><Relationship Id="rId11" Type="http://schemas.openxmlformats.org/officeDocument/2006/relationships/hyperlink" Target="https://www.lollapalooza.com/lineup" TargetMode="External"/><Relationship Id="rId12" Type="http://schemas.openxmlformats.org/officeDocument/2006/relationships/hyperlink" Target="https://www.lollapalooza.com/schedule" TargetMode="External"/><Relationship Id="rId13" Type="http://schemas.openxmlformats.org/officeDocument/2006/relationships/hyperlink" Target="https://www.lollapalooza.com/livestream" TargetMode="External"/><Relationship Id="rId14" Type="http://schemas.openxmlformats.org/officeDocument/2006/relationships/hyperlink" Target="https://www.lollapalooza.com/lineup?utm_source=openai" TargetMode="External"/><Relationship Id="rId15" Type="http://schemas.openxmlformats.org/officeDocument/2006/relationships/hyperlink" Target="https://www.lollapalooza.com/schedule?utm_source=openai" TargetMode="External"/><Relationship Id="rId16" Type="http://schemas.openxmlformats.org/officeDocument/2006/relationships/hyperlink" Target="https://www.lollapalooza.com/livestream?utm_source=openai" TargetMode="External"/><Relationship Id="rId17" Type="http://schemas.openxmlformats.org/officeDocument/2006/relationships/hyperlink" Target="https://edm.com/events/lollapalooza-2025-festival-review/?utm_source=openai" TargetMode="External"/><Relationship Id="rId18" Type="http://schemas.openxmlformats.org/officeDocument/2006/relationships/hyperlink" Target="https://www.nme.com/news/music/watch-scissor-sisters-bring-out-kelly-osbourne-ian-mckellen-and-belinda-carlisle-at-mighty-hoopla-2026-3948545" TargetMode="External"/><Relationship Id="rId19" Type="http://schemas.openxmlformats.org/officeDocument/2006/relationships/hyperlink" Target="https://www.nme.com/news/music/watch-scissor-sisters-bring-out-kelly-osbourne-ian-mckellen-and-belinda-carlisle-at-mighty-hoopla-2026-3948545?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