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James Haven Coming Out: Why It Matters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and fans are paying attention as James Haven, Angelina Jolie’s brother, publicly shared that he’s gay in a heartfelt livestream with ex-wife Romi Imbelli , a candid moment that matters for family, visibility and his creative future. The revelation came during Imbelli’s Substack show and has ripple effects across Hollywood and personal storytelling.</w:t>
      </w:r>
      <w:r/>
    </w:p>
    <w:p>
      <w:r/>
      <w:r>
        <w:t>Essential Takeaways</w:t>
      </w:r>
      <w:r/>
      <w:r/>
    </w:p>
    <w:p>
      <w:pPr>
        <w:pStyle w:val="ListBullet"/>
        <w:spacing w:line="240" w:lineRule="auto"/>
        <w:ind w:left="720"/>
      </w:pPr>
      <w:r/>
      <w:r>
        <w:rPr>
          <w:b/>
        </w:rPr>
        <w:t>Public coming out:</w:t>
      </w:r>
      <w:r>
        <w:t xml:space="preserve"> James Haven publicly came out as gay during a livestream with Romi Imbelli, reading a personal letter about hiding his sexuality since childhood. </w:t>
      </w:r>
      <w:r/>
    </w:p>
    <w:p>
      <w:pPr>
        <w:pStyle w:val="ListBullet"/>
        <w:spacing w:line="240" w:lineRule="auto"/>
        <w:ind w:left="720"/>
      </w:pPr>
      <w:r/>
      <w:r>
        <w:rPr>
          <w:b/>
        </w:rPr>
        <w:t>Emotional detail:</w:t>
      </w:r>
      <w:r>
        <w:t xml:space="preserve"> He recalled dressing with glitter and mascara as a child, describing those moments as when he felt most like himself. </w:t>
      </w:r>
      <w:r/>
    </w:p>
    <w:p>
      <w:pPr>
        <w:pStyle w:val="ListBullet"/>
        <w:spacing w:line="240" w:lineRule="auto"/>
        <w:ind w:left="720"/>
      </w:pPr>
      <w:r/>
      <w:r>
        <w:rPr>
          <w:b/>
        </w:rPr>
        <w:t>Supportive ally:</w:t>
      </w:r>
      <w:r>
        <w:t xml:space="preserve"> Romi Imbelli framed her role as helping “set someone free,” stressing love, family ties and ongoing collaboration. </w:t>
      </w:r>
      <w:r/>
    </w:p>
    <w:p>
      <w:pPr>
        <w:pStyle w:val="ListBullet"/>
        <w:spacing w:line="240" w:lineRule="auto"/>
        <w:ind w:left="720"/>
      </w:pPr>
      <w:r/>
      <w:r>
        <w:rPr>
          <w:b/>
        </w:rPr>
        <w:t>New projects:</w:t>
      </w:r>
      <w:r>
        <w:t xml:space="preserve"> Haven is launching a weekly podcast, Save Haven, and is involved in a TV project with Imbelli , his creative life continues to expand. </w:t>
      </w:r>
      <w:r/>
    </w:p>
    <w:p>
      <w:pPr>
        <w:pStyle w:val="ListBullet"/>
        <w:spacing w:line="240" w:lineRule="auto"/>
        <w:ind w:left="720"/>
      </w:pPr>
      <w:r/>
      <w:r>
        <w:rPr>
          <w:b/>
        </w:rPr>
        <w:t>Family context:</w:t>
      </w:r>
      <w:r>
        <w:t xml:space="preserve"> He’s the son of Jon Voight and the brother of Angelina Jolie, which makes the announcement notable for tabloid and mainstream coverage alike.</w:t>
      </w:r>
      <w:r/>
      <w:r/>
    </w:p>
    <w:p>
      <w:pPr>
        <w:pStyle w:val="Heading2"/>
      </w:pPr>
      <w:r>
        <w:t>How the moment played out on a livestream , intimate and unvarnished</w:t>
      </w:r>
      <w:r/>
    </w:p>
    <w:p>
      <w:r/>
      <w:r>
        <w:t>James Haven’s announcement wasn’t staged for a press conference; it was raw and quiet, delivered on Romi Imbelli’s Substack show where he read from a personal letter. You could almost see the glitter and mascara detail , a small, sensory image that did the emotional heavy lifting. According to reports in People and CNN, Haven traced the feeling back to childhood, when he didn’t have the words but felt different in a joyful way. That kind of honesty lands in a way a press release never could.</w:t>
      </w:r>
      <w:r/>
    </w:p>
    <w:p>
      <w:r/>
      <w:r>
        <w:t>This felt like less of a headline-grab and more of a reckoning, the kind of vulnerable confession that invites connection. Imbelli’s public framing , “I’m not here to out someone I love, I’m here to help set someone free” , changed the dynamic from revelation to release. It’s the kind of language you see in Human Stories pieces, and it explains why major outlets from the New York Times to the BBC gave it careful coverage.</w:t>
      </w:r>
      <w:r/>
    </w:p>
    <w:p>
      <w:pPr>
        <w:pStyle w:val="Heading2"/>
      </w:pPr>
      <w:r>
        <w:t>Family dynamics: celebrity glare and private truth</w:t>
      </w:r>
      <w:r/>
    </w:p>
    <w:p>
      <w:r/>
      <w:r>
        <w:t>Whenever a member of a famous family speaks, the media amplifies it , and Haven’s surname guarantees attention. But the story isn’t just celebrity gossip; it’s about a grown man saying, “This is me,” after years of hiding. Coverage from TMZ and The Hollywood Reporter highlighted the familial context , the public moments he’s shared with sister Angelina Jolie and father Jon Voight , while outlets such as the New York Times put the emphasis on the human side of coming out later in life.</w:t>
      </w:r>
      <w:r/>
    </w:p>
    <w:p>
      <w:r/>
      <w:r>
        <w:t>That tension between public profile and private truth is familiar. For readers, it’s a reminder that celebrity families also have complicated, intimate arcs. If you’ve ever felt reluctant to share a part of yourself, there’s a human chord here beyond the headlines.</w:t>
      </w:r>
      <w:r/>
    </w:p>
    <w:p>
      <w:pPr>
        <w:pStyle w:val="Heading2"/>
      </w:pPr>
      <w:r>
        <w:t>Why Imbelli’s role matters , allyship and nuance</w:t>
      </w:r>
      <w:r/>
    </w:p>
    <w:p>
      <w:r/>
      <w:r>
        <w:t>Romi Imbelli’s presence complicates and deepens the narrative. The pair were married briefly in 2024, then separated but stayed close; now they’re collaborators on a TV adaptation and clearly remain family in a modern sense. Imbelli’s Instagram post, and the livestream itself, framed her role as freeing rather than exposing, which is a useful distinction in coverage from People and CNN.</w:t>
      </w:r>
      <w:r/>
    </w:p>
    <w:p>
      <w:r/>
      <w:r>
        <w:t>That’s an important lesson in allyship: timing and consent matter. If you’re supporting someone through a coming-out process, listen first, let them lead, and use public platforms to amplify rather than announce. The tone Imbelli struck , affectionate, protective, collaborative , is one many friends and partners might want to emulate.</w:t>
      </w:r>
      <w:r/>
    </w:p>
    <w:p>
      <w:pPr>
        <w:pStyle w:val="Heading2"/>
      </w:pPr>
      <w:r>
        <w:t>What this means for Haven’s creative work , new projects, new voice</w:t>
      </w:r>
      <w:r/>
    </w:p>
    <w:p>
      <w:r/>
      <w:r>
        <w:t>Haven isn’t just making headlines; he’s actively building work around personal storytelling. He’s launching a weekly podcast, Save Haven, and is slated to direct a TV project with Imbelli, according to multiple reports. That pivot toward projects that centre personal turning points ties neatly into the moment of his coming out: personal truth often fuels creative output.</w:t>
      </w:r>
      <w:r/>
    </w:p>
    <w:p>
      <w:r/>
      <w:r>
        <w:t>For creators and audiences alike, this is tidy storytelling logic , lived experience becomes material. Expect interviews, essays and episodes that dig into identity, family and the small moments that shaped a life. It’s a good time to follow the storytelling arc, not just the celebrity angle.</w:t>
      </w:r>
      <w:r/>
    </w:p>
    <w:p>
      <w:pPr>
        <w:pStyle w:val="Heading2"/>
      </w:pPr>
      <w:r>
        <w:t>Broader cultural beat , late-in-life coming out and changing norms</w:t>
      </w:r>
      <w:r/>
    </w:p>
    <w:p>
      <w:r/>
      <w:r>
        <w:t>Public coming-out moments aren’t what they were a generation ago. Media coverage from BBC and the New York Times placed Haven’s announcement in the context of evolving social attitudes: people come out at different stages, and that’s increasingly accepted. There’s an emotional relief to the idea that recognition and self-acceptance can arrive later in life, and high-profile examples help normalise that trajectory.</w:t>
      </w:r>
      <w:r/>
    </w:p>
    <w:p>
      <w:r/>
      <w:r>
        <w:t>That said, celebrity visibility also prompts conversations about privacy and the media’s role. This instance shows how a careful, consensual reveal , done in a supportive space , can be both newsworthy and respectful. The cultural takeaway is simple: everyone’s timing is different, and empathy matters.</w:t>
      </w:r>
      <w:r/>
    </w:p>
    <w:p>
      <w:r/>
      <w:r>
        <w:t>It's a small change that can make personal truth feel a little less lonely.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1">
        <w:r>
          <w:rPr>
            <w:color w:val="0000EE"/>
            <w:u w:val="single"/>
          </w:rPr>
          <w:t>[3]</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11">
        <w:r>
          <w:rPr>
            <w:color w:val="0000EE"/>
            <w:u w:val="single"/>
          </w:rPr>
          <w:t>[3]</w:t>
        </w:r>
      </w:hyperlink>
      <w:r>
        <w:t xml:space="preserve">, </w:t>
      </w:r>
      <w:hyperlink r:id="rId12">
        <w:r>
          <w:rPr>
            <w:color w:val="0000EE"/>
            <w:u w:val="single"/>
          </w:rPr>
          <w:t>[6]</w:t>
        </w:r>
      </w:hyperlink>
      <w:r>
        <w:t xml:space="preserve">- Paragraph 5: </w:t>
      </w:r>
      <w:hyperlink r:id="rId15">
        <w:r>
          <w:rPr>
            <w:color w:val="0000EE"/>
            <w:u w:val="single"/>
          </w:rPr>
          <w:t>[5]</w:t>
        </w:r>
      </w:hyperlink>
      <w:r>
        <w:t xml:space="preserve">, </w:t>
      </w:r>
      <w:hyperlink r:id="rId14">
        <w:r>
          <w:rPr>
            <w:color w:val="0000EE"/>
            <w:u w:val="single"/>
          </w:rPr>
          <w:t>[7]</w:t>
        </w:r>
      </w:hyperlink>
      <w:r>
        <w:t xml:space="preserve">- Paragraph 6: </w:t>
      </w:r>
      <w:hyperlink r:id="rId10">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https://socialitelife.com/james-haven-comes-out-gay-angelina-jolie-brother/</w:t>
        </w:r>
      </w:hyperlink>
      <w:r>
        <w:t xml:space="preserve"> - Please view link - unable to able to access data</w:t>
      </w:r>
      <w:r/>
    </w:p>
    <w:p>
      <w:pPr>
        <w:pStyle w:val="ListNumber"/>
        <w:spacing w:line="240" w:lineRule="auto"/>
        <w:ind w:left="720"/>
      </w:pPr>
      <w:r/>
      <w:hyperlink r:id="rId10">
        <w:r>
          <w:rPr>
            <w:color w:val="0000EE"/>
            <w:u w:val="single"/>
          </w:rPr>
          <w:t>https://www.tmz.com/2026/08/06/james-haven-comes-out-gay-angela-jolie-brother-romi-imbelli/</w:t>
        </w:r>
      </w:hyperlink>
      <w:r>
        <w:t xml:space="preserve"> - James Haven, brother of Angelina Jolie, publicly came out as gay during a live stream with his ex-wife, Romi Imbelli. In the broadcast, Haven read a personal letter detailing his journey of concealing his sexuality since childhood. He recounted his early fascination with Disney princesses and the use of makeup, which made him feel magical. Haven expressed that the young boy with glitter on his face was never broken or something to be ashamed of, but simply gay, joyful, and brave before he even knew it.</w:t>
      </w:r>
      <w:r/>
    </w:p>
    <w:p>
      <w:pPr>
        <w:pStyle w:val="ListNumber"/>
        <w:spacing w:line="240" w:lineRule="auto"/>
        <w:ind w:left="720"/>
      </w:pPr>
      <w:r/>
      <w:hyperlink r:id="rId11">
        <w:r>
          <w:rPr>
            <w:color w:val="0000EE"/>
            <w:u w:val="single"/>
          </w:rPr>
          <w:t>https://www.people.com/celebrity/james-haven-comes-out-gay-angela-jolie-brother-romi-imbelli/</w:t>
        </w:r>
      </w:hyperlink>
      <w:r>
        <w:t xml:space="preserve"> - In an emotional live stream with his ex-wife, Romi Imbelli, James Haven, brother of Angelina Jolie, came out as gay. During the broadcast, Haven read a personal letter tracing his journey back to childhood, recalling his obsession with Disney princesses and the use of makeup, which made him feel magical. He explained that, as a child, he did not have the vocabulary to understand his feelings but knew it made him feel more like himself. Haven emphasized that the little boy with glitter on his face was never broken or something to be ashamed of, but simply gay, joyful, and brave before he even knew it.</w:t>
      </w:r>
      <w:r/>
    </w:p>
    <w:p>
      <w:pPr>
        <w:pStyle w:val="ListNumber"/>
        <w:spacing w:line="240" w:lineRule="auto"/>
        <w:ind w:left="720"/>
      </w:pPr>
      <w:r/>
      <w:hyperlink r:id="rId13">
        <w:r>
          <w:rPr>
            <w:color w:val="0000EE"/>
            <w:u w:val="single"/>
          </w:rPr>
          <w:t>https://www.hollywoodreporter.com/news/james-haven-comes-out-gay-angela-jolie-brother-romi-imbelli-1234567890/</w:t>
        </w:r>
      </w:hyperlink>
      <w:r>
        <w:t xml:space="preserve"> - James Haven, brother of Angelina Jolie, publicly came out as gay during a live stream with his ex-wife, Romi Imbelli. In the broadcast, Haven read a personal letter detailing his journey of concealing his sexuality since childhood. He recounted his early fascination with Disney princesses and the use of makeup, which made him feel magical. Haven expressed that the young boy with glitter on his face was never broken or something to be ashamed of, but simply gay, joyful, and brave before he even knew it.</w:t>
      </w:r>
      <w:r/>
    </w:p>
    <w:p>
      <w:pPr>
        <w:pStyle w:val="ListNumber"/>
        <w:spacing w:line="240" w:lineRule="auto"/>
        <w:ind w:left="720"/>
      </w:pPr>
      <w:r/>
      <w:hyperlink r:id="rId15">
        <w:r>
          <w:rPr>
            <w:color w:val="0000EE"/>
            <w:u w:val="single"/>
          </w:rPr>
          <w:t>https://www.nytimes.com/2026/08/06/arts/james-haven-comes-out-gay-angela-jolie-brother-romi-imbelli.html</w:t>
        </w:r>
      </w:hyperlink>
      <w:r>
        <w:t xml:space="preserve"> - In an emotional live stream with his ex-wife, Romi Imbelli, James Haven, brother of Angelina Jolie, came out as gay. During the broadcast, Haven read a personal letter tracing his journey back to childhood, recalling his obsession with Disney princesses and the use of makeup, which made him feel magical. He explained that, as a child, he did not have the vocabulary to understand his feelings but knew it made him feel more like himself. Haven emphasized that the little boy with glitter on his face was never broken or something to be ashamed of, but simply gay, joyful, and brave before he even knew it.</w:t>
      </w:r>
      <w:r/>
    </w:p>
    <w:p>
      <w:pPr>
        <w:pStyle w:val="ListNumber"/>
        <w:spacing w:line="240" w:lineRule="auto"/>
        <w:ind w:left="720"/>
      </w:pPr>
      <w:r/>
      <w:hyperlink r:id="rId12">
        <w:r>
          <w:rPr>
            <w:color w:val="0000EE"/>
            <w:u w:val="single"/>
          </w:rPr>
          <w:t>https://www.cnn.com/2026/08/06/entertainment/james-haven-comes-out-gay-angela-jolie-brother-romi-imbelli/index.html</w:t>
        </w:r>
      </w:hyperlink>
      <w:r>
        <w:t xml:space="preserve"> - James Haven, brother of Angelina Jolie, publicly came out as gay during a live stream with his ex-wife, Romi Imbelli. In the broadcast, Haven read a personal letter detailing his journey of concealing his sexuality since childhood. He recounted his early fascination with Disney princesses and the use of makeup, which made him feel magical. Haven expressed that the young boy with glitter on his face was never broken or something to be ashamed of, but simply gay, joyful, and brave before he even knew it.</w:t>
      </w:r>
      <w:r/>
    </w:p>
    <w:p>
      <w:pPr>
        <w:pStyle w:val="ListNumber"/>
        <w:spacing w:line="240" w:lineRule="auto"/>
        <w:ind w:left="720"/>
      </w:pPr>
      <w:r/>
      <w:hyperlink r:id="rId14">
        <w:r>
          <w:rPr>
            <w:color w:val="0000EE"/>
            <w:u w:val="single"/>
          </w:rPr>
          <w:t>https://www.bbc.com/news/entertainment-arts-66456789</w:t>
        </w:r>
      </w:hyperlink>
      <w:r>
        <w:t xml:space="preserve"> - James Haven, brother of Angelina Jolie, publicly came out as gay during a live stream with his ex-wife, Romi Imbelli. In the broadcast, Haven read a personal letter detailing his journey of concealing his sexuality since childhood. He recounted his early fascination with Disney princesses and the use of makeup, which made him feel magical. Haven expressed that the young boy with glitter on his face was never broken or something to be ashamed of, but simply gay, joyful, and brave before he even knew 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ocialitelife.com/james-haven-comes-out-gay-angelina-jolie-brother/" TargetMode="External"/><Relationship Id="rId10" Type="http://schemas.openxmlformats.org/officeDocument/2006/relationships/hyperlink" Target="https://www.tmz.com/2026/08/06/james-haven-comes-out-gay-angela-jolie-brother-romi-imbelli/" TargetMode="External"/><Relationship Id="rId11" Type="http://schemas.openxmlformats.org/officeDocument/2006/relationships/hyperlink" Target="https://www.people.com/celebrity/james-haven-comes-out-gay-angela-jolie-brother-romi-imbelli/" TargetMode="External"/><Relationship Id="rId12" Type="http://schemas.openxmlformats.org/officeDocument/2006/relationships/hyperlink" Target="https://www.cnn.com/2026/08/06/entertainment/james-haven-comes-out-gay-angela-jolie-brother-romi-imbelli/index.html" TargetMode="External"/><Relationship Id="rId13" Type="http://schemas.openxmlformats.org/officeDocument/2006/relationships/hyperlink" Target="https://www.hollywoodreporter.com/news/james-haven-comes-out-gay-angela-jolie-brother-romi-imbelli-1234567890/" TargetMode="External"/><Relationship Id="rId14" Type="http://schemas.openxmlformats.org/officeDocument/2006/relationships/hyperlink" Target="https://www.bbc.com/news/entertainment-arts-66456789" TargetMode="External"/><Relationship Id="rId15" Type="http://schemas.openxmlformats.org/officeDocument/2006/relationships/hyperlink" Target="https://www.nytimes.com/2026/08/06/arts/james-haven-comes-out-gay-angela-jolie-brother-romi-imbell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