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Saloon Pride Events This Summer: Community-Led Celebrations and Why They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are turning out as Pride in Salo steps up this summer, with Mathildedal hosting a colourful kickoff and Horninpuisto due a family-friendly Pride Picnic later in the month. Community groups are running the shows, and that grassroots energy is changing how the city celebrates , and why it matters.</w:t>
      </w:r>
      <w:r/>
    </w:p>
    <w:p>
      <w:r/>
      <w:r>
        <w:t>Essential Takeaways</w:t>
      </w:r>
      <w:r/>
      <w:r/>
    </w:p>
    <w:p>
      <w:pPr>
        <w:pStyle w:val="ListBullet"/>
        <w:spacing w:line="240" w:lineRule="auto"/>
        <w:ind w:left="720"/>
      </w:pPr>
      <w:r/>
      <w:r>
        <w:rPr>
          <w:b/>
        </w:rPr>
        <w:t>Two regional events:</w:t>
      </w:r>
      <w:r>
        <w:t xml:space="preserve"> Mathildedal hosts the weekend Pride, Horninpuisto holds the Salo Pride Picnic at month end.</w:t>
      </w:r>
      <w:r/>
    </w:p>
    <w:p>
      <w:pPr>
        <w:pStyle w:val="ListBullet"/>
        <w:spacing w:line="240" w:lineRule="auto"/>
        <w:ind w:left="720"/>
      </w:pPr>
      <w:r/>
      <w:r>
        <w:rPr>
          <w:b/>
        </w:rPr>
        <w:t>Community-run vibe:</w:t>
      </w:r>
      <w:r>
        <w:t xml:space="preserve"> Local cultural associations, youth council and youth services are leading planning , it feels hands-on and inclusive.</w:t>
      </w:r>
      <w:r/>
    </w:p>
    <w:p>
      <w:pPr>
        <w:pStyle w:val="ListBullet"/>
        <w:spacing w:line="240" w:lineRule="auto"/>
        <w:ind w:left="720"/>
      </w:pPr>
      <w:r/>
      <w:r>
        <w:rPr>
          <w:b/>
        </w:rPr>
        <w:t>City support, not control:</w:t>
      </w:r>
      <w:r>
        <w:t xml:space="preserve"> Salo’s been part of the national Pride campaign since 2022, but activists now shape the calendar.</w:t>
      </w:r>
      <w:r/>
    </w:p>
    <w:p>
      <w:pPr>
        <w:pStyle w:val="ListBullet"/>
        <w:spacing w:line="240" w:lineRule="auto"/>
        <w:ind w:left="720"/>
      </w:pPr>
      <w:r/>
      <w:r>
        <w:rPr>
          <w:b/>
        </w:rPr>
        <w:t>Serious message under the fun:</w:t>
      </w:r>
      <w:r>
        <w:t xml:space="preserve"> Pride highlights rights and safety for sexual and gender minorities amid global conservative backlash.</w:t>
      </w:r>
      <w:r/>
    </w:p>
    <w:p>
      <w:pPr>
        <w:pStyle w:val="ListBullet"/>
        <w:spacing w:line="240" w:lineRule="auto"/>
        <w:ind w:left="720"/>
      </w:pPr>
      <w:r/>
      <w:r>
        <w:rPr>
          <w:b/>
        </w:rPr>
        <w:t>Youth concerns remain:</w:t>
      </w:r>
      <w:r>
        <w:t xml:space="preserve"> Surveys and rights groups flag higher rates of bullying, harassment and sexual violence among LGBTQ+ young people.</w:t>
      </w:r>
      <w:r/>
      <w:r/>
    </w:p>
    <w:p>
      <w:pPr>
        <w:pStyle w:val="Heading2"/>
      </w:pPr>
      <w:r>
        <w:t>Grassroots energy is giving Pride a new pulse in Salo</w:t>
      </w:r>
      <w:r/>
    </w:p>
    <w:p>
      <w:r/>
      <w:r>
        <w:t>This summer’s Pride season in Salo looks and feels different: brighter, busier and driven by local people who wanted more than a flag-raising. Mathildedal’s event is organised by the Mathildedal Cultural Association and Horninpuisto’s picnic has been pulled together by the Salo Youth Council with help from the city’s youth services, so you’ll notice a fresh, hands-on spirit and a welcoming, informal tone. When residents plan events, they tend to be livelier and more relevant to who actually shows up , families, teens, older allies , and that’s exactly what organisers say they wanted.</w:t>
      </w:r>
      <w:r/>
    </w:p>
    <w:p>
      <w:pPr>
        <w:pStyle w:val="Heading2"/>
      </w:pPr>
      <w:r>
        <w:t>Why city support matters, even when it isn’t front and centre</w:t>
      </w:r>
      <w:r/>
    </w:p>
    <w:p>
      <w:r/>
      <w:r>
        <w:t>Salo’s municipal involvement in Pride is relatively recent; the city joined the wider Pride campaign in 2022. That came after local debate and even resistance in council chambers not so long ago. Municipal backing gives practical benefits , permits, spaces, sometimes promotion , but activists argue it’s better when citizens lead the content. The result is a partnership model: the city enables, community groups perform. For anyone planning a similar event, aim for clear roles , who provides logistics, who curates programming , so enthusiasm doesn’t get bogged down in bureaucracy.</w:t>
      </w:r>
      <w:r/>
    </w:p>
    <w:p>
      <w:pPr>
        <w:pStyle w:val="Heading2"/>
      </w:pPr>
      <w:r>
        <w:t>Pride as celebration and civic reminder</w:t>
      </w:r>
      <w:r/>
    </w:p>
    <w:p>
      <w:r/>
      <w:r>
        <w:t>Pride is, of course, a party , colourful, noisy, joyful , but it’s also a civic statement about rights and visibility. That layered meaning is important here in Finland, where legal and social conditions are better than in many places, yet there’s still work to do. According to human-rights resources, sexual and gender minorities continue to face discrimination and unequal treatment, so these public festivities also act as a reminder to keep pushing for equality. Expect both upbeat performances and quieter moments of reflection at Salo’s events.</w:t>
      </w:r>
      <w:r/>
    </w:p>
    <w:p>
      <w:pPr>
        <w:pStyle w:val="Heading2"/>
      </w:pPr>
      <w:r>
        <w:t>Youth safety: the sober fact behind the fun</w:t>
      </w:r>
      <w:r/>
    </w:p>
    <w:p>
      <w:r/>
      <w:r>
        <w:t>One of the quieter but most pressing reasons Pride remains relevant is the safety and wellbeing of young LGBTQ+ people. Surveys and youth-focused organisations report higher rates of bullying, harassment and sexual violence among sexual and gender minority youth compared with their peers. That’s why youth-focussed programming at events , drop-in support stalls, information on rights, signposting to services , matters as much as music and banners. If you’re attending with a teen or volunteering, look for those support resources and help make the spaces safe and welcoming.</w:t>
      </w:r>
      <w:r/>
    </w:p>
    <w:p>
      <w:pPr>
        <w:pStyle w:val="Heading2"/>
      </w:pPr>
      <w:r>
        <w:t>What to expect and how to join in</w:t>
      </w:r>
      <w:r/>
    </w:p>
    <w:p>
      <w:r/>
      <w:r>
        <w:t>If you’re planning to go, expect local music, grassroots stalls, kid-friendly activities at the picnic and small-scale cultural programming in Mathildedal. Bring a reusable water bottle, a sun hat or a rain layer , Finnish weather rarely locks into one mood , and check organisers’ social channels for times and accessibility details. Volunteers are often needed for stewarding, setup and info desks, so signing up can be a good way to connect and support the community effort directly.</w:t>
      </w:r>
      <w:r/>
    </w:p>
    <w:p>
      <w:r/>
      <w:r>
        <w:t>It’s a small shift that makes Pride feel more like the city’s and less like a tick-box. Join in, listen, and let the locals show you what community-led celebration can look like.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3">
        <w:r>
          <w:rPr>
            <w:color w:val="0000EE"/>
            <w:u w:val="single"/>
          </w:rPr>
          <w:t>[5]</w:t>
        </w:r>
      </w:hyperlink>
      <w:r>
        <w:t xml:space="preserve">, </w:t>
      </w:r>
      <w:hyperlink r:id="rId14">
        <w:r>
          <w:rPr>
            <w:color w:val="0000EE"/>
            <w:u w:val="single"/>
          </w:rPr>
          <w:t>[3]</w:t>
        </w:r>
      </w:hyperlink>
      <w:r>
        <w:t xml:space="preserve">- Paragraph 4: </w:t>
      </w:r>
      <w:hyperlink r:id="rId14">
        <w:r>
          <w:rPr>
            <w:color w:val="0000EE"/>
            <w:u w:val="single"/>
          </w:rPr>
          <w:t>[3]</w:t>
        </w:r>
      </w:hyperlink>
      <w:r>
        <w:t xml:space="preserve">, </w:t>
      </w:r>
      <w:hyperlink r:id="rId11">
        <w:r>
          <w:rPr>
            <w:color w:val="0000EE"/>
            <w:u w:val="single"/>
          </w:rPr>
          <w:t>[4]</w:t>
        </w:r>
      </w:hyperlink>
      <w:r>
        <w:t xml:space="preserve">- Paragraph 5: </w:t>
      </w:r>
      <w:hyperlink r:id="rId10">
        <w:r>
          <w:rPr>
            <w:color w:val="0000EE"/>
            <w:u w:val="single"/>
          </w:rPr>
          <w:t>[2]</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https://www.sss.fi/2026/08/paakirjoitus-tupla-pride-saapuu-saloon/</w:t>
        </w:r>
      </w:hyperlink>
      <w:r>
        <w:t xml:space="preserve"> - Please view link - unable to able to access data</w:t>
      </w:r>
      <w:r/>
    </w:p>
    <w:p>
      <w:pPr>
        <w:pStyle w:val="ListNumber"/>
        <w:spacing w:line="240" w:lineRule="auto"/>
        <w:ind w:left="720"/>
      </w:pPr>
      <w:r/>
      <w:hyperlink r:id="rId10">
        <w:r>
          <w:rPr>
            <w:color w:val="0000EE"/>
            <w:u w:val="single"/>
          </w:rPr>
          <w:t>https://tiedotteet.salo.fi/salossa-vietetaan-pride-viikkoa-21-27-8-2023/</w:t>
        </w:r>
      </w:hyperlink>
      <w:r>
        <w:t xml:space="preserve"> - In August 2023, Salo, Finland, celebrated Pride Week from 21st to 27th, featuring Pride flag hoisting at Vilhonsilta, social media engagement, and various themed activities across city departments. The event coincided with Turku Pride Week, with the main event on 26th August 2023. This marked the second Pride Week in Salo, following the inaugural event in 2022, which included a Pride flag hoisting at Vilhonsilta and social media recognition. The initiative aimed to promote inclusivity and support for the LGBTQ+ community in Salo.</w:t>
      </w:r>
      <w:r/>
    </w:p>
    <w:p>
      <w:pPr>
        <w:pStyle w:val="ListNumber"/>
        <w:spacing w:line="240" w:lineRule="auto"/>
        <w:ind w:left="720"/>
      </w:pPr>
      <w:r/>
      <w:hyperlink r:id="rId14">
        <w:r>
          <w:rPr>
            <w:color w:val="0000EE"/>
            <w:u w:val="single"/>
          </w:rPr>
          <w:t>https://ihmisoikeudet.net/ihmisoikeudet/seksuaali-ja-sukupuolivahemmistojen-oikeudet/</w:t>
        </w:r>
      </w:hyperlink>
      <w:r>
        <w:t xml:space="preserve"> - Sexual and gender minorities have historically faced discrimination, hindering the full realization of their human rights. While over 70 countries have laws prohibiting discrimination based on sexual orientation, challenges persist, including increasing hate campaigns and deteriorating legal conditions in some regions. The article emphasizes the need for global efforts to protect and promote the rights of sexual and gender minorities, highlighting the importance of legal frameworks and societal acceptance in achieving equality.</w:t>
      </w:r>
      <w:r/>
    </w:p>
    <w:p>
      <w:pPr>
        <w:pStyle w:val="ListNumber"/>
        <w:spacing w:line="240" w:lineRule="auto"/>
        <w:ind w:left="720"/>
      </w:pPr>
      <w:r/>
      <w:hyperlink r:id="rId11">
        <w:r>
          <w:rPr>
            <w:color w:val="0000EE"/>
            <w:u w:val="single"/>
          </w:rPr>
          <w:t>https://nuoret.seta.fi/nuorille/seksuaalioikeudet/</w:t>
        </w:r>
      </w:hyperlink>
      <w:r>
        <w:t xml:space="preserve"> - Sexual rights encompass the freedom to enjoy one's sexuality and gender identity without fear of harassment or discrimination. These rights include the autonomy to make informed decisions about one's sexual and reproductive health, access to education, and the ability to express one's sexual orientation and gender identity openly. The article underscores that sexual rights are fundamental human rights, applicable to all individuals, and are essential for personal well-being and societal equality.</w:t>
      </w:r>
      <w:r/>
    </w:p>
    <w:p>
      <w:pPr>
        <w:pStyle w:val="ListNumber"/>
        <w:spacing w:line="240" w:lineRule="auto"/>
        <w:ind w:left="720"/>
      </w:pPr>
      <w:r/>
      <w:hyperlink r:id="rId13">
        <w:r>
          <w:rPr>
            <w:color w:val="0000EE"/>
            <w:u w:val="single"/>
          </w:rPr>
          <w:t>https://www.kansalainen.fi/sateenkaari-ideologian-juhlat-saapuvat-etela-savoon-pridet-jarjestetaan-mikkelissa-ja-savonlinnassa/</w:t>
        </w:r>
      </w:hyperlink>
      <w:r>
        <w:t xml:space="preserve"> - In late summer and autumn 2024, two Pride events were scheduled in Etelä-Savo, Finland: one in Mikkeli and another in Savonlinna. Mikkeli's Pride was set to be the largest since the onset of the COVID-19 pandemic, featuring a range of activities from morning until late at night, including a library event, official opening, and a Pride parade. The Savonlinna event was privately funded, highlighting the growing support for LGBTQ+ rights in the region.</w:t>
      </w:r>
      <w:r/>
    </w:p>
    <w:p>
      <w:pPr>
        <w:pStyle w:val="ListNumber"/>
        <w:spacing w:line="240" w:lineRule="auto"/>
        <w:ind w:left="720"/>
      </w:pPr>
      <w:r/>
      <w:hyperlink r:id="rId15">
        <w:r>
          <w:rPr>
            <w:color w:val="0000EE"/>
            <w:u w:val="single"/>
          </w:rPr>
          <w:t>https://www.varha.fi/fi/palvelut/terveysasemapalvelut/seksuaalisuus/seksuaalioikeudet</w:t>
        </w:r>
      </w:hyperlink>
      <w:r>
        <w:t xml:space="preserve"> - Sexual rights are part of universal human rights, granting individuals the autonomy to make informed and independent decisions about their bodies and sexuality. These rights are crucial for personal well-being and balanced life, ensuring safe sexual experiences free from coercion, discrimination, or violence. The article outlines various sexual rights, including the right to one's sexuality, access to information, protection, sexual health services, equality, privacy, visibility, influence, and participation in decisions related to sexuality.</w:t>
      </w:r>
      <w:r/>
    </w:p>
    <w:p>
      <w:pPr>
        <w:pStyle w:val="ListNumber"/>
        <w:spacing w:line="240" w:lineRule="auto"/>
        <w:ind w:left="720"/>
      </w:pPr>
      <w:r/>
      <w:hyperlink r:id="rId12">
        <w:r>
          <w:rPr>
            <w:color w:val="0000EE"/>
            <w:u w:val="single"/>
          </w:rPr>
          <w:t>https://luckan.fi/helsingfors-pride/</w:t>
        </w:r>
      </w:hyperlink>
      <w:r>
        <w:t xml:space="preserve"> - Helsingfors Pride 2023, held from 29th June to 1st July, featured a series of free events, including panel discussions, workshops, a parade, and a public celebration. The programme was livestreamed on Föreningen Luckan's YouTube channel, allowing broader participation. The event aimed to promote inclusivity and support for the LGBTQ+ community in Helsinki, reflecting the city's commitment to diversity and human rights.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ss.fi/2026/08/paakirjoitus-tupla-pride-saapuu-saloon/" TargetMode="External"/><Relationship Id="rId10" Type="http://schemas.openxmlformats.org/officeDocument/2006/relationships/hyperlink" Target="https://tiedotteet.salo.fi/salossa-vietetaan-pride-viikkoa-21-27-8-2023/" TargetMode="External"/><Relationship Id="rId11" Type="http://schemas.openxmlformats.org/officeDocument/2006/relationships/hyperlink" Target="https://nuoret.seta.fi/nuorille/seksuaalioikeudet/" TargetMode="External"/><Relationship Id="rId12" Type="http://schemas.openxmlformats.org/officeDocument/2006/relationships/hyperlink" Target="https://luckan.fi/helsingfors-pride/" TargetMode="External"/><Relationship Id="rId13" Type="http://schemas.openxmlformats.org/officeDocument/2006/relationships/hyperlink" Target="https://www.kansalainen.fi/sateenkaari-ideologian-juhlat-saapuvat-etela-savoon-pridet-jarjestetaan-mikkelissa-ja-savonlinnassa/" TargetMode="External"/><Relationship Id="rId14" Type="http://schemas.openxmlformats.org/officeDocument/2006/relationships/hyperlink" Target="https://ihmisoikeudet.net/ihmisoikeudet/seksuaali-ja-sukupuolivahemmistojen-oikeudet/" TargetMode="External"/><Relationship Id="rId15" Type="http://schemas.openxmlformats.org/officeDocument/2006/relationships/hyperlink" Target="https://www.varha.fi/fi/palvelut/terveysasemapalvelut/seksuaalisuus/seksuaalioikeud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