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Ryan Murphy Shows for Queer TV Fans: Where to Start and What to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revisiting Ryan Murphy’s TV universe, hunting for the queerest, campiest, and most surprising moments. From glittering musicals to lurid anthologies, here’s why Murphy’s output matters, which shows deliver the most LGBTQ+ representation, and how to pick the right one for your mood.</w:t>
      </w:r>
      <w:r/>
    </w:p>
    <w:p>
      <w:r/>
      <w:r>
        <w:t>Essential Takeaways</w:t>
      </w:r>
      <w:r/>
      <w:r/>
    </w:p>
    <w:p>
      <w:pPr>
        <w:pStyle w:val="ListBullet"/>
        <w:spacing w:line="240" w:lineRule="auto"/>
        <w:ind w:left="720"/>
      </w:pPr>
      <w:r/>
      <w:r>
        <w:rPr>
          <w:b/>
        </w:rPr>
        <w:t>Broad range:</w:t>
      </w:r>
      <w:r>
        <w:t xml:space="preserve"> Murphy’s shows span comedy, horror, period drama and slick satire, so there’s something for every taste.</w:t>
      </w:r>
      <w:r/>
    </w:p>
    <w:p>
      <w:pPr>
        <w:pStyle w:val="ListBullet"/>
        <w:spacing w:line="240" w:lineRule="auto"/>
        <w:ind w:left="720"/>
      </w:pPr>
      <w:r/>
      <w:r>
        <w:rPr>
          <w:b/>
        </w:rPr>
        <w:t>Visible casting:</w:t>
      </w:r>
      <w:r>
        <w:t xml:space="preserve"> He often casts queer actors in prominent roles, which feels both affirming and performative at times.</w:t>
      </w:r>
      <w:r/>
    </w:p>
    <w:p>
      <w:pPr>
        <w:pStyle w:val="ListBullet"/>
        <w:spacing w:line="240" w:lineRule="auto"/>
        <w:ind w:left="720"/>
      </w:pPr>
      <w:r/>
      <w:r>
        <w:rPr>
          <w:b/>
        </w:rPr>
        <w:t>Bold content:</w:t>
      </w:r>
      <w:r>
        <w:t xml:space="preserve"> Expect explicit scenes, glamorous aesthetics, and sometimes sensationalised takes on real queer lives.</w:t>
      </w:r>
      <w:r/>
    </w:p>
    <w:p>
      <w:pPr>
        <w:pStyle w:val="ListBullet"/>
        <w:spacing w:line="240" w:lineRule="auto"/>
        <w:ind w:left="720"/>
      </w:pPr>
      <w:r/>
      <w:r>
        <w:rPr>
          <w:b/>
        </w:rPr>
        <w:t>Mixed consistency:</w:t>
      </w:r>
      <w:r>
        <w:t xml:space="preserve"> Some series hit hard and last, others burn bright and vanish after a season.</w:t>
      </w:r>
      <w:r/>
    </w:p>
    <w:p>
      <w:pPr>
        <w:pStyle w:val="ListBullet"/>
        <w:spacing w:line="240" w:lineRule="auto"/>
        <w:ind w:left="720"/>
      </w:pPr>
      <w:r/>
      <w:r>
        <w:rPr>
          <w:b/>
        </w:rPr>
        <w:t>Pick by vibe:</w:t>
      </w:r>
      <w:r>
        <w:t xml:space="preserve"> Choose for camp (Scream Queens), heart (Glee), glamour (Pose) or retro queer nostalgia (Mid-Century Modern).</w:t>
      </w:r>
      <w:r/>
      <w:r/>
    </w:p>
    <w:p>
      <w:pPr>
        <w:pStyle w:val="Heading2"/>
      </w:pPr>
      <w:r>
        <w:t>Why Ryan Murphy still matters to queer TV viewers</w:t>
      </w:r>
      <w:r/>
    </w:p>
    <w:p>
      <w:r/>
      <w:r>
        <w:t>Murphy’s name has become shorthand for glossy production, heightened drama and unapologetic queerness on screen. He doesn’t hide gay characters in the background; he plants them centre stage, gives them showers, secrets and messy love lives. That visibility is vital , for many viewers, seeing themselves in big, mainstream TV at all feels like progress. At the same time, critics point out that Murphy can sensationalise real lives and events, trading nuance for spectacle. Still, when you want representation served loud, queer and glittering, he’s often the first place to look.</w:t>
      </w:r>
      <w:r/>
    </w:p>
    <w:p>
      <w:pPr>
        <w:pStyle w:val="Heading2"/>
      </w:pPr>
      <w:r>
        <w:t>Glee: the sweet, messy gateway show</w:t>
      </w:r>
      <w:r/>
    </w:p>
    <w:p>
      <w:r/>
      <w:r>
        <w:t>If you want empathy with your pop choruses, Glee is the natural starting point. It normalised queer teen romance on network TV at a time when most teen dramas skirted the subject, and gave memorable sapphic and gay pairings that mattered to viewers. The show leaned into stereotypes but also offered tenderness , and for many fans it remains a formative, feel-good series. Watch it when you want musicals, earnest teen drama and the comfort of familiar hits sung on repeat.</w:t>
      </w:r>
      <w:r/>
    </w:p>
    <w:p>
      <w:pPr>
        <w:pStyle w:val="Heading2"/>
      </w:pPr>
      <w:r>
        <w:t>Pose and Mid-Century Modern: two kinds of queer period glamour</w:t>
      </w:r>
      <w:r/>
    </w:p>
    <w:p>
      <w:r/>
      <w:r>
        <w:t>Pose rewrote TV history by centring trans women of colour and ballroom culture in a lavish, tactile world , it feels alive and lived-in, with emotional stakes that cut deep. By contrast, Mid-Century Modern gave us three older gay friends living together in Palm Springs, a quieter, sunnier take on chosen family and aging. Both shows exhibit Murphy’s flair for period detail and costume, but Pose is the more groundbreaking in cultural terms, while Mid-Century Modern is the cozy, short-lived charm you’ll miss when it’s over.</w:t>
      </w:r>
      <w:r/>
    </w:p>
    <w:p>
      <w:pPr>
        <w:pStyle w:val="Heading2"/>
      </w:pPr>
      <w:r>
        <w:t>American Horror Story and Scream Queens: camp, shock and homoerotic subtext</w:t>
      </w:r>
      <w:r/>
    </w:p>
    <w:p>
      <w:r/>
      <w:r>
        <w:t>If you prefer your queer content spiked with horror or satire, Murphy’s anthologies are a playbook for lurid, over-the-top entertainment. American Horror Story has long been a showcase for queer performers and campy, transgressive scenes , expect grotesque set pieces and bold casting. Scream Queens is lighter, leaning into slasher parody and male objectification with a wink. These shows are great for nights when you want to be thrilled, unsettled and occasionally scandalised.</w:t>
      </w:r>
      <w:r/>
    </w:p>
    <w:p>
      <w:pPr>
        <w:pStyle w:val="Heading2"/>
      </w:pPr>
      <w:r>
        <w:t>Hollywood and The Politician: glitz, critique and casual queerness</w:t>
      </w:r>
      <w:r/>
    </w:p>
    <w:p>
      <w:r/>
      <w:r>
        <w:t>Murphy’s takes on Tinseltown and the glittering life of ambition give queer characters different frames , in Hollywood you get historical revisionism and sexed-up pool parties, while The Politician delivers polished satire with casually out characters. Both feel like commentaries on fame, power and queerness being folded into larger stories. They’re perfect if you like your representation wrapped in industry critique and glossy production values.</w:t>
      </w:r>
      <w:r/>
    </w:p>
    <w:p>
      <w:pPr>
        <w:pStyle w:val="Heading2"/>
      </w:pPr>
      <w:r>
        <w:t>How to choose which Murphy show to watch next</w:t>
      </w:r>
      <w:r/>
    </w:p>
    <w:p>
      <w:r/>
      <w:r>
        <w:t>Start with mood. Want heart and musical catharsis? Pick Glee. Craving historical weight and ballroom splendour? Dive into Pose. Fancy shock and spectacle? Try American Horror Story. Looking for a short, bittersweet sitcom? Mid-Century Modern fits the bill. Also check episode commitment , anthologies let you jump in season by season, while series like Glee reward bingeing. Finally, consider casting: Murphy often hires out queer actors in visible parts, so you’ll frequently see familiar faces across different projects.</w:t>
      </w:r>
      <w:r/>
    </w:p>
    <w:p>
      <w:r/>
      <w:r>
        <w:t>It’s a mixed bag, but if you’re after unapologetic queer storytelling with high production sheen, there are few creators producing this much of it right now.</w:t>
      </w:r>
      <w:r/>
    </w:p>
    <w:p>
      <w:r/>
      <w:r>
        <w:t>It's a small change that can make every viewing session feel more personal.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[7]</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9">
        <w:r>
          <w:rPr>
            <w:color w:val="0000EE"/>
            <w:u w:val="single"/>
          </w:rPr>
          <w:t>[2]</w:t>
        </w:r>
      </w:hyperlink>
      <w:r>
        <w:t xml:space="preserve">- Paragraph 4: </w:t>
      </w:r>
      <w:hyperlink r:id="rId14">
        <w:r>
          <w:rPr>
            <w:color w:val="0000EE"/>
            <w:u w:val="single"/>
          </w:rPr>
          <w:t>[5]</w:t>
        </w:r>
      </w:hyperlink>
      <w:r>
        <w:t xml:space="preserve">, </w:t>
      </w:r>
      <w:hyperlink r:id="rId9">
        <w:r>
          <w:rPr>
            <w:color w:val="0000EE"/>
            <w:u w:val="single"/>
          </w:rPr>
          <w:t>[2]</w:t>
        </w:r>
      </w:hyperlink>
      <w:r>
        <w:t xml:space="preserve">- Paragraph 5: </w:t>
      </w:r>
      <w:hyperlink r:id="rId10">
        <w:r>
          <w:rPr>
            <w:color w:val="0000EE"/>
            <w:u w:val="single"/>
          </w:rPr>
          <w:t>[6]</w:t>
        </w:r>
      </w:hyperlink>
      <w:r>
        <w:t xml:space="preserve">, </w:t>
      </w:r>
      <w:hyperlink r:id="rId9">
        <w:r>
          <w:rPr>
            <w:color w:val="0000EE"/>
            <w:u w:val="single"/>
          </w:rPr>
          <w:t>[2]</w:t>
        </w:r>
      </w:hyperlink>
      <w:r>
        <w:t xml:space="preserve">- Paragraph 6: </w:t>
      </w:r>
      <w:hyperlink r:id="rId9">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https://www.out.com/gay-tv-shows/ryan-murphy-queerest-shows</w:t>
        </w:r>
      </w:hyperlink>
      <w:r>
        <w:t xml:space="preserve"> - Please view link - unable to able to access data</w:t>
      </w:r>
      <w:r/>
    </w:p>
    <w:p>
      <w:pPr>
        <w:pStyle w:val="ListNumber"/>
        <w:spacing w:line="240" w:lineRule="auto"/>
        <w:ind w:left="720"/>
      </w:pPr>
      <w:r/>
      <w:hyperlink r:id="rId9">
        <w:r>
          <w:rPr>
            <w:color w:val="0000EE"/>
            <w:u w:val="single"/>
          </w:rPr>
          <w:t>https://www.out.com/gay-tv-shows/ryan-murphy-queerest-shows</w:t>
        </w:r>
      </w:hyperlink>
      <w:r>
        <w:t xml:space="preserve"> - This article from Out.com discusses Ryan Murphy's significant contributions to LGBTQ+ representation in television. It highlights his focus on bringing queer characters to life and hiring queer actors for his shows. The piece also touches upon the controversies surrounding Murphy's work, noting that while he has been praised for his slick and widely watched series, he has also faced criticism for sensationalizing real people and events. The article emphasizes Murphy's role in providing queer representation on TV, mentioning his shows like 'Pose' and 'Scream Queens'.</w:t>
      </w:r>
      <w:r/>
    </w:p>
    <w:p>
      <w:pPr>
        <w:pStyle w:val="ListNumber"/>
        <w:spacing w:line="240" w:lineRule="auto"/>
        <w:ind w:left="720"/>
      </w:pPr>
      <w:r/>
      <w:hyperlink r:id="rId12">
        <w:r>
          <w:rPr>
            <w:color w:val="0000EE"/>
            <w:u w:val="single"/>
          </w:rPr>
          <w:t>https://www.newyorker.com/magazine/2012/11/26/queer-eyes-full-heart</w:t>
        </w:r>
      </w:hyperlink>
      <w:r>
        <w:t xml:space="preserve"> - In this 2012 article from The New Yorker, Emily Nussbaum examines Ryan Murphy's diverse television projects, including 'Glee', 'American Horror Story', and 'The New Normal'. Nussbaum discusses how Murphy's shows are united by their outsized emotions and brazen plots, and how they have contributed to the representation of LGBTQ+ characters on television. The piece provides insight into Murphy's impact on the television landscape and his approach to storytelling.</w:t>
      </w:r>
      <w:r/>
    </w:p>
    <w:p>
      <w:pPr>
        <w:pStyle w:val="ListNumber"/>
        <w:spacing w:line="240" w:lineRule="auto"/>
        <w:ind w:left="720"/>
      </w:pPr>
      <w:r/>
      <w:hyperlink r:id="rId13">
        <w:r>
          <w:rPr>
            <w:color w:val="0000EE"/>
            <w:u w:val="single"/>
          </w:rPr>
          <w:t>https://en.wikipedia.org/wiki/Pose_(TV_series)</w:t>
        </w:r>
      </w:hyperlink>
      <w:r>
        <w:t xml:space="preserve"> - This Wikipedia page provides detailed information about 'Pose', an American drama television series co-created by Ryan Murphy. The series focuses on New York City's ball culture, an LGBTQ+ subculture in the African-American and Latino communities, during the 1980s and 1990s. The page includes information about the cast, production, and reception of the show, highlighting its significance in LGBTQ+ representation on television.</w:t>
      </w:r>
      <w:r/>
    </w:p>
    <w:p>
      <w:pPr>
        <w:pStyle w:val="ListNumber"/>
        <w:spacing w:line="240" w:lineRule="auto"/>
        <w:ind w:left="720"/>
      </w:pPr>
      <w:r/>
      <w:hyperlink r:id="rId14">
        <w:r>
          <w:rPr>
            <w:color w:val="0000EE"/>
            <w:u w:val="single"/>
          </w:rPr>
          <w:t>https://horrorpress.com/editorials/1692/american-horror-story-a-very-gay-showcase/</w:t>
        </w:r>
      </w:hyperlink>
      <w:r>
        <w:t xml:space="preserve"> - This article from Horror Press discusses the LGBTQ+ representation in 'American Horror Story', a series created by Ryan Murphy. The piece highlights how the show has utilized its platform to give the community a voice, featuring queer characters and storylines. It also mentions the inclusion of out actors in significant roles and the bold way the series tells LGBTQ+ stories, contributing to its cultural impact.</w:t>
      </w:r>
      <w:r/>
    </w:p>
    <w:p>
      <w:pPr>
        <w:pStyle w:val="ListNumber"/>
        <w:spacing w:line="240" w:lineRule="auto"/>
        <w:ind w:left="720"/>
      </w:pPr>
      <w:r/>
      <w:hyperlink r:id="rId10">
        <w:r>
          <w:rPr>
            <w:color w:val="0000EE"/>
            <w:u w:val="single"/>
          </w:rPr>
          <w:t>https://www.advocate.com/television/2020/4/03/first-look-ryan-murphys-ultra-queer-reimagining-hollywood</w:t>
        </w:r>
      </w:hyperlink>
      <w:r>
        <w:t xml:space="preserve"> - This article from The Advocate provides a first look at Ryan Murphy's 'Hollywood', a series that reimagines classic Hollywood with a queer, intersectional perspective. The piece discusses how the show flips the script on the straight white male studio stronghold of Hollywood's Golden Age, delivering a queer, intersectional world. It highlights Murphy's approach to storytelling and the show's focus on LGBTQ+ representation.</w:t>
      </w:r>
      <w:r/>
    </w:p>
    <w:p>
      <w:pPr>
        <w:pStyle w:val="ListNumber"/>
        <w:spacing w:line="240" w:lineRule="auto"/>
        <w:ind w:left="720"/>
      </w:pPr>
      <w:r/>
      <w:hyperlink r:id="rId11">
        <w:r>
          <w:rPr>
            <w:color w:val="0000EE"/>
            <w:u w:val="single"/>
          </w:rPr>
          <w:t>https://www.broadwayworld.com/bwwtv/article/LGBTQ-on-TV-GLEE-20200610</w:t>
        </w:r>
      </w:hyperlink>
      <w:r>
        <w:t xml:space="preserve"> - This article from BroadwayWorld discusses the impact of 'Glee', a television series co-created by Ryan Murphy, on LGBTQ+ representation on TV. The piece highlights how 'Glee' broke barriers for the LGBTQ+ community by featuring a diverse ensemble cast full of LGBTQ+ characters. It discusses the show's influence on mainstream television and its role in promoting inclusivity and representation.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gay-tv-shows/ryan-murphy-queerest-shows" TargetMode="External"/><Relationship Id="rId10" Type="http://schemas.openxmlformats.org/officeDocument/2006/relationships/hyperlink" Target="https://www.advocate.com/television/2020/4/03/first-look-ryan-murphys-ultra-queer-reimagining-hollywood" TargetMode="External"/><Relationship Id="rId11" Type="http://schemas.openxmlformats.org/officeDocument/2006/relationships/hyperlink" Target="https://www.broadwayworld.com/bwwtv/article/LGBTQ-on-TV-GLEE-20200610" TargetMode="External"/><Relationship Id="rId12" Type="http://schemas.openxmlformats.org/officeDocument/2006/relationships/hyperlink" Target="https://www.newyorker.com/magazine/2012/11/26/queer-eyes-full-heart" TargetMode="External"/><Relationship Id="rId13" Type="http://schemas.openxmlformats.org/officeDocument/2006/relationships/hyperlink" Target="https://en.wikipedia.org/wiki/Pose_(TV_series)" TargetMode="External"/><Relationship Id="rId14" Type="http://schemas.openxmlformats.org/officeDocument/2006/relationships/hyperlink" Target="https://horrorpress.com/editorials/1692/american-horror-story-a-very-gay-showc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