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Wave 2026 Guide: What to Expect at Cyprus’s LGBTQIA+ Film Festival</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Buzzing with colour and conversation, Queer Wave 2026 returns to Nicosia this September, bringing ten days of screenings, performances and special events that spotlight local and international LGBTQIA+ stories and creative voices , a must for film lovers and the queer community.</w:t>
      </w:r>
      <w:r/>
    </w:p>
    <w:p>
      <w:r/>
      <w:r>
        <w:t>Essential Takeaways</w:t>
      </w:r>
      <w:r/>
      <w:r/>
    </w:p>
    <w:p>
      <w:pPr>
        <w:pStyle w:val="ListBullet"/>
        <w:spacing w:line="240" w:lineRule="auto"/>
        <w:ind w:left="720"/>
      </w:pPr>
      <w:r/>
      <w:r>
        <w:rPr>
          <w:b/>
        </w:rPr>
        <w:t>When and where:</w:t>
      </w:r>
      <w:r>
        <w:t xml:space="preserve"> Queer Wave runs September 18–27 at NiMAC, Nicosia, with a ten-day packed programme.</w:t>
      </w:r>
      <w:r/>
    </w:p>
    <w:p>
      <w:pPr>
        <w:pStyle w:val="ListBullet"/>
        <w:spacing w:line="240" w:lineRule="auto"/>
        <w:ind w:left="720"/>
      </w:pPr>
      <w:r/>
      <w:r>
        <w:rPr>
          <w:b/>
        </w:rPr>
        <w:t>What to expect:</w:t>
      </w:r>
      <w:r>
        <w:t xml:space="preserve"> A mixed programme of cinema, live performance and special events that foreground queer expression.</w:t>
      </w:r>
      <w:r/>
    </w:p>
    <w:p>
      <w:pPr>
        <w:pStyle w:val="ListBullet"/>
        <w:spacing w:line="240" w:lineRule="auto"/>
        <w:ind w:left="720"/>
      </w:pPr>
      <w:r/>
      <w:r>
        <w:rPr>
          <w:b/>
        </w:rPr>
        <w:t>Local support:</w:t>
      </w:r>
      <w:r>
        <w:t xml:space="preserve"> The festival continues to showcase Cypriot filmmakers alongside international premieres.</w:t>
      </w:r>
      <w:r/>
    </w:p>
    <w:p>
      <w:pPr>
        <w:pStyle w:val="ListBullet"/>
        <w:spacing w:line="240" w:lineRule="auto"/>
        <w:ind w:left="720"/>
      </w:pPr>
      <w:r/>
      <w:r>
        <w:rPr>
          <w:b/>
        </w:rPr>
        <w:t>Accessible updates:</w:t>
      </w:r>
      <w:r>
        <w:t xml:space="preserve"> Official programme and pre-festival events will be announced on the festival website and social channels.</w:t>
      </w:r>
      <w:r/>
    </w:p>
    <w:p>
      <w:pPr>
        <w:pStyle w:val="ListBullet"/>
        <w:spacing w:line="240" w:lineRule="auto"/>
        <w:ind w:left="720"/>
      </w:pPr>
      <w:r/>
      <w:r>
        <w:rPr>
          <w:b/>
        </w:rPr>
        <w:t>Atmosphere:</w:t>
      </w:r>
      <w:r>
        <w:t xml:space="preserve"> Expect lively gatherings, thoughtful screenings and opportunities for conversation , a warm, celebratory vibe.</w:t>
      </w:r>
      <w:r/>
      <w:r/>
    </w:p>
    <w:p>
      <w:pPr>
        <w:pStyle w:val="Heading2"/>
      </w:pPr>
      <w:r>
        <w:t>A bold return to NiMAC , dates, vibe and first impressions</w:t>
      </w:r>
      <w:r/>
    </w:p>
    <w:p>
      <w:r/>
      <w:r>
        <w:t>Queer Wave is back in the artsy heart of Nicosia, and the mood already feels upbeat and anticipatory. The festival takes place at NiMAC between 18 and 27 September, offering a compact, easy-to-navigate ten-day run. Organisers have been building momentum with hints of a diverse slate: films, live performance slots and side events that promise to make the venue hum.</w:t>
      </w:r>
      <w:r/>
    </w:p>
    <w:p>
      <w:r/>
      <w:r>
        <w:t>Since its 2020 launch, Queer Wave has steadily made itself a cultural fixture on the island. The festival’s format , mixing premieres with local projects , keeps the buzz fresh; audiences know they’ll see international work they might otherwise miss, plus homegrown voices that matter. If you like festivals that feel inclusive and buzzing rather than corporate, this one usually lands on the friendlier side.</w:t>
      </w:r>
      <w:r/>
    </w:p>
    <w:p>
      <w:pPr>
        <w:pStyle w:val="Heading2"/>
      </w:pPr>
      <w:r>
        <w:t>What’s on the programme , cinema, performance and special events</w:t>
      </w:r>
      <w:r/>
    </w:p>
    <w:p>
      <w:r/>
      <w:r>
        <w:t>This edition is billed as a mosaic of cinema and performance, which means you won’t just be watching films in silence. Expect post-screening Q&amp;As, live pieces that intersect with the screenings, and special events designed to spark conversation. The blend helps the festival feel like a living, social experience, not just a series of one-way viewings.</w:t>
      </w:r>
      <w:r/>
    </w:p>
    <w:p>
      <w:r/>
      <w:r>
        <w:t>Organisers say the official schedule and pre-festival activities will be posted on queerwave.com and the festival’s social channels. That’s where you’ll find ticket releases, timings and any free community events. For those planning a visit, keep an eye on those feeds , late additions and pop-up events are part of the charm.</w:t>
      </w:r>
      <w:r/>
    </w:p>
    <w:p>
      <w:pPr>
        <w:pStyle w:val="Heading2"/>
      </w:pPr>
      <w:r>
        <w:t>Why Cyprus needs Queer Wave , context and cultural impact</w:t>
      </w:r>
      <w:r/>
    </w:p>
    <w:p>
      <w:r/>
      <w:r>
        <w:t>Queer Wave has quietly become important for visibility on the island, offering a space for LGBTQIA+ stories to be seen and discussed. Over the last six years, the festival has presented more than 250 Cyprus premieres, a solid record for a relatively young event. That track record matters for filmmakers and audiences alike; premieres draw attention and create local conversation.</w:t>
      </w:r>
      <w:r/>
    </w:p>
    <w:p>
      <w:r/>
      <w:r>
        <w:t>The festival also supports Cypriot creatives, offering them the chance to screen work alongside international peers. That mix helps the local industry grow, and it gives audiences a chance to see queer life both from abroad and from their own streets. In an environment where representation still feels earned, this festival does tangible work.</w:t>
      </w:r>
      <w:r/>
    </w:p>
    <w:p>
      <w:pPr>
        <w:pStyle w:val="Heading2"/>
      </w:pPr>
      <w:r>
        <w:t>How to plan your visit , tickets, accessibility and practical tips</w:t>
      </w:r>
      <w:r/>
    </w:p>
    <w:p>
      <w:r/>
      <w:r>
        <w:t>Start by bookmarking queerwave.com and following @queerwavecyprus for announcements. Ticketing often includes single-screen tickets plus festival passes; if you want the full immersion, a pass can be the best value and saves the panic of sold-out shows. NB: popular screenings and opening-night events can go quickly.</w:t>
      </w:r>
      <w:r/>
    </w:p>
    <w:p>
      <w:r/>
      <w:r>
        <w:t>Think about practicalities too: NiMAC is central but seats can be limited, so arrive early for events you don’t want to miss. If you need accessible seating or interpretation services, contact the festival team ahead , many small festivals are happy to accommodate if they know in advance. Also, pack layers; screening rooms and venues tend to run cool.</w:t>
      </w:r>
      <w:r/>
    </w:p>
    <w:p>
      <w:pPr>
        <w:pStyle w:val="Heading2"/>
      </w:pPr>
      <w:r>
        <w:t>Festival trends and what to watch for this year</w:t>
      </w:r>
      <w:r/>
    </w:p>
    <w:p>
      <w:r/>
      <w:r>
        <w:t>Queer Wave mirrors larger festival shifts , a focus on hybrid programming, community engagement and performances that extend film into live spaces. There’s also a growing appetite for regional voices, so look out for Cypriot shorts or features that interrogate local identity and queer experience. International entries will likely bring the wider conversations, from politics to intimacy to joy.</w:t>
      </w:r>
      <w:r/>
    </w:p>
    <w:p>
      <w:r/>
      <w:r>
        <w:t>If you want to make the most of the festival, mix and match: see a headline international screening, attend a local short program, and join a talk or party. That combination gives you perspective and pleasure. And if a screening sparks something, stick around for the Q&amp;A those moments are often where the real insight happens.</w:t>
      </w:r>
      <w:r/>
    </w:p>
    <w:p>
      <w:r/>
      <w:r>
        <w:t>It's a small change that can make every screening feel like a shared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3">
        <w:r>
          <w:rPr>
            <w:color w:val="0000EE"/>
            <w:u w:val="single"/>
          </w:rPr>
          <w:t>[6]</w:t>
        </w:r>
      </w:hyperlink>
      <w:r>
        <w:t xml:space="preserve">- Paragraph 5: </w:t>
      </w:r>
      <w:hyperlink r:id="rId14">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https://cyprus-mail.com/2026/08/07/queer-wave-2026-coming-next-month</w:t>
        </w:r>
      </w:hyperlink>
      <w:r>
        <w:t xml:space="preserve"> - Please view link - unable to able to access data</w:t>
      </w:r>
      <w:r/>
    </w:p>
    <w:p>
      <w:pPr>
        <w:pStyle w:val="ListNumber"/>
        <w:spacing w:line="240" w:lineRule="auto"/>
        <w:ind w:left="720"/>
      </w:pPr>
      <w:r/>
      <w:hyperlink r:id="rId10">
        <w:r>
          <w:rPr>
            <w:color w:val="0000EE"/>
            <w:u w:val="single"/>
          </w:rPr>
          <w:t>https://queerwave.com/festival/</w:t>
        </w:r>
      </w:hyperlink>
      <w:r>
        <w:t xml:space="preserve"> - Queer Wave is Cyprus' LGBTQIA+ film festival, aiming to make queer cinema accessible to Cypriot audiences. The festival addresses the gap in local LGBTQIA+ film representation and brings communities together through non-profit events. The 2026 edition is scheduled from September 18 to 27 at NiMAC in Nicosia, featuring screenings, performances, and special events. The official programme and pre-festival events will be announced shortly on the festival's website and social media channels.</w:t>
      </w:r>
      <w:r/>
    </w:p>
    <w:p>
      <w:pPr>
        <w:pStyle w:val="ListNumber"/>
        <w:spacing w:line="240" w:lineRule="auto"/>
        <w:ind w:left="720"/>
      </w:pPr>
      <w:r/>
      <w:hyperlink r:id="rId14">
        <w:r>
          <w:rPr>
            <w:color w:val="0000EE"/>
            <w:u w:val="single"/>
          </w:rPr>
          <w:t>https://www.letsculture.cy/event/6th-queer-wave-cyprus-lgbtqia-film-festival/</w:t>
        </w:r>
      </w:hyperlink>
      <w:r>
        <w:t xml:space="preserve"> - The 6th Queer Wave: Cyprus LGBTQIA+ Film Festival took place from September 12 to 21, 2025, at the Nicosia Municipal Arts Centre. The festival offered ten days of cinema, discussions, and parallel events, showcasing local and international works, including queer cinema from past decades. Attendees had the opportunity to watch six short films by Cypriot filmmakers and participate in various parallel events led by local artists from both sides of the green line.</w:t>
      </w:r>
      <w:r/>
    </w:p>
    <w:p>
      <w:pPr>
        <w:pStyle w:val="ListNumber"/>
        <w:spacing w:line="240" w:lineRule="auto"/>
        <w:ind w:left="720"/>
      </w:pPr>
      <w:r/>
      <w:hyperlink r:id="rId11">
        <w:r>
          <w:rPr>
            <w:color w:val="0000EE"/>
            <w:u w:val="single"/>
          </w:rPr>
          <w:t>https://www.prideofthedeise.com/queer-vision/queer-vision-2026</w:t>
        </w:r>
      </w:hyperlink>
      <w:r>
        <w:t xml:space="preserve"> - Queer Vision 2026 was an international LGBTQIA+ film festival held on February 6-7, 2026, at the Garter Lane Arts Centre in Waterford, Ireland. The festival showcased exceptional short films from Ireland and around the world, including Irish-language drama, international animation, documentary, and dark comedy. Queer Vision 2026 received 85 submissions from filmmakers in 26 countries, reflecting its growing reach and reputation. The festival also featured networking opportunities and panel discussions, supported by Screen Waterford.</w:t>
      </w:r>
      <w:r/>
    </w:p>
    <w:p>
      <w:pPr>
        <w:pStyle w:val="ListNumber"/>
        <w:spacing w:line="240" w:lineRule="auto"/>
        <w:ind w:left="720"/>
      </w:pPr>
      <w:r/>
      <w:hyperlink r:id="rId12">
        <w:r>
          <w:rPr>
            <w:color w:val="0000EE"/>
            <w:u w:val="single"/>
          </w:rPr>
          <w:t>https://cyculture2026.eu/events/queer-wave-presents-stella-four-cities-one-screen/</w:t>
        </w:r>
      </w:hyperlink>
      <w:r>
        <w:t xml:space="preserve"> - On March 31, 2026, Queer Wave presented 'Stella' by Michalis Cacoyannis in four simultaneous screenings across Nicosia, Limassol, Larnaca, and Paphos. The event was part of the Cultural Programme of the Cyprus Presidency of the Council of the EU 2026. The iconic film, starring Melina Mercouri, was re-examined through a contemporary queer lens, highlighting themes of gender roles, freedom, and social conflict that remain relevant today. The screenings aimed to shed new light on Cacoyannis' work and foster dialogue around identity and desire.</w:t>
      </w:r>
      <w:r/>
    </w:p>
    <w:p>
      <w:pPr>
        <w:pStyle w:val="ListNumber"/>
        <w:spacing w:line="240" w:lineRule="auto"/>
        <w:ind w:left="720"/>
      </w:pPr>
      <w:r/>
      <w:hyperlink r:id="rId13">
        <w:r>
          <w:rPr>
            <w:color w:val="0000EE"/>
            <w:u w:val="single"/>
          </w:rPr>
          <w:t>https://filmfreeway.com/QueerWave</w:t>
        </w:r>
      </w:hyperlink>
      <w:r>
        <w:t xml:space="preserve"> - Queer Wave is the only festival in Cyprus focusing on LGBTQIA+ cinema, particularly interested in receiving submissions from underrepresented groups and countries where LGBTQIA+ rights and representation are lacking. The festival aims to amplify new and daring international voices in LGBTQIA+ cinema and enrich the variety of cultural events in Cyprus. Following its first edition online in 2020, Queer Wave received international recognition as one of 20 finalists shortlisted for the 2021 Commonwealth Youth Awards, among 1,000 projects from 43 countries of the Commonwealth.</w:t>
      </w:r>
      <w:r/>
    </w:p>
    <w:p>
      <w:pPr>
        <w:pStyle w:val="ListNumber"/>
        <w:spacing w:line="240" w:lineRule="auto"/>
        <w:ind w:left="720"/>
      </w:pPr>
      <w:r/>
      <w:hyperlink r:id="rId15">
        <w:r>
          <w:rPr>
            <w:color w:val="0000EE"/>
            <w:u w:val="single"/>
          </w:rPr>
          <w:t>https://www.cyfifest.com/about</w:t>
        </w:r>
      </w:hyperlink>
      <w:r>
        <w:t xml:space="preserve"> - CyFi Fest is Cyprus' film festival dedicated to the art of genre cinema, founded in 2018 and returning in 2026 after a long hiatus. The festival celebrates science fiction, fantasy, horror, thriller, and cult classics from the Mediterranean and beyond. CyFi Fest serves as a meeting point for filmmakers, audiences, and enthusiasts who believe that genre storytelling is an exciting and expressive form of contemporary cinema. The 2026 edition is scheduled from February 20 to 22 at the Pantheon Cinema in Nicosia.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yprus-mail.com/2026/08/07/queer-wave-2026-coming-next-month" TargetMode="External"/><Relationship Id="rId10" Type="http://schemas.openxmlformats.org/officeDocument/2006/relationships/hyperlink" Target="https://queerwave.com/festival/" TargetMode="External"/><Relationship Id="rId11" Type="http://schemas.openxmlformats.org/officeDocument/2006/relationships/hyperlink" Target="https://www.prideofthedeise.com/queer-vision/queer-vision-2026" TargetMode="External"/><Relationship Id="rId12" Type="http://schemas.openxmlformats.org/officeDocument/2006/relationships/hyperlink" Target="https://cyculture2026.eu/events/queer-wave-presents-stella-four-cities-one-screen/" TargetMode="External"/><Relationship Id="rId13" Type="http://schemas.openxmlformats.org/officeDocument/2006/relationships/hyperlink" Target="https://filmfreeway.com/QueerWave" TargetMode="External"/><Relationship Id="rId14" Type="http://schemas.openxmlformats.org/officeDocument/2006/relationships/hyperlink" Target="https://www.letsculture.cy/event/6th-queer-wave-cyprus-lgbtqia-film-festival/" TargetMode="External"/><Relationship Id="rId15" Type="http://schemas.openxmlformats.org/officeDocument/2006/relationships/hyperlink" Target="https://www.cyfifest.com/ab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