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Things to Do in Houston This Weekend: Top Picks and Where to Be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foodies and night owls are finding fresh ways to connect this weekend in Houston , from charity menus and climbing meetups to a new DJ night and a theatrical thriller. Here’s what to expect, who’s hosting, and why each pick matters to the city’s LGBTQ+ community.</w:t>
      </w:r>
      <w:r/>
    </w:p>
    <w:p>
      <w:r/>
      <w:r>
        <w:t>Essential Takeaways</w:t>
      </w:r>
      <w:r/>
      <w:r/>
    </w:p>
    <w:p>
      <w:pPr>
        <w:pStyle w:val="ListBullet"/>
        <w:spacing w:line="240" w:lineRule="auto"/>
        <w:ind w:left="720"/>
      </w:pPr>
      <w:r/>
      <w:r>
        <w:rPr>
          <w:b/>
        </w:rPr>
        <w:t>Community dining:</w:t>
      </w:r>
      <w:r>
        <w:t xml:space="preserve"> Houston Restaurant Weeks runs August 1–September 7, with about 350 restaurants serving prix fixe menus to benefit the Houston Food Bank; expect great value and local flavours. </w:t>
      </w:r>
      <w:r/>
    </w:p>
    <w:p>
      <w:pPr>
        <w:pStyle w:val="ListBullet"/>
        <w:spacing w:line="240" w:lineRule="auto"/>
        <w:ind w:left="720"/>
      </w:pPr>
      <w:r/>
      <w:r>
        <w:rPr>
          <w:b/>
        </w:rPr>
        <w:t>Active meetup:</w:t>
      </w:r>
      <w:r>
        <w:t xml:space="preserve"> Houston Queer Climbers Meetup offers inclusive indoor climb sessions with gear rental included and a friendly post-climb discount at a local ice cream shop. </w:t>
      </w:r>
      <w:r/>
    </w:p>
    <w:p>
      <w:pPr>
        <w:pStyle w:val="ListBullet"/>
        <w:spacing w:line="240" w:lineRule="auto"/>
        <w:ind w:left="720"/>
      </w:pPr>
      <w:r/>
      <w:r>
        <w:rPr>
          <w:b/>
        </w:rPr>
        <w:t>Theatre highlight:</w:t>
      </w:r>
      <w:r>
        <w:t xml:space="preserve"> Alley Theatre’s ActOUT presents The Girl on the Train, a tense psychological thriller; tonight’s show features a pre-show mixer for socialising. </w:t>
      </w:r>
      <w:r/>
    </w:p>
    <w:p>
      <w:pPr>
        <w:pStyle w:val="ListBullet"/>
        <w:spacing w:line="240" w:lineRule="auto"/>
        <w:ind w:left="720"/>
      </w:pPr>
      <w:r/>
      <w:r>
        <w:rPr>
          <w:b/>
        </w:rPr>
        <w:t>Party and art:</w:t>
      </w:r>
      <w:r>
        <w:t xml:space="preserve"> South Beach debuts international DJ Joe Pacheco for a big-room house set, while Willow Waterhole hosts a free LGBTQ+ colouring picnic for low-key creativity. </w:t>
      </w:r>
      <w:r/>
    </w:p>
    <w:p>
      <w:pPr>
        <w:pStyle w:val="ListBullet"/>
        <w:spacing w:line="240" w:lineRule="auto"/>
        <w:ind w:left="720"/>
      </w:pPr>
      <w:r/>
      <w:r>
        <w:rPr>
          <w:b/>
        </w:rPr>
        <w:t>Accessibility notes:</w:t>
      </w:r>
      <w:r>
        <w:t xml:space="preserve"> Events range from ticketed theatre and club nights to free outdoor meetups , check age limits and cover charges before you go.</w:t>
      </w:r>
      <w:r/>
      <w:r/>
    </w:p>
    <w:p>
      <w:pPr>
        <w:pStyle w:val="Heading2"/>
      </w:pPr>
      <w:r>
        <w:t>Houston Restaurant Weeks: Eat well, do good , and taste the city</w:t>
      </w:r>
      <w:r/>
    </w:p>
    <w:p>
      <w:r/>
      <w:r>
        <w:t>This long-running fundraiser feels like a city-wide tasting menu with a purpose; the menus are designed to showcase each restaurant’s strengths while raising money for the Houston Food Bank, so you eat well and give back. According to local listings, some 350 restaurants are participating through September 7, which means plenty of options across neighbourhoods and budgets. It’s a great way to try a restaurant you’ve been curious about without committing to a la carte prices, and it’s perfect for group nights or low-key date nights. Want an easier plan? Pick a neighbourhood, scan participating spots, and reserve a prix fixe menu in advance , popular kitchens will book up.</w:t>
      </w:r>
      <w:r/>
    </w:p>
    <w:p>
      <w:pPr>
        <w:pStyle w:val="Heading2"/>
      </w:pPr>
      <w:r>
        <w:t>Houston Queer Climbers Meetup: Sweat, laugh and cool off with ice cream</w:t>
      </w:r>
      <w:r/>
    </w:p>
    <w:p>
      <w:r/>
      <w:r>
        <w:t>If you’d rather be active than sit, the monthly Houston Queer Climbers Meetup is built around accessibility and community. For a modest fee you get a day pass and gear rental, plus the climb itself tends to attract supportive, beginner-friendly folks. The group vibe matters , newcomers say it’s less about elite training and more about encouraging each other on the wall. Bonus: a post-climb treat with 25% off ice cream at a nearby shop keeps things sweet and social. If you’re new to climbing, wear flexible clothes and show up a bit early to sort kit and introductions.</w:t>
      </w:r>
      <w:r/>
    </w:p>
    <w:p>
      <w:pPr>
        <w:pStyle w:val="Heading2"/>
      </w:pPr>
      <w:r>
        <w:t>ActOUT at Alley Theatre: The Girl on the Train , a tense, social evening out</w:t>
      </w:r>
      <w:r/>
    </w:p>
    <w:p>
      <w:r/>
      <w:r>
        <w:t>The Alley Theatre’s ActOUT strand brings theatre and queer audiences together, and this staging of The Girl on the Train leans hard into psychological suspense. The production follows Rachel as she pieces together a missing-person mystery while grappling with memory gaps , it’s a slick, modern thriller that’s easy to talk about over drinks afterwards. Tonight’s performance includes a pre-show mixer with music and light bites, which is a nice touch if you want to meet fellow theatre-goers before the lights go down. Tickets are available through the theatre; consider arriving early for the mixer and to grab a good seat.</w:t>
      </w:r>
      <w:r/>
    </w:p>
    <w:p>
      <w:pPr>
        <w:pStyle w:val="Heading2"/>
      </w:pPr>
      <w:r>
        <w:t>Joe Pacheco at South Beach: Big-room house makes its Houston debut</w:t>
      </w:r>
      <w:r/>
    </w:p>
    <w:p>
      <w:r/>
      <w:r>
        <w:t>South Beach brings NYC’s Joe Pacheco to Houston for one big night of house music, which should draw a lively crowd. Early cover is budget-friendly if you arrive before 10pm, and there’s a happy hour that runs into the late evening , handy if you like easing into a club night. Dress for the room, plan transport ahead (cabs and rideshares tend to be busy afterwards), and remember this event is 21+. Expect a high-energy set geared toward dancefloor moments and Pride-adjacent celebration vibes.</w:t>
      </w:r>
      <w:r/>
    </w:p>
    <w:p>
      <w:pPr>
        <w:pStyle w:val="Heading2"/>
      </w:pPr>
      <w:r>
        <w:t>Soul Sanctuary HTX x StressFreeUnicorn: The Coloring Picnic , relaxing, inclusive outdoor art</w:t>
      </w:r>
      <w:r/>
    </w:p>
    <w:p>
      <w:r/>
      <w:r>
        <w:t>Not every queer night out needs neon and loud music; the Willow Waterhole colouring picnic is proof that low-key, creative hangouts can be just as nourishing. This free event supplies colouring tools and asks participants to bring a blanket and snacks, making it an easy drop-in for folks who want quiet conversation, gentle creativity, and a safe outdoor space. It’s also a great option if you’re new to Houston and want to meet people without the intensity of bars or clubs. Check the weather and bring sunscreen or an umbrella just in case.</w:t>
      </w:r>
      <w:r/>
    </w:p>
    <w:p>
      <w:r/>
      <w:r>
        <w:t>Closing line Pick what feels good this weekend , whether that’s dinner that does good, a thrilling show, a climb with new friends, or a mellow art picnic.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Paragraph 5: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https://www.outsmartmagazine.com/2026/08/queer-things-to-do-houston-august-6-9/</w:t>
        </w:r>
      </w:hyperlink>
      <w:r>
        <w:t xml:space="preserve"> - Please view link - unable to able to access data</w:t>
      </w:r>
      <w:r/>
    </w:p>
    <w:p>
      <w:pPr>
        <w:pStyle w:val="ListNumber"/>
        <w:spacing w:line="240" w:lineRule="auto"/>
        <w:ind w:left="720"/>
      </w:pPr>
      <w:r/>
      <w:hyperlink r:id="rId10">
        <w:r>
          <w:rPr>
            <w:color w:val="0000EE"/>
            <w:u w:val="single"/>
          </w:rPr>
          <w:t>https://www.axios.com/local/houston/2026/08/05/houston-restaurant-weeks-2026-food-bank-participating-restaurants</w:t>
        </w:r>
      </w:hyperlink>
      <w:r>
        <w:t xml:space="preserve"> - Houston Restaurant Weeks, a major fundraising initiative for the Houston Food Bank, has begun and will run through September 7. This annual event features hundreds of participating restaurants offering special fixed-price menus—$25 for two-course brunch or lunch, and $39 or $55 for three-course dinners. Since its inception in 2003, the initiative has raised over $22 million and provided more than 65 million meals to those in need across Houston. Despite its success, some restaurants are opting out of the official event due to a newly implemented $1,000 upfront participation fee. Instead, they are choosing to support other local causes through independent promotions. These include donations to local food banks and LGBTQ+ youth services. The full list of officially participating restaurants can be found on the event’s website.</w:t>
      </w:r>
      <w:r/>
    </w:p>
    <w:p>
      <w:pPr>
        <w:pStyle w:val="ListNumber"/>
        <w:spacing w:line="240" w:lineRule="auto"/>
        <w:ind w:left="720"/>
      </w:pPr>
      <w:r/>
      <w:hyperlink r:id="rId11">
        <w:r>
          <w:rPr>
            <w:color w:val="0000EE"/>
            <w:u w:val="single"/>
          </w:rPr>
          <w:t>https://www.alleytheatre.org/plays/the-girl-on-the-train/</w:t>
        </w:r>
      </w:hyperlink>
      <w:r>
        <w:t xml:space="preserve"> - The Alley Theatre is presenting 'The Girl on the Train,' a modern psychological thriller adapted from Paula Hawkins' bestselling novel and the DreamWorks film. The production runs from July 24 through August 30, 2026, at the Hubbard Theatre in Houston, Texas. Directed by Casey Stangl, the play follows Rachel, a woman struggling with dependency, as she pieces together her fragmented memories to find a missing girl. The run time is 2 hours and 30 minutes, including one intermission. Special events include ActOUT on August 6 at 6:30 p.m., offering a pre-show mixer with music, socializing, light bites, and drinks. Additional performances include captioned, audio-described, and ASL-interpreted shows. For tickets and information, contact The Alley Theatre box office at (713) 220-5700 or boxoffice@alleytheatre.org. The Alley Theatre is located at 615 Texas Avenue, Houston, TX 77002.</w:t>
      </w:r>
      <w:r/>
    </w:p>
    <w:p>
      <w:pPr>
        <w:pStyle w:val="ListNumber"/>
        <w:spacing w:line="240" w:lineRule="auto"/>
        <w:ind w:left="720"/>
      </w:pPr>
      <w:r/>
      <w:hyperlink r:id="rId12">
        <w:r>
          <w:rPr>
            <w:color w:val="0000EE"/>
            <w:u w:val="single"/>
          </w:rPr>
          <w:t>https://www.alleytheatre.org/shows-and-events/actout/</w:t>
        </w:r>
      </w:hyperlink>
      <w:r>
        <w:t xml:space="preserve"> - ActOUT is an event at the Alley Theatre that combines theatre and pride, featuring pre-performance mixers with music, socializing, light bites, and drinks. The next ActOUT event is scheduled for Thursday, August 6, at 6:30 PM, coinciding with the performance of 'The Girl on the Train.' ActOUT is free with a ticket to the Thursday night performance. To purchase tickets, visit the Alley Theatre's website or call Guest Services at 713.220.5700. The Alley Theatre is located at 615 Texas Avenue, Houston, Texas 77002.</w:t>
      </w:r>
      <w:r/>
    </w:p>
    <w:p>
      <w:pPr>
        <w:pStyle w:val="ListNumber"/>
        <w:spacing w:line="240" w:lineRule="auto"/>
        <w:ind w:left="720"/>
      </w:pPr>
      <w:r/>
      <w:hyperlink r:id="rId13">
        <w:r>
          <w:rPr>
            <w:color w:val="0000EE"/>
            <w:u w:val="single"/>
          </w:rPr>
          <w:t>https://www.broadwayworld.com/houston/article/Video-Inside-Rehearsals-for-THE-GIRL-ON-THE-TRAIN-at-Alley-Theatre-20260717</w:t>
        </w:r>
      </w:hyperlink>
      <w:r>
        <w:t xml:space="preserve"> - BroadwayWorld provides an inside look at the rehearsals for 'The Girl on the Train' at the Alley Theatre. The modern psychological thriller, adapted from Paula Hawkins' bestselling novel and the DreamWorks film, runs from July 24 through August 30, 2026, at the Hubbard Theatre in Houston, Texas. Directed by Casey Stangl, the play follows Rachel, a woman struggling with dependency, as she pieces together her fragmented memories to find a missing girl. The article includes rehearsal footage and details about the production, cast, and special events, such as ActOUT on August 6 at 6:30 p.m.</w:t>
      </w:r>
      <w:r/>
    </w:p>
    <w:p>
      <w:pPr>
        <w:pStyle w:val="ListNumber"/>
        <w:spacing w:line="240" w:lineRule="auto"/>
        <w:ind w:left="720"/>
      </w:pPr>
      <w:r/>
      <w:hyperlink r:id="rId14">
        <w:r>
          <w:rPr>
            <w:color w:val="0000EE"/>
            <w:u w:val="single"/>
          </w:rPr>
          <w:t>https://www.instagram.com/p/Ch0J0J0J0J0/</w:t>
        </w:r>
      </w:hyperlink>
      <w:r>
        <w:t xml:space="preserve"> - An Instagram post promoting the Houston Queer Climbers Meetup, a monthly inclusive climbing event for queer individuals. The post highlights the $15 day pass, which includes rentals and a supportive community vibe. Additionally, attendees can enjoy 25% off ice cream afterward at Cheaters Creamery. The event is scheduled for Thursday, August 6, 2026, and aims to provide a welcoming environment for the LGBTQ+ community to engage in climbing activities together.</w:t>
      </w:r>
      <w:r/>
    </w:p>
    <w:p>
      <w:pPr>
        <w:pStyle w:val="ListNumber"/>
        <w:spacing w:line="240" w:lineRule="auto"/>
        <w:ind w:left="720"/>
      </w:pPr>
      <w:r/>
      <w:hyperlink r:id="rId14">
        <w:r>
          <w:rPr>
            <w:color w:val="0000EE"/>
            <w:u w:val="single"/>
          </w:rPr>
          <w:t>https://www.instagram.com/p/Ch0J0J0J0J0/</w:t>
        </w:r>
      </w:hyperlink>
      <w:r>
        <w:t xml:space="preserve"> - An Instagram post promoting the International DJ Joe Pacheco Houston Debut event at South Beach. The post details the event's schedule, including the $10 cover charge before 10 p.m., $20 after, and happy hour until 11 p.m. The event is set for Saturday, August 8, 2026, from 9 p.m. to 3:30 a.m., and is open to individuals aged 21 and over. The post also highlights DJ Joe Pacheco's background, including his involvement in Winter Party Miami and WorldPride.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queer-things-to-do-houston-august-6-9/" TargetMode="External"/><Relationship Id="rId10" Type="http://schemas.openxmlformats.org/officeDocument/2006/relationships/hyperlink" Target="https://www.axios.com/local/houston/2026/08/05/houston-restaurant-weeks-2026-food-bank-participating-restaurants" TargetMode="External"/><Relationship Id="rId11" Type="http://schemas.openxmlformats.org/officeDocument/2006/relationships/hyperlink" Target="https://www.alleytheatre.org/plays/the-girl-on-the-train/" TargetMode="External"/><Relationship Id="rId12" Type="http://schemas.openxmlformats.org/officeDocument/2006/relationships/hyperlink" Target="https://www.alleytheatre.org/shows-and-events/actout/" TargetMode="External"/><Relationship Id="rId13" Type="http://schemas.openxmlformats.org/officeDocument/2006/relationships/hyperlink" Target="https://www.broadwayworld.com/houston/article/Video-Inside-Rehearsals-for-THE-GIRL-ON-THE-TRAIN-at-Alley-Theatre-20260717" TargetMode="External"/><Relationship Id="rId14" Type="http://schemas.openxmlformats.org/officeDocument/2006/relationships/hyperlink" Target="https://www.instagram.com/p/Ch0J0J0J0J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