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Sports Festival in Cologne: Janus Queer Games Celebrate Inclusive Competition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spectacle and sport are already marking calendars: the Janus Queer Games return to Cologne from Friday 7 to Sunday 9 August, bringing around 600 players from across Europe together for inclusive competitions in volleyball, football, handball, athletics, badminton, basketball and the city‑forest “Frontrun”, plus a colourful social programme that celebrates diversity and tolerance.</w:t>
      </w:r>
      <w:r/>
    </w:p>
    <w:p>
      <w:r/>
      <w:r>
        <w:t>Essential Takeaways</w:t>
      </w:r>
      <w:r/>
      <w:r/>
    </w:p>
    <w:p>
      <w:pPr>
        <w:pStyle w:val="ListBullet"/>
        <w:spacing w:line="240" w:lineRule="auto"/>
        <w:ind w:left="720"/>
      </w:pPr>
      <w:r/>
      <w:r>
        <w:rPr>
          <w:b/>
        </w:rPr>
        <w:t>Event scope:</w:t>
      </w:r>
      <w:r>
        <w:t xml:space="preserve"> Roughly 600 participants from across Europe compete in multiple team and individual sports over three days.</w:t>
      </w:r>
      <w:r/>
    </w:p>
    <w:p>
      <w:pPr>
        <w:pStyle w:val="ListBullet"/>
        <w:spacing w:line="240" w:lineRule="auto"/>
        <w:ind w:left="720"/>
      </w:pPr>
      <w:r/>
      <w:r>
        <w:rPr>
          <w:b/>
        </w:rPr>
        <w:t>Opening and social life:</w:t>
      </w:r>
      <w:r>
        <w:t xml:space="preserve"> The weekend opens with a Welcome street festival and closes with a bingo brunch, with a late nightclub Sport‑Party on Saturday.</w:t>
      </w:r>
      <w:r/>
    </w:p>
    <w:p>
      <w:pPr>
        <w:pStyle w:val="ListBullet"/>
        <w:spacing w:line="240" w:lineRule="auto"/>
        <w:ind w:left="720"/>
      </w:pPr>
      <w:r/>
      <w:r>
        <w:rPr>
          <w:b/>
        </w:rPr>
        <w:t>Inclusive mission:</w:t>
      </w:r>
      <w:r>
        <w:t xml:space="preserve"> Organised by SC Janus, Europe’s oldest and largest queer sports club, the Games are intended as a safe, welcoming space for all genders and orientations.</w:t>
      </w:r>
      <w:r/>
    </w:p>
    <w:p>
      <w:pPr>
        <w:pStyle w:val="ListBullet"/>
        <w:spacing w:line="240" w:lineRule="auto"/>
        <w:ind w:left="720"/>
      </w:pPr>
      <w:r/>
      <w:r>
        <w:rPr>
          <w:b/>
        </w:rPr>
        <w:t>Practicalities:</w:t>
      </w:r>
      <w:r>
        <w:t xml:space="preserve"> Tickets for the party and brunch are available online, and people can still sign up to participate via the SC Janus website.</w:t>
      </w:r>
      <w:r/>
    </w:p>
    <w:p>
      <w:pPr>
        <w:pStyle w:val="ListBullet"/>
        <w:spacing w:line="240" w:lineRule="auto"/>
        <w:ind w:left="720"/>
      </w:pPr>
      <w:r/>
      <w:r>
        <w:rPr>
          <w:b/>
        </w:rPr>
        <w:t>Atmosphere:</w:t>
      </w:r>
      <w:r>
        <w:t xml:space="preserve"> Expect spirited competition, friendly camaraderie, colourful events and an emphasis on accessibility rather than elite performance.</w:t>
      </w:r>
      <w:r/>
      <w:r/>
    </w:p>
    <w:p>
      <w:pPr>
        <w:pStyle w:val="Heading2"/>
      </w:pPr>
      <w:r>
        <w:t>A lively return-to-play for queer sport in Cologne</w:t>
      </w:r>
      <w:r/>
    </w:p>
    <w:p>
      <w:r/>
      <w:r>
        <w:t>The strongest thing about the Janus Queer Games is their atmosphere: loud, friendly and colourful, with the faint tang of summer in the air and runners’ shoes on trails. The tournament, staged this year across venues in Cologne, brings hundreds of athletes together for everything from volleyball sets to a windy city‑forest run. According to SC Janus, the aim is straightforward , sport plus social connection , and the schedule reflects that mix with competition by day and parties and brunches by night.</w:t>
      </w:r>
      <w:r/>
    </w:p>
    <w:p>
      <w:r/>
      <w:r>
        <w:t>The club revived the Games after a long pause and now runs them annually, positioning them as more than a sporting contest. Organisers and participants say the event functions as a community hub where people of diverse gender identities and sexual orientations can feel safe competing and spectating.</w:t>
      </w:r>
      <w:r/>
    </w:p>
    <w:p>
      <w:pPr>
        <w:pStyle w:val="Heading2"/>
      </w:pPr>
      <w:r>
        <w:t>What to expect on the ground: fixtures, festival, and a Frontrun</w:t>
      </w:r>
      <w:r/>
    </w:p>
    <w:p>
      <w:r/>
      <w:r>
        <w:t>If you’re judging the weekend by the programme, it’s refreshingly varied. Matches and track events take place mainly on Saturday, there’s an opening Welcome street festival on Schaafenstraße with city dignitaries joining community reps, and the famed Frontrun sends runners through the Stadtwald over several distances. The evening Sport‑Party at Clubbahnhof Ehrenfeld is pitched for late‑night celebrating, while a Sunday bingo brunch offers a gentler goodbye.</w:t>
      </w:r>
      <w:r/>
    </w:p>
    <w:p>
      <w:r/>
      <w:r>
        <w:t>Tourism listings and the SC Janus event pages outline venues and timings, so newcomers can plan which sports or social events to join. For spectators, bring a foldable chair, a lightweight jacket and a readiness for colourful signs and loud encouragement.</w:t>
      </w:r>
      <w:r/>
    </w:p>
    <w:p>
      <w:pPr>
        <w:pStyle w:val="Heading2"/>
      </w:pPr>
      <w:r>
        <w:t>Why inclusive tournaments matter , beyond medals</w:t>
      </w:r>
      <w:r/>
    </w:p>
    <w:p>
      <w:r/>
      <w:r>
        <w:t>Events like the Janus Queer Games aren’t just about podiums; they’re about visibility and safety. Organisers stress that the tournament welcomes every skill level, from casual players to more competitive teams, which makes it an attractive weekend for anyone wanting to try a sport in a non‑judgemental setting. For many attendees, the emotional lift of playing openly and being cheered by a supportive crowd matters as much as winning.</w:t>
      </w:r>
      <w:r/>
    </w:p>
    <w:p>
      <w:r/>
      <w:r>
        <w:t>The model echoes wider shifts in sport where local clubs and festival‑style events emphasise participation, wellbeing and community over elite performance. Expect practical benefits too: newbies can find pick‑up games, while experienced players can scout teams and training partners.</w:t>
      </w:r>
      <w:r/>
    </w:p>
    <w:p>
      <w:pPr>
        <w:pStyle w:val="Heading2"/>
      </w:pPr>
      <w:r>
        <w:t>How to join, watch or plan your weekend</w:t>
      </w:r>
      <w:r/>
    </w:p>
    <w:p>
      <w:r/>
      <w:r>
        <w:t>Signing up remains straightforward via the SC Janus Queergames pages, where you’ll find registration forms, venue maps and ticket links for the party (from about €16) and brunch (from about €40). If you’re entering a team, check event rules and size categories early; if you’re coming as a spectator, aim to arrive at the Welcome festival to soak up the vibe and pick up an event schedule.</w:t>
      </w:r>
      <w:r/>
    </w:p>
    <w:p>
      <w:r/>
      <w:r>
        <w:t>Accessibility is taken seriously , venues and organisers tend to publish information for participants with different needs , but if you require specific support, contact organisers in advance to confirm arrangements. Local transport and cycling routes make hopping between event sites easy.</w:t>
      </w:r>
      <w:r/>
    </w:p>
    <w:p>
      <w:pPr>
        <w:pStyle w:val="Heading2"/>
      </w:pPr>
      <w:r>
        <w:t>The human side: community, celebration and the week after</w:t>
      </w:r>
      <w:r/>
    </w:p>
    <w:p>
      <w:r/>
      <w:r>
        <w:t>There’s always a warm, slightly messy human element at the Janus Queer Games , impromptu chants, brightly painted faces, and the odd trophy awkwardly hugged by someone in flip‑flops. The mayor’s presence at the opening underscores how civic and community life intersect here, and the social events knit strangers into teammates by Sunday.</w:t>
      </w:r>
      <w:r/>
    </w:p>
    <w:p>
      <w:r/>
      <w:r>
        <w:t>Looking ahead, the Games are likely to grow in profile and attendance, continuing to put queer sport on the map in Germany and beyond. Whether you come to compete, volunteer or watch, you’ll leave with a sense that sport can be both joyful and civic-minded.</w:t>
      </w:r>
      <w:r/>
    </w:p>
    <w:p>
      <w:r/>
      <w:r>
        <w:t>It’s a small change to your summer plans that can make every match, run and brunch feel a bit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1">
        <w:r>
          <w:rPr>
            <w:color w:val="0000EE"/>
            <w:u w:val="single"/>
          </w:rPr>
          <w:t>[4]</w:t>
        </w:r>
      </w:hyperlink>
      <w:r>
        <w:t xml:space="preserve">- Paragraph 4: </w:t>
      </w:r>
      <w:hyperlink r:id="rId10">
        <w:r>
          <w:rPr>
            <w:color w:val="0000EE"/>
            <w:u w:val="single"/>
          </w:rPr>
          <w:t>[2]</w:t>
        </w:r>
      </w:hyperlink>
      <w:r>
        <w:t xml:space="preserve">, </w:t>
      </w:r>
      <w:hyperlink r:id="rId13">
        <w:r>
          <w:rPr>
            <w:color w:val="0000EE"/>
            <w:u w:val="single"/>
          </w:rPr>
          <w:t>[7]</w:t>
        </w:r>
      </w:hyperlink>
      <w:r>
        <w:t xml:space="preserve">- Paragraph 5: </w:t>
      </w:r>
      <w:hyperlink r:id="rId10">
        <w:r>
          <w:rPr>
            <w:color w:val="0000EE"/>
            <w:u w:val="single"/>
          </w:rPr>
          <w:t>[2]</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https://www.ksta.de/koeln/koeln-janus-queer-games-feiern-sportliche-vielfalt-und-toleranz-1341575</w:t>
        </w:r>
      </w:hyperlink>
      <w:r>
        <w:t xml:space="preserve"> - Please view link - unable to able to access data</w:t>
      </w:r>
      <w:r/>
    </w:p>
    <w:p>
      <w:pPr>
        <w:pStyle w:val="ListNumber"/>
        <w:spacing w:line="240" w:lineRule="auto"/>
        <w:ind w:left="720"/>
      </w:pPr>
      <w:r/>
      <w:hyperlink r:id="rId10">
        <w:r>
          <w:rPr>
            <w:color w:val="0000EE"/>
            <w:u w:val="single"/>
          </w:rPr>
          <w:t>https://sc-janus.de/queergames/</w:t>
        </w:r>
      </w:hyperlink>
      <w:r>
        <w:t xml:space="preserve"> - The Janus Queer Games, organised by SC Janus e.V., are set to take place from 7th to 9th August 2026 in Cologne. This all-gender multisport event aims to celebrate diversity and inclusion, featuring sports such as volleyball, badminton, football, athletics, basketball, and handball. The event will also include a 'Frontrun', a run through the Cologne city forest over various distances. A vibrant supporting programme will celebrate diversity and tolerance, with activities like a sports party and a bingo brunch. Participants can register online and find detailed information on the event's website.</w:t>
      </w:r>
      <w:r/>
    </w:p>
    <w:p>
      <w:pPr>
        <w:pStyle w:val="ListNumber"/>
        <w:spacing w:line="240" w:lineRule="auto"/>
        <w:ind w:left="720"/>
      </w:pPr>
      <w:r/>
      <w:hyperlink r:id="rId12">
        <w:r>
          <w:rPr>
            <w:color w:val="0000EE"/>
            <w:u w:val="single"/>
          </w:rPr>
          <w:t>https://sc-janus.de/queergames/en/</w:t>
        </w:r>
      </w:hyperlink>
      <w:r>
        <w:t xml:space="preserve"> - The Janus Queer Games, organised by SC Janus e.V., are scheduled for 7th to 9th August 2026 in Cologne. This all-gender multisport event aims to celebrate diversity and inclusion, featuring sports such as volleyball, badminton, football, athletics, basketball, and handball. The event will also include a 'Frontrun', a run through the Cologne city forest over various distances. A vibrant supporting programme will celebrate diversity and tolerance, with activities like a sports party and a bingo brunch. Participants can register online and find detailed information on the event's website.</w:t>
      </w:r>
      <w:r/>
    </w:p>
    <w:p>
      <w:pPr>
        <w:pStyle w:val="ListNumber"/>
        <w:spacing w:line="240" w:lineRule="auto"/>
        <w:ind w:left="720"/>
      </w:pPr>
      <w:r/>
      <w:hyperlink r:id="rId11">
        <w:r>
          <w:rPr>
            <w:color w:val="0000EE"/>
            <w:u w:val="single"/>
          </w:rPr>
          <w:t>https://www.cologne-tourism.com/experiences-lifestyle/events/detail/sc-janus-queer-games</w:t>
        </w:r>
      </w:hyperlink>
      <w:r>
        <w:t xml:space="preserve"> - The SC Janus Queer Games, a major event in Cologne's sports calendar, will take place for the fourth time in 2026. Organised by SC Janus e.V., the oldest queer sports club in Germany, this year's games are all about diversity and inclusion. The Queer Games not only promote sporting exchange but are also an expression of social responsibility and lived diversity. They offer a platform for LGBTQ+ sports enthusiasts and their allies, where openness and creative togetherness take centre stage. With their combination of sport and social interaction, they reflect the unique flair of Cologne, known for its authentic and vibrant community culture.</w:t>
      </w:r>
      <w:r/>
    </w:p>
    <w:p>
      <w:pPr>
        <w:pStyle w:val="ListNumber"/>
        <w:spacing w:line="240" w:lineRule="auto"/>
        <w:ind w:left="720"/>
      </w:pPr>
      <w:r/>
      <w:hyperlink r:id="rId14">
        <w:r>
          <w:rPr>
            <w:color w:val="0000EE"/>
            <w:u w:val="single"/>
          </w:rPr>
          <w:t>https://www.archysport.com/2025/04/janus-queer-games-mens-competition-2024/</w:t>
        </w:r>
      </w:hyperlink>
      <w:r>
        <w:t xml:space="preserve"> - The Janus Queer Games, scheduled from 6th to 9th June 2024 in Cologne, are set to be a celebration of sport, community, and inclusion. Athletes and enthusiasts will gather for a multi-sport event promoting diversity and acceptance. Registration is open until 21st April, offering participants a valuable goodie bag. The event transcends a typical sporting competition; it is a festival of queer culture and community. The festivities kick off Friday evening with an opening ceremony in Cologne’s LGBTQ+ district. Participants can register and enjoy a welcoming reception, complete with the distribution of goodie bags. This mirrors the pre-game tailgates common at American football games, but with a focus on inclusivity and celebration of identity. Sunday features a queer city tour, offering insights into Cologne’s LGBTQ+ history at 11 a.m. and 3 p.m. The event culminates in a sports party at the Gloria theater, followed by a bingo brunch on Monday at Café Aurus. This blend of athletic competition and cultural experiences is akin to attending a major sporting event like the Super Bowl, where the game is just one part of a larger cultural phenomenon. SC Janus e.V., organiser of the Janus Queer Games, sends a strong message promoting diversity, tolerance, and inclusion in sports.</w:t>
      </w:r>
      <w:r/>
    </w:p>
    <w:p>
      <w:pPr>
        <w:pStyle w:val="ListNumber"/>
        <w:spacing w:line="240" w:lineRule="auto"/>
        <w:ind w:left="720"/>
      </w:pPr>
      <w:r/>
      <w:hyperlink r:id="rId15">
        <w:r>
          <w:rPr>
            <w:color w:val="0000EE"/>
            <w:u w:val="single"/>
          </w:rPr>
          <w:t>https://cream-team-cologne.de/</w:t>
        </w:r>
      </w:hyperlink>
      <w:r>
        <w:t xml:space="preserve"> - SC Janus e.V. is a non-profit sports club based in Cologne, Germany. Founded in 1980, it is the first and largest queer sports club in Europe and one of the largest worldwide. The club offers a wide range of sports experiences in a non-discriminatory environment, regardless of background, social status, physical abilities, age, gender, or sexual identity. Members can participate in over 90 sports across more than 45 disciplines, seven days a week. The club fosters a community where individuals can connect with others who share their interests and passion for sports.</w:t>
      </w:r>
      <w:r/>
    </w:p>
    <w:p>
      <w:pPr>
        <w:pStyle w:val="ListNumber"/>
        <w:spacing w:line="240" w:lineRule="auto"/>
        <w:ind w:left="720"/>
      </w:pPr>
      <w:r/>
      <w:hyperlink r:id="rId13">
        <w:r>
          <w:rPr>
            <w:color w:val="0000EE"/>
            <w:u w:val="single"/>
          </w:rPr>
          <w:t>https://www.eglsf.info/event/janus-queer-games/</w:t>
        </w:r>
      </w:hyperlink>
      <w:r>
        <w:t xml:space="preserve"> - The Janus Queer Games, now in their third year, feature sports such as volleyball, badminton, female basketball, soccer, handball, athletics, and running. The tournament is more than just a competition; it is a place of encounter, a space where joy and shared experiences fill every moment. Thanks to the dedicated efforts of the organisers, the Janus Queer Games will once again be a highlight of sporting passion and togetherness.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ksta.de/koeln/koeln-janus-queer-games-feiern-sportliche-vielfalt-und-toleranz-1341575" TargetMode="External"/><Relationship Id="rId10" Type="http://schemas.openxmlformats.org/officeDocument/2006/relationships/hyperlink" Target="https://sc-janus.de/queergames/" TargetMode="External"/><Relationship Id="rId11" Type="http://schemas.openxmlformats.org/officeDocument/2006/relationships/hyperlink" Target="https://www.cologne-tourism.com/experiences-lifestyle/events/detail/sc-janus-queer-games" TargetMode="External"/><Relationship Id="rId12" Type="http://schemas.openxmlformats.org/officeDocument/2006/relationships/hyperlink" Target="https://sc-janus.de/queergames/en/" TargetMode="External"/><Relationship Id="rId13" Type="http://schemas.openxmlformats.org/officeDocument/2006/relationships/hyperlink" Target="https://www.eglsf.info/event/janus-queer-games/" TargetMode="External"/><Relationship Id="rId14" Type="http://schemas.openxmlformats.org/officeDocument/2006/relationships/hyperlink" Target="https://www.archysport.com/2025/04/janus-queer-games-mens-competition-2024/" TargetMode="External"/><Relationship Id="rId15" Type="http://schemas.openxmlformats.org/officeDocument/2006/relationships/hyperlink" Target="https://cream-team-cologne.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