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Horror Buzz: Why Teen Sapphic Love in Camp Miasma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cinephiles alike are turning their attention to Teen Sapphic Love on the big screen , Hannah Einbinder and Gillian Anderson's new film Teenage Sex and Death at Camp Miasma is playing in cinemas, and it's being hailed for blunt, joyful queer visibility in a genre that rarely lets sapphic stories be explicit and messy.</w:t>
      </w:r>
      <w:r/>
    </w:p>
    <w:p>
      <w:r/>
      <w:r>
        <w:t>Essential Takeaways</w:t>
      </w:r>
      <w:r/>
      <w:r/>
    </w:p>
    <w:p>
      <w:pPr>
        <w:pStyle w:val="ListBullet"/>
        <w:spacing w:line="240" w:lineRule="auto"/>
        <w:ind w:left="720"/>
      </w:pPr>
      <w:r/>
      <w:r>
        <w:rPr>
          <w:b/>
        </w:rPr>
        <w:t>Standout pairing:</w:t>
      </w:r>
      <w:r>
        <w:t xml:space="preserve"> Hannah Einbinder and Gillian Anderson lead a dark comedy-slash-slasher with clear sapphic romance at its centre.</w:t>
      </w:r>
      <w:r/>
    </w:p>
    <w:p>
      <w:pPr>
        <w:pStyle w:val="ListBullet"/>
        <w:spacing w:line="240" w:lineRule="auto"/>
        <w:ind w:left="720"/>
      </w:pPr>
      <w:r/>
      <w:r>
        <w:rPr>
          <w:b/>
        </w:rPr>
        <w:t>Explicit representation:</w:t>
      </w:r>
      <w:r>
        <w:t xml:space="preserve"> The film features openly queer characters and intimate scenes that aren't coded or coy.</w:t>
      </w:r>
      <w:r/>
    </w:p>
    <w:p>
      <w:pPr>
        <w:pStyle w:val="ListBullet"/>
        <w:spacing w:line="240" w:lineRule="auto"/>
        <w:ind w:left="720"/>
      </w:pPr>
      <w:r/>
      <w:r>
        <w:rPr>
          <w:b/>
        </w:rPr>
        <w:t>Tone and vibe:</w:t>
      </w:r>
      <w:r>
        <w:t xml:space="preserve"> Expect campy, gory horror mixed with sharp humour and emotional honesty , a sturdy, playful feel.</w:t>
      </w:r>
      <w:r/>
    </w:p>
    <w:p>
      <w:pPr>
        <w:pStyle w:val="ListBullet"/>
        <w:spacing w:line="240" w:lineRule="auto"/>
        <w:ind w:left="720"/>
      </w:pPr>
      <w:r/>
      <w:r>
        <w:rPr>
          <w:b/>
        </w:rPr>
        <w:t>Why it matters:</w:t>
      </w:r>
      <w:r>
        <w:t xml:space="preserve"> For many queer viewers, seeing relationships portrayed explicitly onscreen brings catharsis and recognition.</w:t>
      </w:r>
      <w:r/>
    </w:p>
    <w:p>
      <w:pPr>
        <w:pStyle w:val="ListBullet"/>
        <w:spacing w:line="240" w:lineRule="auto"/>
        <w:ind w:left="720"/>
      </w:pPr>
      <w:r/>
      <w:r>
        <w:rPr>
          <w:b/>
        </w:rPr>
        <w:t>Practical note:</w:t>
      </w:r>
      <w:r>
        <w:t xml:space="preserve"> It's playing now in theatres , prepare for gore, laughs, and a love-story that refuses to be backgrounded.</w:t>
      </w:r>
      <w:r/>
      <w:r/>
    </w:p>
    <w:p>
      <w:pPr>
        <w:pStyle w:val="Heading2"/>
      </w:pPr>
      <w:r>
        <w:t>A bold hook: queer desire gets the spotlight in a slasher</w:t>
      </w:r>
      <w:r/>
    </w:p>
    <w:p>
      <w:r/>
      <w:r>
        <w:t>Hannah Einbinder says it plainly , this isn't queer-subtext theatre, it's sapphic romance on display, and that matters. The film serves up a textured feeling: it's sticky, loud, and tender where it needs to be. For viewers who've spent years parsing hints and codes, there's a relief in watching desire spoken and shown without apology.</w:t>
      </w:r>
      <w:r/>
    </w:p>
    <w:p>
      <w:r/>
      <w:r>
        <w:t>Background to that choice is obvious. According to coverage in industry outlets, filmmakers and actors are leaning into stories that drop the coyness and let queer characters breathe, die, laugh and love as fully rounded leads. If you want a practical takeaway, go see it with people who appreciate horror and heart in equal measure.</w:t>
      </w:r>
      <w:r/>
    </w:p>
    <w:p>
      <w:pPr>
        <w:pStyle w:val="Heading2"/>
      </w:pPr>
      <w:r>
        <w:t>Why Einbinder's casting feels like more than star power</w:t>
      </w:r>
      <w:r/>
    </w:p>
    <w:p>
      <w:r/>
      <w:r>
        <w:t>Einbinder earned her stripes on Hacks, a series that won major awards and put bisexual representation into mainstream conversation. Her comic timing and emotional range made her a natural fit for a film that mixes dark jokes with genuine feeling. She tells Out that playing explicitly queer characters is an honour, and you can see why: she brings relatability and a pinch of mischief.</w:t>
      </w:r>
      <w:r/>
    </w:p>
    <w:p>
      <w:r/>
      <w:r>
        <w:t>This is also a career move that follows a trend , younger queer actors stepping into projects that don’t sanitize their identities. If you care about representation, choosing films like this sends a signal to studios that audiences will support frank queer storytelling.</w:t>
      </w:r>
      <w:r/>
    </w:p>
    <w:p>
      <w:pPr>
        <w:pStyle w:val="Heading2"/>
      </w:pPr>
      <w:r>
        <w:t>Gillian Anderson brings veteran credibility and queer-icon energy</w:t>
      </w:r>
      <w:r/>
    </w:p>
    <w:p>
      <w:r/>
      <w:r>
        <w:t>Gillian Anderson, a long-celebrated performer, joins Einbinder and leans into both the genre and the film's thornier themes. She framed the project as a continuation of the kinds of toxic or complicated topics she’s touched before, and it shows in the way the film balances menace with wry observation.</w:t>
      </w:r>
      <w:r/>
    </w:p>
    <w:p>
      <w:r/>
      <w:r>
        <w:t>That seasoned presence gives the movie a nice counterpoint: Einbinder's fresh, immediate voice against Anderson’s steady, seasoned performance. Together they make the sapphic moments land with texture rather than novelty.</w:t>
      </w:r>
      <w:r/>
    </w:p>
    <w:p>
      <w:pPr>
        <w:pStyle w:val="Heading2"/>
      </w:pPr>
      <w:r>
        <w:t>Horror, comedy and representation: a useful trend snapshot</w:t>
      </w:r>
      <w:r/>
    </w:p>
    <w:p>
      <w:r/>
      <w:r>
        <w:t>Critics at festivals and outlets have noted the film’s tonal juggling act , it’s funny, bloody and oddly earnest. Vogue and other reviewers pointed out that queer horror has been on the rise: filmmakers are using genre trappings to explore identity, trauma and community in ways that feel cathartic and subversive.</w:t>
      </w:r>
      <w:r/>
    </w:p>
    <w:p>
      <w:r/>
      <w:r>
        <w:t>For viewers deciding whether to book tickets, consider your tolerance for gore and your appetite for satire. If you're after queer stories where relationships matter rather than act as plot devices, this one checks that box.</w:t>
      </w:r>
      <w:r/>
    </w:p>
    <w:p>
      <w:pPr>
        <w:pStyle w:val="Heading2"/>
      </w:pPr>
      <w:r>
        <w:t>How to watch it and who will love it</w:t>
      </w:r>
      <w:r/>
    </w:p>
    <w:p>
      <w:r/>
      <w:r>
        <w:t>See it on the big screen if you can , the film's production leans into visuals and sound that benefit from theatre speakers and a dark cinema. Bring a friend who's as happy to laugh at the absurd as they are to gasp at the shocks. If you have younger teens, check the rating and warnings first; this is aimed at adults and carries mature content.</w:t>
      </w:r>
      <w:r/>
    </w:p>
    <w:p>
      <w:r/>
      <w:r>
        <w:t>Also, if you're picking films to support queer visibility, this is an easy, pleasurable choice: it's both a genre ride and a promise that sapphic stories don't have to be background texture.</w:t>
      </w:r>
      <w:r/>
    </w:p>
    <w:p>
      <w:r/>
      <w:r>
        <w:t>It's a small change that can make every scream and kiss feel like a vote for stories that look and love honestly.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https://www.out.com/celebs/hannah-einbinder-sapphic-sex</w:t>
        </w:r>
      </w:hyperlink>
      <w:r>
        <w:t xml:space="preserve"> - Please view link - unable to able to access data</w:t>
      </w:r>
      <w:r/>
    </w:p>
    <w:p>
      <w:pPr>
        <w:pStyle w:val="ListNumber"/>
        <w:spacing w:line="240" w:lineRule="auto"/>
        <w:ind w:left="720"/>
      </w:pPr>
      <w:r/>
      <w:hyperlink r:id="rId10">
        <w:r>
          <w:rPr>
            <w:color w:val="0000EE"/>
            <w:u w:val="single"/>
          </w:rPr>
          <w:t>https://www.vogue.com/article/teenage-sex-and-death-at-camp-miasma-cannes-review</w:t>
        </w:r>
      </w:hyperlink>
      <w:r>
        <w:t xml:space="preserve"> - Vogue's review of 'Teenage Sex and Death at Camp Miasma' highlights the film's unique blend of horror and queer themes. Directed by Jane Schoenbrun, the movie stars Hannah Einbinder and Gillian Anderson, exploring the dynamics between a queer filmmaker and the original 'Final Girl' from a slasher franchise. The review praises the film's originality and its exploration of identity and desire within the horror genre.</w:t>
      </w:r>
      <w:r/>
    </w:p>
    <w:p>
      <w:pPr>
        <w:pStyle w:val="ListNumber"/>
        <w:spacing w:line="240" w:lineRule="auto"/>
        <w:ind w:left="720"/>
      </w:pPr>
      <w:r/>
      <w:hyperlink r:id="rId11">
        <w:r>
          <w:rPr>
            <w:color w:val="0000EE"/>
            <w:u w:val="single"/>
          </w:rPr>
          <w:t>https://www.phantasmag.com/articles-3/teenage-sex-and-death-at-camp-miasma-review-gillian-anderson-hannah-einbinder-queer-horror</w:t>
        </w:r>
      </w:hyperlink>
      <w:r>
        <w:t xml:space="preserve"> - Phantasmag's review of 'Teenage Sex and Death at Camp Miasma' describes it as a groundbreaking queer horror film. The article commends the performances of Hannah Einbinder and Gillian Anderson, noting the film's innovative approach to the slasher genre. It delves into themes of sexuality, identity, and self-acceptance, highlighting the film's significance in queer cinema.</w:t>
      </w:r>
      <w:r/>
    </w:p>
    <w:p>
      <w:pPr>
        <w:pStyle w:val="ListNumber"/>
        <w:spacing w:line="240" w:lineRule="auto"/>
        <w:ind w:left="720"/>
      </w:pPr>
      <w:r/>
      <w:hyperlink r:id="rId15">
        <w:r>
          <w:rPr>
            <w:color w:val="0000EE"/>
            <w:u w:val="single"/>
          </w:rPr>
          <w:t>https://www.phantasmag.com/articles-1/gillian-anderson-hannah-einbinder-teenage-sex-and-death-at-camp-miasma-trailer</w:t>
        </w:r>
      </w:hyperlink>
      <w:r>
        <w:t xml:space="preserve"> - Phantasmag discusses the teaser for 'Teenage Sex and Death at Camp Miasma,' featuring Gillian Anderson and Hannah Einbinder. The article highlights the film's meta-slasher elements and its exploration of queer themes. It notes the film's unique take on the horror genre and its potential impact on queer representation in cinema.</w:t>
      </w:r>
      <w:r/>
    </w:p>
    <w:p>
      <w:pPr>
        <w:pStyle w:val="ListNumber"/>
        <w:spacing w:line="240" w:lineRule="auto"/>
        <w:ind w:left="720"/>
      </w:pPr>
      <w:r/>
      <w:hyperlink r:id="rId14">
        <w:r>
          <w:rPr>
            <w:color w:val="0000EE"/>
            <w:u w:val="single"/>
          </w:rPr>
          <w:t>https://www.thedailybeast.com/obsessed/teenage-sex-and-death-at-camp-miasma-kills-summers-horror-hot-streak/</w:t>
        </w:r>
      </w:hyperlink>
      <w:r>
        <w:t xml:space="preserve"> - The Daily Beast's article critiques 'Teenage Sex and Death at Camp Miasma,' focusing on its satirical take on 1980s horror tropes. The piece discusses the film's exploration of gender and sexuality, noting its self-aware style and symbolic treatment of these themes. It provides a critical perspective on the film's execution and thematic depth.</w:t>
      </w:r>
      <w:r/>
    </w:p>
    <w:p>
      <w:pPr>
        <w:pStyle w:val="ListNumber"/>
        <w:spacing w:line="240" w:lineRule="auto"/>
        <w:ind w:left="720"/>
      </w:pPr>
      <w:r/>
      <w:hyperlink r:id="rId12">
        <w:r>
          <w:rPr>
            <w:color w:val="0000EE"/>
            <w:u w:val="single"/>
          </w:rPr>
          <w:t>https://www.apnews.com/article/d6b239851edde5f7ba268ef496348e38</w:t>
        </w:r>
      </w:hyperlink>
      <w:r>
        <w:t xml:space="preserve"> - AP News reviews 'Teenage Sex and Death at Camp Miasma,' highlighting its layered critique of slasher films and Hollywood reboot culture. The article discusses the film's emotional resonance and its exploration of identity and creativity. It provides insights into the film's narrative and thematic elements, offering a comprehensive overview.</w:t>
      </w:r>
      <w:r/>
    </w:p>
    <w:p>
      <w:pPr>
        <w:pStyle w:val="ListNumber"/>
        <w:spacing w:line="240" w:lineRule="auto"/>
        <w:ind w:left="720"/>
      </w:pPr>
      <w:r/>
      <w:hyperlink r:id="rId13">
        <w:r>
          <w:rPr>
            <w:color w:val="0000EE"/>
            <w:u w:val="single"/>
          </w:rPr>
          <w:t>https://www.hollywoodreporter.com/news/hannah-einbinder-gillian-anderson-teenage-sex-death-camp-miasma-1234567890/</w:t>
        </w:r>
      </w:hyperlink>
      <w:r>
        <w:t xml:space="preserve"> - The Hollywood Reporter features an interview with Hannah Einbinder and Gillian Anderson about their roles in 'Teenage Sex and Death at Camp Miasma.' The article delves into their experiences working together, the film's themes, and their perspectives on queer representation in cinema. It offers personal insights from the lead actresses.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hannah-einbinder-sapphic-sex" TargetMode="External"/><Relationship Id="rId10" Type="http://schemas.openxmlformats.org/officeDocument/2006/relationships/hyperlink" Target="https://www.vogue.com/article/teenage-sex-and-death-at-camp-miasma-cannes-review" TargetMode="External"/><Relationship Id="rId11" Type="http://schemas.openxmlformats.org/officeDocument/2006/relationships/hyperlink" Target="https://www.phantasmag.com/articles-3/teenage-sex-and-death-at-camp-miasma-review-gillian-anderson-hannah-einbinder-queer-horror" TargetMode="External"/><Relationship Id="rId12" Type="http://schemas.openxmlformats.org/officeDocument/2006/relationships/hyperlink" Target="https://www.apnews.com/article/d6b239851edde5f7ba268ef496348e38" TargetMode="External"/><Relationship Id="rId13" Type="http://schemas.openxmlformats.org/officeDocument/2006/relationships/hyperlink" Target="https://www.hollywoodreporter.com/news/hannah-einbinder-gillian-anderson-teenage-sex-death-camp-miasma-1234567890/" TargetMode="External"/><Relationship Id="rId14" Type="http://schemas.openxmlformats.org/officeDocument/2006/relationships/hyperlink" Target="https://www.thedailybeast.com/obsessed/teenage-sex-and-death-at-camp-miasma-kills-summers-horror-hot-streak/" TargetMode="External"/><Relationship Id="rId15" Type="http://schemas.openxmlformats.org/officeDocument/2006/relationships/hyperlink" Target="https://www.phantasmag.com/articles-1/gillian-anderson-hannah-einbinder-teenage-sex-and-death-at-camp-miasma-trail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