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Philadelphia Pride Policing Reforms: What City Council Wants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activists alike have watched this summer’s Pride policing drama unfold , City Council grilled Police Commissioner Kevin Bethel over chaotic crowd-control in the Gayborhood, and community leaders are calling for clearer oversight, independent review, and better planning so next year’s celebrations don’t feel dangerous.</w:t>
      </w:r>
      <w:r/>
    </w:p>
    <w:p>
      <w:r/>
      <w:r>
        <w:t>Essential takeaways</w:t>
      </w:r>
      <w:r/>
      <w:r/>
    </w:p>
    <w:p>
      <w:pPr>
        <w:pStyle w:val="ListBullet"/>
        <w:spacing w:line="240" w:lineRule="auto"/>
        <w:ind w:left="720"/>
      </w:pPr>
      <w:r/>
      <w:r>
        <w:rPr>
          <w:b/>
        </w:rPr>
        <w:t>What happened:</w:t>
      </w:r>
      <w:r>
        <w:t xml:space="preserve"> Philly police used mounted units, motorcycles and barricades to disperse crowds in the Gayborhood during June Pride, creating chaotic scenes and 15 arrests.</w:t>
      </w:r>
      <w:r/>
    </w:p>
    <w:p>
      <w:pPr>
        <w:pStyle w:val="ListBullet"/>
        <w:spacing w:line="240" w:lineRule="auto"/>
        <w:ind w:left="720"/>
      </w:pPr>
      <w:r/>
      <w:r>
        <w:rPr>
          <w:b/>
        </w:rPr>
        <w:t>Strong reaction:</w:t>
      </w:r>
      <w:r>
        <w:t xml:space="preserve"> City Council members and LGBTQ+ witnesses described attendees as frightened, traumatised and disproportionately Black; Commissioner Bethel defended tactics but acknowledged planning gaps.</w:t>
      </w:r>
      <w:r/>
    </w:p>
    <w:p>
      <w:pPr>
        <w:pStyle w:val="ListBullet"/>
        <w:spacing w:line="240" w:lineRule="auto"/>
        <w:ind w:left="720"/>
      </w:pPr>
      <w:r/>
      <w:r>
        <w:rPr>
          <w:b/>
        </w:rPr>
        <w:t>Calls for oversight:</w:t>
      </w:r>
      <w:r>
        <w:t xml:space="preserve"> Advocates want an independent after-action review, a permanent LGBTQ+ public safety advisory council, and stronger accountability mechanisms.</w:t>
      </w:r>
      <w:r/>
    </w:p>
    <w:p>
      <w:pPr>
        <w:pStyle w:val="ListBullet"/>
        <w:spacing w:line="240" w:lineRule="auto"/>
        <w:ind w:left="720"/>
      </w:pPr>
      <w:r/>
      <w:r>
        <w:rPr>
          <w:b/>
        </w:rPr>
        <w:t>Practical fix:</w:t>
      </w:r>
      <w:r>
        <w:t xml:space="preserve"> Officials promise more collaborative planning for next year; critics say oversight without enforcement is only observation.</w:t>
      </w:r>
      <w:r/>
      <w:r/>
    </w:p>
    <w:p>
      <w:pPr>
        <w:pStyle w:val="Heading2"/>
      </w:pPr>
      <w:r>
        <w:t>A hearing that felt like a reckoning</w:t>
      </w:r>
      <w:r/>
    </w:p>
    <w:p>
      <w:r/>
      <w:r>
        <w:t>The sharpest public questioning of Commissioner Kevin Bethel since he took command came at a tense City Council hearing that had a raw, noisy energy , people still upset and vocal about being pushed, corralled and frightened in their own neighbourhood. According to witnesses who testified, officers guided crowds through narrow barricade mazes while mounted police and motorcycles moved through the streets, and videos of the scenes circulated widely online. Councilmembers repeatedly described the scenes as traumatic for attendees, and for some a re-run of historic mistrust.</w:t>
      </w:r>
      <w:r/>
    </w:p>
    <w:p>
      <w:r/>
      <w:r>
        <w:t>Backstory: the parade shifted to the Parkway this year, but thousands still congregated in the Gayborhood where Pride had traditionally been held. Bethel told Council the department was prepared for Parkway crowds but was overwhelmed by a second, unexpected gathering in the neighbourhood. That mismatch is central to why the police response escalated and why next year’s planning is now a political and public-safety priority.</w:t>
      </w:r>
      <w:r/>
    </w:p>
    <w:p>
      <w:pPr>
        <w:pStyle w:val="Heading2"/>
      </w:pPr>
      <w:r>
        <w:t>Where officials and community leaders clash</w:t>
      </w:r>
      <w:r/>
    </w:p>
    <w:p>
      <w:r/>
      <w:r>
        <w:t>Commissioner Bethel admitted June 7 “was not a perfect day” and promised better planning, yet he stopped short of apologising, arguing officers were trying to disperse groups that had congregated in the Gayborhood. Councilmembers and LGBTQ+ advocates pushed back, calling the tactics excessive and pointing to racial disparities in how force was used.</w:t>
      </w:r>
      <w:r/>
    </w:p>
    <w:p>
      <w:r/>
      <w:r>
        <w:t>Councilmember Rue Landau, who called the hearing and is Philadelphia’s first out LGBTQ+ councillor, said attendees “did not believe that you were there to protect them.” The exchange underlined a credibility problem: even a commissioner with a largely positive relationship with Council and a record on crime reduction can face sharp backlash when tactics clash with community expectations.</w:t>
      </w:r>
      <w:r/>
    </w:p>
    <w:p>
      <w:pPr>
        <w:pStyle w:val="Heading2"/>
      </w:pPr>
      <w:r>
        <w:t>Oversight, but what kind?</w:t>
      </w:r>
      <w:r/>
    </w:p>
    <w:p>
      <w:r/>
      <w:r>
        <w:t>Calls for accountability came fast. Community leaders urged an independent after-action review, and proposals include a permanent LGBTQ+ public safety advisory council to be consulted on event planning. Jacen Bowman of Philly Black Pride said the city already has structures meant to help, but what’s missing is authority , oversight needs teeth.</w:t>
      </w:r>
      <w:r/>
    </w:p>
    <w:p>
      <w:r/>
      <w:r>
        <w:t>There are existing city bodies to consider. The Citizens Police Oversight Commission and other civilian-review mechanisms have roles to play, but advocates stress independence and enforcement. If oversight is merely observational, it won’t prevent repeat incidents, they warn.</w:t>
      </w:r>
      <w:r/>
    </w:p>
    <w:p>
      <w:pPr>
        <w:pStyle w:val="Heading2"/>
      </w:pPr>
      <w:r>
        <w:t>Simple changes that could make a big difference</w:t>
      </w:r>
      <w:r/>
    </w:p>
    <w:p>
      <w:r/>
      <w:r>
        <w:t>Planning is the low-hanging fruit: coordinate early with LGBTQ+ groups, map likely congregation points, and stage de-escalation-trained officers where crowds historically form. Use clear signage and communications so people know where official events are and how to stay safe. For policing tactics, limit use of horses and motorcycles in dense pedestrian zones, and ensure body-worn cameras and transparent complaint pathways are active and publicised.</w:t>
      </w:r>
      <w:r/>
    </w:p>
    <w:p>
      <w:r/>
      <w:r>
        <w:t>Practical tips for attendees: travel in groups, note official festival locations, and report misconduct through established civilian channels so complaints enter the oversight process. That creates records and pressure for systemic change.</w:t>
      </w:r>
      <w:r/>
    </w:p>
    <w:p>
      <w:pPr>
        <w:pStyle w:val="Heading2"/>
      </w:pPr>
      <w:r>
        <w:t>What this means going forward</w:t>
      </w:r>
      <w:r/>
    </w:p>
    <w:p>
      <w:r/>
      <w:r>
        <w:t>Mayor Cherelle L. Parker said the city “can and must do better,” and Bethel vowed preparation for next year. But trust won’t be rebuilt on promises alone. Independent review, community-designed safety advisory structures and clear enforcement of discipline where rules were broken are the changes community advocates say they need.</w:t>
      </w:r>
      <w:r/>
    </w:p>
    <w:p>
      <w:r/>
      <w:r>
        <w:t>The conversation now is about more than one chaotic afternoon , it’s about how Philly balances large public festivals, community safety and the right to celebrate without fear.</w:t>
      </w:r>
      <w:r/>
    </w:p>
    <w:p>
      <w:r/>
      <w:r>
        <w:t>It's a small change that can make every Pride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5">
        <w:r>
          <w:rPr>
            <w:color w:val="0000EE"/>
            <w:u w:val="single"/>
          </w:rPr>
          <w:t>[3]</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https://www.inquirer.com/politics/philadelphia/philadelphia-police-pride-response-city-council-20260805.html</w:t>
        </w:r>
      </w:hyperlink>
      <w:r>
        <w:t xml:space="preserve"> - Please view link - unable to able to access data</w:t>
      </w:r>
      <w:r/>
    </w:p>
    <w:p>
      <w:pPr>
        <w:pStyle w:val="ListNumber"/>
        <w:spacing w:line="240" w:lineRule="auto"/>
        <w:ind w:left="720"/>
      </w:pPr>
      <w:r/>
      <w:hyperlink r:id="rId10">
        <w:r>
          <w:rPr>
            <w:color w:val="0000EE"/>
            <w:u w:val="single"/>
          </w:rPr>
          <w:t>https://www.phila.gov/departments/citizens-police-oversight-commission/</w:t>
        </w:r>
      </w:hyperlink>
      <w:r>
        <w:t xml:space="preserve"> - The Citizens Police Oversight Commission (CPOC) is an independent civilian oversight agency in Philadelphia, established to advance the just, transparent, and efficient administration of criminal justice. CPOC is committed to conducting fair and timely investigations into police conduct, enhancing the quality of internal investigations, and fostering community engagement and trust. The commission's programs include community-police complaint mediation, aiming to repair relationships and build understanding between the community and police. Upcoming events include public meetings and hearings related to police conduct and oversight.</w:t>
      </w:r>
      <w:r/>
    </w:p>
    <w:p>
      <w:pPr>
        <w:pStyle w:val="ListNumber"/>
        <w:spacing w:line="240" w:lineRule="auto"/>
        <w:ind w:left="720"/>
      </w:pPr>
      <w:r/>
      <w:hyperlink r:id="rId15">
        <w:r>
          <w:rPr>
            <w:color w:val="0000EE"/>
            <w:u w:val="single"/>
          </w:rPr>
          <w:t>https://www.phila.gov/2026-06-04-city-council-unanimously-backs-civilian-police-oversight-day-in-philadelphia/</w:t>
        </w:r>
      </w:hyperlink>
      <w:r>
        <w:t xml:space="preserve"> - On June 4, 2026, Philadelphia City Council unanimously passed an honorary resolution recognising civilian oversight of policing in the city. The resolution highlights the importance of mutual respect and cooperation in improving public safety and police-community relations, and celebrates the upcoming 'Civilian Police Oversight Day' on June 9. It acknowledges the historical and ongoing role of civilian oversight bodies in enhancing police-community relations and ensuring public trust in the city's public safety infrastructure.</w:t>
      </w:r>
      <w:r/>
    </w:p>
    <w:p>
      <w:pPr>
        <w:pStyle w:val="ListNumber"/>
        <w:spacing w:line="240" w:lineRule="auto"/>
        <w:ind w:left="720"/>
      </w:pPr>
      <w:r/>
      <w:hyperlink r:id="rId12">
        <w:r>
          <w:rPr>
            <w:color w:val="0000EE"/>
            <w:u w:val="single"/>
          </w:rPr>
          <w:t>https://www.inquirer.com/politics/philadelphia/city-council-to-investigate-police-pride-gayborhood-20260611.html</w:t>
        </w:r>
      </w:hyperlink>
      <w:r>
        <w:t xml:space="preserve"> - Philadelphia City Council announced plans to hold public hearings to examine the police department's crowd-control tactics used during the Pride festivities in the Gayborhood. Councilmember Rue Landau introduced legislation to authorise the hearings, citing video and eyewitness accounts of aggressive police tactics, such as physical confrontations and the use of mounted and motorcycle officers to disperse crowds. The hearings aim to address strategic and tactical questions regarding the police response during the event.</w:t>
      </w:r>
      <w:r/>
    </w:p>
    <w:p>
      <w:pPr>
        <w:pStyle w:val="ListNumber"/>
        <w:spacing w:line="240" w:lineRule="auto"/>
        <w:ind w:left="720"/>
      </w:pPr>
      <w:r/>
      <w:hyperlink r:id="rId11">
        <w:r>
          <w:rPr>
            <w:color w:val="0000EE"/>
            <w:u w:val="single"/>
          </w:rPr>
          <w:t>https://www.cbsnews.com/philadelphia/news/city-council-pride-police-mark-segal/</w:t>
        </w:r>
      </w:hyperlink>
      <w:r>
        <w:t xml:space="preserve"> - During a Philadelphia City Council meeting, LGBTQ+ activist Mark Segal raised concerns about police tactics during the Pride celebrations in the Gayborhood. Segal criticised the use of Tasers, police on horseback, and officers wearing masks, calling for accountability and questioning the decisions made by police during the event. His remarks highlighted the tensions between the LGBTQ+ community and law enforcement over the handling of the Pride festivities.</w:t>
      </w:r>
      <w:r/>
    </w:p>
    <w:p>
      <w:pPr>
        <w:pStyle w:val="ListNumber"/>
        <w:spacing w:line="240" w:lineRule="auto"/>
        <w:ind w:left="720"/>
      </w:pPr>
      <w:r/>
      <w:hyperlink r:id="rId13">
        <w:r>
          <w:rPr>
            <w:color w:val="0000EE"/>
            <w:u w:val="single"/>
          </w:rPr>
          <w:t>https://www.spokesman.com/stories/2026/jun/08/15-arrested-as-police-response-to-gayborhood-pride/</w:t>
        </w:r>
      </w:hyperlink>
      <w:r>
        <w:t xml:space="preserve"> - Fifteen people were arrested at a Pride celebration in Philadelphia's Gayborhood, leading to criticism from some LGBTQ+ residents over the police's handling of crowd control. Images and videos circulated on social media showing police officers engaging with attendees, with some considering the law enforcement presence to be excessive and aggressive. The incident has sparked discussions about the appropriateness of police tactics during the Pride event.</w:t>
      </w:r>
      <w:r/>
    </w:p>
    <w:p>
      <w:pPr>
        <w:pStyle w:val="ListNumber"/>
        <w:spacing w:line="240" w:lineRule="auto"/>
        <w:ind w:left="720"/>
      </w:pPr>
      <w:r/>
      <w:hyperlink r:id="rId14">
        <w:r>
          <w:rPr>
            <w:color w:val="0000EE"/>
            <w:u w:val="single"/>
          </w:rPr>
          <w:t>https://www.nbcphiladelphia.com/news/local/philly-leaders-seek-answers-after-15-arrested-by-police-during-pride-event/4416042/</w:t>
        </w:r>
      </w:hyperlink>
      <w:r>
        <w:t xml:space="preserve"> - Philadelphia leaders and community members sought answers regarding the police response during the Pride festivities, after 15 people were arrested. Concerns were raised about the use of force and crowd control tactics employed by police during the event. The incident has prompted discussions about the need for better communication and planning between law enforcement and the LGBTQ+ community during such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quirer.com/politics/philadelphia/philadelphia-police-pride-response-city-council-20260805.html" TargetMode="External"/><Relationship Id="rId10" Type="http://schemas.openxmlformats.org/officeDocument/2006/relationships/hyperlink" Target="https://www.phila.gov/departments/citizens-police-oversight-commission/" TargetMode="External"/><Relationship Id="rId11" Type="http://schemas.openxmlformats.org/officeDocument/2006/relationships/hyperlink" Target="https://www.cbsnews.com/philadelphia/news/city-council-pride-police-mark-segal/" TargetMode="External"/><Relationship Id="rId12" Type="http://schemas.openxmlformats.org/officeDocument/2006/relationships/hyperlink" Target="https://www.inquirer.com/politics/philadelphia/city-council-to-investigate-police-pride-gayborhood-20260611.html" TargetMode="External"/><Relationship Id="rId13" Type="http://schemas.openxmlformats.org/officeDocument/2006/relationships/hyperlink" Target="https://www.spokesman.com/stories/2026/jun/08/15-arrested-as-police-response-to-gayborhood-pride/" TargetMode="External"/><Relationship Id="rId14" Type="http://schemas.openxmlformats.org/officeDocument/2006/relationships/hyperlink" Target="https://www.nbcphiladelphia.com/news/local/philly-leaders-seek-answers-after-15-arrested-by-police-during-pride-event/4416042/" TargetMode="External"/><Relationship Id="rId15" Type="http://schemas.openxmlformats.org/officeDocument/2006/relationships/hyperlink" Target="https://www.phila.gov/2026-06-04-city-council-unanimously-backs-civilian-police-oversight-day-in-philadelph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