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One-Day Weddings in Amsterdam: Why Couples Are Saying “I Do” During Pride and City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flocking to Amsterdam where hundreds of couples are marrying for a day , a colourful, legal-lite ritual that’s become a trending way to celebrate love, Pride and the city’s big birthday. It’s festive, photogenic and social-media ready, and it matters because it blends joy, ceremony and civic spectacle.</w:t>
      </w:r>
      <w:r/>
      <w:r/>
    </w:p>
    <w:p>
      <w:pPr>
        <w:pStyle w:val="ListBullet"/>
        <w:spacing w:line="240" w:lineRule="auto"/>
        <w:ind w:left="720"/>
      </w:pPr>
      <w:r/>
      <w:r>
        <w:rPr>
          <w:b/>
        </w:rPr>
        <w:t>What happens:</w:t>
      </w:r>
      <w:r>
        <w:t xml:space="preserve"> Hundreds of couples register for a symbolic civil ceremony held during Pride and Amsterdam’s city events, often on iconic streets or near canal-side stages.</w:t>
      </w:r>
      <w:r/>
    </w:p>
    <w:p>
      <w:pPr>
        <w:pStyle w:val="ListBullet"/>
        <w:spacing w:line="240" w:lineRule="auto"/>
        <w:ind w:left="720"/>
      </w:pPr>
      <w:r/>
      <w:r>
        <w:rPr>
          <w:b/>
        </w:rPr>
        <w:t>Atmosphere:</w:t>
      </w:r>
      <w:r>
        <w:t xml:space="preserve"> Expect a celebratory hum, rainbow flags, music and crowds , vivid visuals, quick vows and lots of photos.</w:t>
      </w:r>
      <w:r/>
    </w:p>
    <w:p>
      <w:pPr>
        <w:pStyle w:val="ListBullet"/>
        <w:spacing w:line="240" w:lineRule="auto"/>
        <w:ind w:left="720"/>
      </w:pPr>
      <w:r/>
      <w:r>
        <w:rPr>
          <w:b/>
        </w:rPr>
        <w:t>Format:</w:t>
      </w:r>
      <w:r>
        <w:t xml:space="preserve"> Many ceremonies are temporary, non-binding registrations or symbolic promises, easy to join and quick to complete.</w:t>
      </w:r>
      <w:r/>
    </w:p>
    <w:p>
      <w:pPr>
        <w:pStyle w:val="ListBullet"/>
        <w:spacing w:line="240" w:lineRule="auto"/>
        <w:ind w:left="720"/>
      </w:pPr>
      <w:r/>
      <w:r>
        <w:rPr>
          <w:b/>
        </w:rPr>
        <w:t>Practical note:</w:t>
      </w:r>
      <w:r>
        <w:t xml:space="preserve"> These events are great for couples wanting a memorable shared experience without the paperwork or long planning of a full legal wedding.</w:t>
      </w:r>
      <w:r/>
    </w:p>
    <w:p>
      <w:pPr>
        <w:pStyle w:val="ListBullet"/>
        <w:spacing w:line="240" w:lineRule="auto"/>
        <w:ind w:left="720"/>
      </w:pPr>
      <w:r/>
      <w:r>
        <w:rPr>
          <w:b/>
        </w:rPr>
        <w:t>Suits and trainers:</w:t>
      </w:r>
      <w:r>
        <w:t xml:space="preserve"> Dress up if you like, but plan for standing, walking and a lively crowd; comfortable shoes help.</w:t>
      </w:r>
      <w:r/>
      <w:r/>
    </w:p>
    <w:p>
      <w:pPr>
        <w:pStyle w:val="Heading2"/>
      </w:pPr>
      <w:r>
        <w:t>A striking plunge into public celebration</w:t>
      </w:r>
      <w:r/>
    </w:p>
    <w:p>
      <w:r/>
      <w:r>
        <w:t>Amsterdam’s one-day nuptials make a show of intimacy in public, with couples trading vows while crowds cheer. Reporters from AP and other outlets noted how the ceremonies are less about legal formality and more about being seen and celebrated, especially during Pride. The sensory picture is vivid: bright flags, music pulsing, the faint smell of street food in the air , it feels like a block party with vows.</w:t>
      </w:r>
      <w:r/>
    </w:p>
    <w:p>
      <w:r/>
      <w:r>
        <w:t>These ceremonies grew from the city’s appetite for spectacle and inclusion, combining civic pride with personal stories. According to local organisers, many couples choose the experience for its emotional weight rather than legal consequence, which keeps things light and accessible.</w:t>
      </w:r>
      <w:r/>
    </w:p>
    <w:p>
      <w:pPr>
        <w:pStyle w:val="Heading2"/>
      </w:pPr>
      <w:r>
        <w:t>Why so many couples pick a symbolic “I do”</w:t>
      </w:r>
      <w:r/>
    </w:p>
    <w:p>
      <w:r/>
      <w:r>
        <w:t>There’s a practical logic. Registering for a full legal wedding can involve paperwork, waiting lists and fees; these day-of events cut through that. AP coverage explains that symbolic marriages are often planned as part of Pride or city birthday programming, so they slot into an existing festival vibe.</w:t>
      </w:r>
      <w:r/>
    </w:p>
    <w:p>
      <w:r/>
      <w:r>
        <w:t>If you’re considering one, ask organisers whether the registration is legally binding or symbolic, and whether you can upgrade to a formal ceremony later. That way you get the best of both: a joyful public ceremony now and legal clarity later.</w:t>
      </w:r>
      <w:r/>
    </w:p>
    <w:p>
      <w:pPr>
        <w:pStyle w:val="Heading2"/>
      </w:pPr>
      <w:r>
        <w:t>The A10 motorway stunt and big-city birthday energy</w:t>
      </w:r>
      <w:r/>
    </w:p>
    <w:p>
      <w:r/>
      <w:r>
        <w:t>Not all ceremonies stick to canals and squares. A recent headline-making plan even saw roughly 400 couples arranging to say their vows around city-ring roads and major landmarks as part of Amsterdam’s 750th birthday celebrations. The image of couples lining routes near the A10 underlines how these events lean into the theatrical , more parade than parson.</w:t>
      </w:r>
      <w:r/>
    </w:p>
    <w:p>
      <w:r/>
      <w:r>
        <w:t>City officials and tourism bodies use these spectacles to boost civic pride and attract visitors, but couples report it’s the shared moment they remember. If you want to avoid the biggest crowds, check event maps and timing, or choose smaller satellite ceremonies.</w:t>
      </w:r>
      <w:r/>
    </w:p>
    <w:p>
      <w:pPr>
        <w:pStyle w:val="Heading2"/>
      </w:pPr>
      <w:r>
        <w:t>How to choose the right one-day wedding for you</w:t>
      </w:r>
      <w:r/>
    </w:p>
    <w:p>
      <w:r/>
      <w:r>
        <w:t>First, decide what you want: a symbolic public moment, a civil legal act, or something in between. Read the event details carefully , the City of Amsterdam and organisers list whether ceremonies are formal, how to register, and what ID you’ll need. For Pride-linked weddings, expect a relaxed, exuberant tone; for birthday-linked ceremonies, expect fanfare and larger crowds.</w:t>
      </w:r>
      <w:r/>
    </w:p>
    <w:p>
      <w:r/>
      <w:r>
        <w:t>Bring essentials: ID, a witness if required, water, and a small bag for any paperwork. If you want photos, scout a spot early for the best light , canal edges and historic bridges look great at golden hour. And remember: comfort matters. You’ll enjoy the day more if your shoes can take cobbles and standing.</w:t>
      </w:r>
      <w:r/>
    </w:p>
    <w:p>
      <w:pPr>
        <w:pStyle w:val="Heading2"/>
      </w:pPr>
      <w:r>
        <w:t>What this trend tells us about modern ceremony</w:t>
      </w:r>
      <w:r/>
    </w:p>
    <w:p>
      <w:r/>
      <w:r>
        <w:t>These one-day weddings capture a cultural shift: people want meaningful moments without the marathon of wedding planning, and cities want events that feel inclusive and shareable. Reuters-style coverage of similar civic spectacles highlights how tourism, activism and personal milestones now overlap.</w:t>
      </w:r>
      <w:r/>
    </w:p>
    <w:p>
      <w:r/>
      <w:r>
        <w:t>Expect more hybrid ceremonies in other cities, combining symbolic public vows with optional legal follow-ups. For many couples, it’s not about the paperwork , it’s about being witnessed, cheering and joining a larger community in celebration.</w:t>
      </w:r>
      <w:r/>
    </w:p>
    <w:p>
      <w:r/>
      <w:r>
        <w:t>It's a small twist on tradition that makes headline moments and happy memories.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4">
        <w:r>
          <w:rPr>
            <w:color w:val="0000EE"/>
            <w:u w:val="single"/>
          </w:rPr>
          <w:t>[5]</w:t>
        </w:r>
      </w:hyperlink>
      <w:r>
        <w:t xml:space="preserve">, </w:t>
      </w:r>
      <w:hyperlink r:id="rId13">
        <w:r>
          <w:rPr>
            <w:color w:val="0000EE"/>
            <w:u w:val="single"/>
          </w:rPr>
          <w:t>[6]</w:t>
        </w:r>
      </w:hyperlink>
      <w:r>
        <w:t xml:space="preserve">- Paragraph 5: </w:t>
      </w:r>
      <w:hyperlink r:id="rId15">
        <w:r>
          <w:rPr>
            <w:color w:val="0000EE"/>
            <w:u w:val="single"/>
          </w:rPr>
          <w:t>[7]</w:t>
        </w:r>
      </w:hyperlink>
      <w:r>
        <w:t xml:space="preserve">, </w:t>
      </w:r>
      <w:hyperlink r:id="rId12">
        <w:r>
          <w:rPr>
            <w:color w:val="0000EE"/>
            <w:u w:val="single"/>
          </w:rPr>
          <w:t>[3]</w:t>
        </w:r>
      </w:hyperlink>
      <w:r>
        <w:t xml:space="preserve">- Paragraph 6: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https://www.cmjornal.pt/cmtv/videos/detalhe/dezenas-de-casais-casam-se-por-um-dia-durante-celebracoes-do-pride-de-amesterdao</w:t>
        </w:r>
      </w:hyperlink>
      <w:r>
        <w:t xml:space="preserve"> - Please view link - unable to able to access data</w:t>
      </w:r>
      <w:r/>
    </w:p>
    <w:p>
      <w:pPr>
        <w:pStyle w:val="ListNumber"/>
        <w:spacing w:line="240" w:lineRule="auto"/>
        <w:ind w:left="720"/>
      </w:pPr>
      <w:r/>
      <w:hyperlink r:id="rId10">
        <w:r>
          <w:rPr>
            <w:color w:val="0000EE"/>
            <w:u w:val="single"/>
          </w:rPr>
          <w:t>https://apnews.com/article/a37f60c46c36c8c20e72a07fa4087c3b</w:t>
        </w:r>
      </w:hyperlink>
      <w:r>
        <w:t xml:space="preserve"> - On August 6, 2026, during Amsterdam's Pride festival, dozens of participants symbolically married in a pink church near the site of the world's first legalized same-sex marriages 25 years ago. The 'Married For A Day' event celebrated marriage equality amid a societal shift in the Netherlands, where the number of married adults has declined by nearly 10% since the legalization of same-sex marriage in 2001. Despite changing attitudes, the symbolic ceremonies highlighted the ongoing importance of marriage rights for many. Dutch Prime Minister Rob Jetten, the country's first openly gay leader, emphasized the event's significance amid global threats to LGBTQ+ rights. Jetten, who participated in the canal boat parade, plans to marry his partner Nicolás Keenan, an Argentine Olympian. (</w:t>
      </w:r>
      <w:hyperlink r:id="rId16">
        <w:r>
          <w:rPr>
            <w:color w:val="0000EE"/>
            <w:u w:val="single"/>
          </w:rPr>
          <w:t>apnews.com</w:t>
        </w:r>
      </w:hyperlink>
      <w:r>
        <w:t>)</w:t>
      </w:r>
      <w:r/>
    </w:p>
    <w:p>
      <w:pPr>
        <w:pStyle w:val="ListNumber"/>
        <w:spacing w:line="240" w:lineRule="auto"/>
        <w:ind w:left="720"/>
      </w:pPr>
      <w:r/>
      <w:hyperlink r:id="rId12">
        <w:r>
          <w:rPr>
            <w:color w:val="0000EE"/>
            <w:u w:val="single"/>
          </w:rPr>
          <w:t>https://apnews.com/article/12f6b16ef9a193ce776eef40387be465</w:t>
        </w:r>
      </w:hyperlink>
      <w:r>
        <w:t xml:space="preserve"> - During Amsterdam's 2026 Pride festival, a unique celebration titled 'Married For A Day' took place in a pink church, welcoming dozens of couples to symbolically tie the knot. The event highlighted the enduring importance of marriage equality, occurring near the historic location where the world's first legalized same-sex marriages took place 25 years ago. This lighthearted and inclusive ceremony was part of a broader festival honouring love, equality, and LGBTQ+ pride. A vibrant photo gallery captured joyful moments from the mass wedding. (</w:t>
      </w:r>
      <w:hyperlink r:id="rId17">
        <w:r>
          <w:rPr>
            <w:color w:val="0000EE"/>
            <w:u w:val="single"/>
          </w:rPr>
          <w:t>apnews.com</w:t>
        </w:r>
      </w:hyperlink>
      <w:r>
        <w:t>)</w:t>
      </w:r>
      <w:r/>
    </w:p>
    <w:p>
      <w:pPr>
        <w:pStyle w:val="ListNumber"/>
        <w:spacing w:line="240" w:lineRule="auto"/>
        <w:ind w:left="720"/>
      </w:pPr>
      <w:r/>
      <w:hyperlink r:id="rId11">
        <w:r>
          <w:rPr>
            <w:color w:val="0000EE"/>
            <w:u w:val="single"/>
          </w:rPr>
          <w:t>https://apnews.com/article/80f9706615fe665823750dea7ac125ae</w:t>
        </w:r>
      </w:hyperlink>
      <w:r>
        <w:t xml:space="preserve"> - In June 2025, parts of Amsterdam's typically congested A10 ring road were closed to traffic to host weddings and other events, drawing massive public interest. Zuzanna Lisowska and Yuri Iozzelli were among the fortunate 400 couples chosen from 600,000 hopefuls to tie the knot on the motorway, making their nuptials part of a remarkable city-wide celebration. More than 200,000 free tickets were distributed for the event, which transformed the ring road into a festive venue featuring music performances, readings, meetups, and a temporarily installed forest of 8,000 trees. The event showcased the city's creative approach to urban celebrations. (</w:t>
      </w:r>
      <w:hyperlink r:id="rId18">
        <w:r>
          <w:rPr>
            <w:color w:val="0000EE"/>
            <w:u w:val="single"/>
          </w:rPr>
          <w:t>apnews.com</w:t>
        </w:r>
      </w:hyperlink>
      <w:r>
        <w:t>)</w:t>
      </w:r>
      <w:r/>
    </w:p>
    <w:p>
      <w:pPr>
        <w:pStyle w:val="ListNumber"/>
        <w:spacing w:line="240" w:lineRule="auto"/>
        <w:ind w:left="720"/>
      </w:pPr>
      <w:r/>
      <w:hyperlink r:id="rId14">
        <w:r>
          <w:rPr>
            <w:color w:val="0000EE"/>
            <w:u w:val="single"/>
          </w:rPr>
          <w:t>https://nltimes.nl/2024/12/03/roughly-400-couples-plan-get-married-a10-motorway-amsterdams-750th-birthday</w:t>
        </w:r>
      </w:hyperlink>
      <w:r>
        <w:t xml:space="preserve"> - In December 2024, approximately 400 couples signed up to exchange vows on Amsterdam's A10 motorway during the city's 750th-anniversary celebrations. The event, part of the 'Op de Ring!' festival on June 21, 2025, temporarily transformed a stretch of the ring road into an official wedding venue. Due to the high volume of applications, a lottery was held to select participating couples. The ceremonies were officiated free of charge by Amsterdam's civil marriage officiants, known locally as babsen, and conducted in either Dutch or English. The municipality promised a festive atmosphere with space for guests to celebrate alongside the newlyweds. (</w:t>
      </w:r>
      <w:hyperlink r:id="rId19">
        <w:r>
          <w:rPr>
            <w:color w:val="0000EE"/>
            <w:u w:val="single"/>
          </w:rPr>
          <w:t>nltimes.nl</w:t>
        </w:r>
      </w:hyperlink>
      <w:r>
        <w:t>)</w:t>
      </w:r>
      <w:r/>
    </w:p>
    <w:p>
      <w:pPr>
        <w:pStyle w:val="ListNumber"/>
        <w:spacing w:line="240" w:lineRule="auto"/>
        <w:ind w:left="720"/>
      </w:pPr>
      <w:r/>
      <w:hyperlink r:id="rId13">
        <w:r>
          <w:rPr>
            <w:color w:val="0000EE"/>
            <w:u w:val="single"/>
          </w:rPr>
          <w:t>https://www.iamsterdam.com/en/whats-on/calendar/festivals/events/the-wedding-party-xxl</w:t>
        </w:r>
      </w:hyperlink>
      <w:r>
        <w:t xml:space="preserve"> - The Wedding Party XXL, held on August 6, 2026, in Amsterdam, marked 25 years of marriage equality in the Netherlands. The event transformed Museumplein into a vibrant wedding celebration for all forms of love. Attendees could symbolically get married in the wedding chapel or have their relationship blessed. The event was part of WorldPride Amsterdam, celebrating freedom, diversity, and love in all its forms. (</w:t>
      </w:r>
      <w:hyperlink r:id="rId20">
        <w:r>
          <w:rPr>
            <w:color w:val="0000EE"/>
            <w:u w:val="single"/>
          </w:rPr>
          <w:t>iamsterdam.com</w:t>
        </w:r>
      </w:hyperlink>
      <w:r>
        <w:t>)</w:t>
      </w:r>
      <w:r/>
    </w:p>
    <w:p>
      <w:pPr>
        <w:pStyle w:val="ListNumber"/>
        <w:spacing w:line="240" w:lineRule="auto"/>
        <w:ind w:left="720"/>
      </w:pPr>
      <w:r/>
      <w:hyperlink r:id="rId15">
        <w:r>
          <w:rPr>
            <w:color w:val="0000EE"/>
            <w:u w:val="single"/>
          </w:rPr>
          <w:t>https://www.cntraveller.in/story/can-marry-local-day-amsterdam/</w:t>
        </w:r>
      </w:hyperlink>
      <w:r>
        <w:t xml:space="preserve"> - In 2019, Amsterdam launched a campaign called 'Marry an Amsterdammer for a day' to encourage interaction between tourists and locals. Tourists could bid for a listed bride or groom and perform a mock wedding ceremony at Wed&amp;Walk, a shop that doubles as a chapel in the De Pijp district. The ceremony included fake flowers and inexpensive rings, followed by a one-day honeymoon to explore quieter nooks of Amsterdam. (</w:t>
      </w:r>
      <w:hyperlink r:id="rId21">
        <w:r>
          <w:rPr>
            <w:color w:val="0000EE"/>
            <w:u w:val="single"/>
          </w:rPr>
          <w:t>cntraveller.in</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cmtv/videos/detalhe/dezenas-de-casais-casam-se-por-um-dia-durante-celebracoes-do-pride-de-amesterdao" TargetMode="External"/><Relationship Id="rId10" Type="http://schemas.openxmlformats.org/officeDocument/2006/relationships/hyperlink" Target="https://apnews.com/article/a37f60c46c36c8c20e72a07fa4087c3b" TargetMode="External"/><Relationship Id="rId11" Type="http://schemas.openxmlformats.org/officeDocument/2006/relationships/hyperlink" Target="https://apnews.com/article/80f9706615fe665823750dea7ac125ae" TargetMode="External"/><Relationship Id="rId12" Type="http://schemas.openxmlformats.org/officeDocument/2006/relationships/hyperlink" Target="https://apnews.com/article/12f6b16ef9a193ce776eef40387be465" TargetMode="External"/><Relationship Id="rId13" Type="http://schemas.openxmlformats.org/officeDocument/2006/relationships/hyperlink" Target="https://www.iamsterdam.com/en/whats-on/calendar/festivals/events/the-wedding-party-xxl" TargetMode="External"/><Relationship Id="rId14" Type="http://schemas.openxmlformats.org/officeDocument/2006/relationships/hyperlink" Target="https://nltimes.nl/2024/12/03/roughly-400-couples-plan-get-married-a10-motorway-amsterdams-750th-birthday" TargetMode="External"/><Relationship Id="rId15" Type="http://schemas.openxmlformats.org/officeDocument/2006/relationships/hyperlink" Target="https://www.cntraveller.in/story/can-marry-local-day-amsterdam/" TargetMode="External"/><Relationship Id="rId16" Type="http://schemas.openxmlformats.org/officeDocument/2006/relationships/hyperlink" Target="https://apnews.com/article/a37f60c46c36c8c20e72a07fa4087c3b?utm_source=openai" TargetMode="External"/><Relationship Id="rId17" Type="http://schemas.openxmlformats.org/officeDocument/2006/relationships/hyperlink" Target="https://apnews.com/article/12f6b16ef9a193ce776eef40387be465?utm_source=openai" TargetMode="External"/><Relationship Id="rId18" Type="http://schemas.openxmlformats.org/officeDocument/2006/relationships/hyperlink" Target="https://apnews.com/article/80f9706615fe665823750dea7ac125ae?utm_source=openai" TargetMode="External"/><Relationship Id="rId19" Type="http://schemas.openxmlformats.org/officeDocument/2006/relationships/hyperlink" Target="https://nltimes.nl/2024/12/03/roughly-400-couples-plan-get-married-a10-motorway-amsterdams-750th-birthday?utm_source=openai" TargetMode="External"/><Relationship Id="rId20" Type="http://schemas.openxmlformats.org/officeDocument/2006/relationships/hyperlink" Target="https://www.iamsterdam.com/en/whats-on/calendar/festivals/events/the-wedding-party-xxl?utm_source=openai" TargetMode="External"/><Relationship Id="rId21" Type="http://schemas.openxmlformats.org/officeDocument/2006/relationships/hyperlink" Target="https://www.cntraveller.in/story/can-marry-local-day-amsterda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