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Music Friday Picks: Madonna, KAROL G, Stray Kids and More New Releases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streams and playlist curators are already queuing this week’s highlights: Madonna and Kylie’s surprise WorldPride duet, fresh cuts from KAROL G, Stray Kids and Sam Smith, plus country and indie drops that matter , who’s trending, what to add to your weekend queue and why these releases stick.</w:t>
      </w:r>
      <w:r/>
    </w:p>
    <w:p>
      <w:r/>
      <w:r>
        <w:t>Essential Takeaways</w:t>
      </w:r>
      <w:r/>
      <w:r/>
    </w:p>
    <w:p>
      <w:pPr>
        <w:pStyle w:val="ListBullet"/>
        <w:spacing w:line="240" w:lineRule="auto"/>
        <w:ind w:left="720"/>
      </w:pPr>
      <w:r/>
      <w:r>
        <w:rPr>
          <w:b/>
        </w:rPr>
        <w:t>Big moment:</w:t>
      </w:r>
      <w:r>
        <w:t xml:space="preserve"> Madonna invited Kylie Minogue onstage in Amsterdam to debut a new "Love Sensation" mix and perform "Sorry", creating an electric, nostalgic live moment.</w:t>
      </w:r>
      <w:r/>
    </w:p>
    <w:p>
      <w:pPr>
        <w:pStyle w:val="ListBullet"/>
        <w:spacing w:line="240" w:lineRule="auto"/>
        <w:ind w:left="720"/>
      </w:pPr>
      <w:r/>
      <w:r>
        <w:rPr>
          <w:b/>
        </w:rPr>
        <w:t>Pop heavyweights:</w:t>
      </w:r>
      <w:r>
        <w:t xml:space="preserve"> New singles from KAROL G and Sam Smith add global and emotional flavours to Friday’s drops.</w:t>
      </w:r>
      <w:r/>
    </w:p>
    <w:p>
      <w:pPr>
        <w:pStyle w:val="ListBullet"/>
        <w:spacing w:line="240" w:lineRule="auto"/>
        <w:ind w:left="720"/>
      </w:pPr>
      <w:r/>
      <w:r>
        <w:rPr>
          <w:b/>
        </w:rPr>
        <w:t>K-pop &amp; indie:</w:t>
      </w:r>
      <w:r>
        <w:t xml:space="preserve"> Stray Kids and Role Model offer contrasting energy , stadium-ready beats versus intimate storytelling.</w:t>
      </w:r>
      <w:r/>
    </w:p>
    <w:p>
      <w:pPr>
        <w:pStyle w:val="ListBullet"/>
        <w:spacing w:line="240" w:lineRule="auto"/>
        <w:ind w:left="720"/>
      </w:pPr>
      <w:r/>
      <w:r>
        <w:rPr>
          <w:b/>
        </w:rPr>
        <w:t>Country and roots:</w:t>
      </w:r>
      <w:r>
        <w:t xml:space="preserve"> Luke Bryan, Miranda Lambert and Randy Travis bring fresh country and throwback country-tinged offerings , warm, familiar, easy on the ears.</w:t>
      </w:r>
      <w:r/>
    </w:p>
    <w:p>
      <w:pPr>
        <w:pStyle w:val="ListBullet"/>
        <w:spacing w:line="240" w:lineRule="auto"/>
        <w:ind w:left="720"/>
      </w:pPr>
      <w:r/>
      <w:r>
        <w:rPr>
          <w:b/>
        </w:rPr>
        <w:t>Vibe notes:</w:t>
      </w:r>
      <w:r>
        <w:t xml:space="preserve"> Expect club-ready remixes, heartfelt ballads, and a few breezy, acoustic surprises for casual and committed listeners alike.</w:t>
      </w:r>
      <w:r/>
      <w:r/>
    </w:p>
    <w:p>
      <w:pPr>
        <w:pStyle w:val="Heading2"/>
      </w:pPr>
      <w:r>
        <w:t>Madonna and Kylie’s surprise performance , a Pride moment with a club pulse</w:t>
      </w:r>
      <w:r/>
    </w:p>
    <w:p>
      <w:r/>
      <w:r>
        <w:t>Madonna’s WorldPride appearance in Amsterdam had that goosebump energy: the stage felt electric and the crowd loud and bright. She surprised more than 6,000 fans by bringing Kylie Minogue onstage for a new take on "Love Sensation" and a rare live performance of "Sorry", a song she’d not sung in decades. According to reports, the duo’s set mixed disco-era glamour with modern production, and it landed as both a nostalgic flash and a fresh party moment. For playlist-makers, the "Love Sensation (Afterhours Mix)" is the weekend’s must-add , it’s sleek, danceable and just a touch sentimental.</w:t>
      </w:r>
      <w:r/>
    </w:p>
    <w:p>
      <w:pPr>
        <w:pStyle w:val="Heading2"/>
      </w:pPr>
      <w:r>
        <w:t>KAROL G and global pop , Latin rhythms keep climbing</w:t>
      </w:r>
      <w:r/>
    </w:p>
    <w:p>
      <w:r/>
      <w:r>
        <w:t>KAROL G’s new album No Me Arrepiento de Sentir Tanto continues to underline how Latin pop and reggaeton dominate streaming charts internationally. Her songs blend big, anthemic hooks with rhythmic production that’s built for festivals and late-night drives. If you’re curating for workouts or summer evenings, slot in a couple of KAROL G tracks for punch and atmosphere. Industry watchers say these releases also show labels leaning hard into bilingual crossover projects, so expect more Spanish-English hybrids on future playlists.</w:t>
      </w:r>
      <w:r/>
    </w:p>
    <w:p>
      <w:pPr>
        <w:pStyle w:val="Heading2"/>
      </w:pPr>
      <w:r>
        <w:t>Stray Kids and the K-pop push , high-energy releases you can’t ignore</w:t>
      </w:r>
      <w:r/>
    </w:p>
    <w:p>
      <w:r/>
      <w:r>
        <w:t>Stray Kids dropped THIS &amp; THAT, another offering that proves K-pop’s appetite for genre-bending. The group’s sound alternates from propulsive rap sections to glossy pop choruses, and the production has that crisp, stadium-ready sheen. Streaming audiences love the immediacy , big hooks, tight choreography-ready beats and a fanbase that shows up in numbers. For listeners new to K-pop, a Stray Kids single is a great gateway: it’s energetic, polished and made to stick.</w:t>
      </w:r>
      <w:r/>
    </w:p>
    <w:p>
      <w:pPr>
        <w:pStyle w:val="Heading2"/>
      </w:pPr>
      <w:r>
        <w:t>Singer-songwriters and intimate numbers , Sam Smith, Role Model, Audrey Nuna</w:t>
      </w:r>
      <w:r/>
    </w:p>
    <w:p>
      <w:r/>
      <w:r>
        <w:t>Not every Friday is about festival-size hooks. Sam Smith’s "When He's Gone" and Role Model’s Chuck Timely &amp; The Hourglass offer quieter, more confessional moments. These tracks land softer: piano-led, voice-forward and emotionally direct. Audrey Nuna’s "superHUman" brings an alt-R&amp;B sheen that’s playful and sharp. If you build playlists for late-night, study sessions or reflective drives, these songs provide the close-up, human moments that balance the week’s bigger pop statements.</w:t>
      </w:r>
      <w:r/>
    </w:p>
    <w:p>
      <w:pPr>
        <w:pStyle w:val="Heading2"/>
      </w:pPr>
      <w:r>
        <w:t>Country corner and nostalgia , Luke Bryan, Miranda Lambert and Randy Travis</w:t>
      </w:r>
      <w:r/>
    </w:p>
    <w:p>
      <w:r/>
      <w:r>
        <w:t>Country artists kept the releases steady this week. Luke Bryan’s "Signs" and Miranda Lambert’s "Sunset Marquis" sit comfortably in modern country radio’s wheelhouse , easy hooks, storytelling lyrics and a warm, familiar production. Randy Travis adds a classic thread with "I Don't Care", offering a touch of traditionalism for listeners who like their country with a dash of nostalgia. For those curating mood-specific country rotations, mix the new with a few older staples to keep transitions smooth.</w:t>
      </w:r>
      <w:r/>
    </w:p>
    <w:p>
      <w:pPr>
        <w:pStyle w:val="Heading2"/>
      </w:pPr>
      <w:r>
        <w:t>How to build a weekend playlist from this drop</w:t>
      </w:r>
      <w:r/>
    </w:p>
    <w:p>
      <w:r/>
      <w:r>
        <w:t>Start with the attention-grabbers , Madonna &amp; Kylie’s afterhours mix and KAROL G , then alternate energy levels: pop bangers, a K-pop burst, some introspective singer-songwriter cuts, and a couple of country tracks to close. Keep transitions gentle: tempo drops or acoustic breaks give listeners breathing room. Finally, preview tracks at reduced volume to check for jarring production changes; remastered or dance mixes can sometimes surprise you on headphones.</w:t>
      </w:r>
      <w:r/>
    </w:p>
    <w:p>
      <w:r/>
      <w:r>
        <w:t>It's a small change that can refresh your whole weekend listening.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Paragraph 5: </w:t>
      </w:r>
      <w:hyperlink r:id="rId9">
        <w:r>
          <w:rPr>
            <w:color w:val="0000EE"/>
            <w:u w:val="single"/>
          </w:rPr>
          <w:t>[2]</w:t>
        </w:r>
      </w:hyperlink>
      <w:r>
        <w:t xml:space="preserve">- Paragraph 6: </w:t>
      </w:r>
      <w:hyperlink r:id="rId9">
        <w:r>
          <w:rPr>
            <w:color w:val="0000EE"/>
            <w:u w:val="single"/>
          </w:rPr>
          <w:t>[2]</w:t>
        </w:r>
      </w:hyperlink>
      <w:r>
        <w:t xml:space="preserve">- Paragraph 7: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https://www.etonline.com/new-music-friday-august-7-madonna-kylie-minogue-karol-g-stray-kids-role-model-audrey-nuna-and-more</w:t>
        </w:r>
      </w:hyperlink>
      <w:r>
        <w:t xml:space="preserve"> - Please view link - unable to able to access data</w:t>
      </w:r>
      <w:r/>
    </w:p>
    <w:p>
      <w:pPr>
        <w:pStyle w:val="ListNumber"/>
        <w:spacing w:line="240" w:lineRule="auto"/>
        <w:ind w:left="720"/>
      </w:pPr>
      <w:r/>
      <w:hyperlink r:id="rId9">
        <w:r>
          <w:rPr>
            <w:color w:val="0000EE"/>
            <w:u w:val="single"/>
          </w:rPr>
          <w:t>https://www.etonline.com/new-music-friday-august-7-madonna-kylie-minogue-karol-g-stray-kids-role-model-audrey-nuna-and-more</w:t>
        </w:r>
      </w:hyperlink>
      <w:r>
        <w:t xml:space="preserve"> - Entertainment Tonight's 'New Music Friday' feature highlights recent music releases, including Madonna and Kylie Minogue's collaboration at WorldPride Amsterdam, Ms. Lauryn Hill and Wyclef Jean's celebration of The Fugees' 'The Score' 30th anniversary in London, and new tracks from artists like KAROL G, Stray Kids, and Role Model. The article also mentions Zac Brown Band's milestone at Boston's Fenway Park and Alex Warren's new single 'RESCUER'.</w:t>
      </w:r>
      <w:r/>
    </w:p>
    <w:p>
      <w:pPr>
        <w:pStyle w:val="ListNumber"/>
        <w:spacing w:line="240" w:lineRule="auto"/>
        <w:ind w:left="720"/>
      </w:pPr>
      <w:r/>
      <w:hyperlink r:id="rId10">
        <w:r>
          <w:rPr>
            <w:color w:val="0000EE"/>
            <w:u w:val="single"/>
          </w:rPr>
          <w:t>https://elpais.com/cultura/2026-08-02/madonna-actua-con-kylie-minogue-en-el-world-pride-de-amsterdam.html</w:t>
        </w:r>
      </w:hyperlink>
      <w:r>
        <w:t xml:space="preserve"> - El País reports on Madonna's surprise performance with Kylie Minogue at WorldPride Amsterdam 2026. The duo performed songs from Madonna's latest album, 'Confessions on a Dancefloor II', including 'Sorry' and 'Hung Up'. The event highlighted Madonna's longstanding support for the LGBTQ+ community and coincided with heightened security measures following a recent attack in Berlin.</w:t>
      </w:r>
      <w:r/>
    </w:p>
    <w:p>
      <w:pPr>
        <w:pStyle w:val="ListNumber"/>
        <w:spacing w:line="240" w:lineRule="auto"/>
        <w:ind w:left="720"/>
      </w:pPr>
      <w:r/>
      <w:hyperlink r:id="rId11">
        <w:r>
          <w:rPr>
            <w:color w:val="0000EE"/>
            <w:u w:val="single"/>
          </w:rPr>
          <w:t>https://www.reggaereflection.com/events/lauryn-hill-diaspora-calling/</w:t>
        </w:r>
      </w:hyperlink>
      <w:r>
        <w:t xml:space="preserve"> - Reggae Reflection announces Ms. Lauryn Hill's 'Diaspora Calling!' festival in Milton Keynes, UK, on August 7, 2026. The event features Ms. Hill, Wyclef Jean, YG Marley, and Zion Marley, celebrating African diaspora culture. The festival emphasizes artistic expression, cultural exchange, and collective experience, with tickets available through the official website.</w:t>
      </w:r>
      <w:r/>
    </w:p>
    <w:p>
      <w:pPr>
        <w:pStyle w:val="ListNumber"/>
        <w:spacing w:line="240" w:lineRule="auto"/>
        <w:ind w:left="720"/>
      </w:pPr>
      <w:r/>
      <w:hyperlink r:id="rId12">
        <w:r>
          <w:rPr>
            <w:color w:val="0000EE"/>
            <w:u w:val="single"/>
          </w:rPr>
          <w:t>https://www.latimes.com/entertainment-arts/music/story/2021-09-22/the-fugees-reunion-tour-the-score-anniversary-lauryn-hill</w:t>
        </w:r>
      </w:hyperlink>
      <w:r>
        <w:t xml:space="preserve"> - The Los Angeles Times reports on The Fugees' reunion to celebrate the 25th anniversary of their album 'The Score'. The trio—Wyclef Jean, Lauryn Hill, and Pras Michel—announced a series of shows, including a private pop-up in New York and an international tour, marking their first performance together in 15 years.</w:t>
      </w:r>
      <w:r/>
    </w:p>
    <w:p>
      <w:pPr>
        <w:pStyle w:val="ListNumber"/>
        <w:spacing w:line="240" w:lineRule="auto"/>
        <w:ind w:left="720"/>
      </w:pPr>
      <w:r/>
      <w:hyperlink r:id="rId13">
        <w:r>
          <w:rPr>
            <w:color w:val="0000EE"/>
            <w:u w:val="single"/>
          </w:rPr>
          <w:t>https://digital.abcaudio.com/news/wyclef-jean-ms-lauryn-hill-celebrate-30-years-fugees-score-global-citizen-event</w:t>
        </w:r>
      </w:hyperlink>
      <w:r>
        <w:t xml:space="preserve"> - ABC Audio Digital Syndication details Wyclef Jean and Ms. Lauryn Hill's plans to celebrate the 30th anniversary of The Fugees' 'The Score' at a Global Citizen event in Rio de Janeiro. The performance includes YG Marley, Zion Marley, and co-headliner Ludmilla, with tickets obtainable through volunteer opportunities or by taking action on global issues.</w:t>
      </w:r>
      <w:r/>
    </w:p>
    <w:p>
      <w:pPr>
        <w:pStyle w:val="ListNumber"/>
        <w:spacing w:line="240" w:lineRule="auto"/>
        <w:ind w:left="720"/>
      </w:pPr>
      <w:r/>
      <w:hyperlink r:id="rId14">
        <w:r>
          <w:rPr>
            <w:color w:val="0000EE"/>
            <w:u w:val="single"/>
          </w:rPr>
          <w:t>https://www.skiddle.com/whats-on/London/The-Jazz-Cafe/The-Score-Revisited---30th-Anniversary/42124412/</w:t>
        </w:r>
      </w:hyperlink>
      <w:r>
        <w:t xml:space="preserve"> - Skiddle promotes 'The Score Revisited - 30th Anniversary' event at The Jazz Cafe in London on April 18, 2026. A full live band will perform The Fugees' classic album 'The Score' in its entirety, celebrating its 30th anniversary. The event highlights the album's impact on hip-hop and neo-soul, featuring tracks like 'Ready or Not' and 'Killing Me Softly With His Song'.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tonline.com/new-music-friday-august-7-madonna-kylie-minogue-karol-g-stray-kids-role-model-audrey-nuna-and-more" TargetMode="External"/><Relationship Id="rId10" Type="http://schemas.openxmlformats.org/officeDocument/2006/relationships/hyperlink" Target="https://elpais.com/cultura/2026-08-02/madonna-actua-con-kylie-minogue-en-el-world-pride-de-amsterdam.html" TargetMode="External"/><Relationship Id="rId11" Type="http://schemas.openxmlformats.org/officeDocument/2006/relationships/hyperlink" Target="https://www.reggaereflection.com/events/lauryn-hill-diaspora-calling/" TargetMode="External"/><Relationship Id="rId12" Type="http://schemas.openxmlformats.org/officeDocument/2006/relationships/hyperlink" Target="https://www.latimes.com/entertainment-arts/music/story/2021-09-22/the-fugees-reunion-tour-the-score-anniversary-lauryn-hill" TargetMode="External"/><Relationship Id="rId13" Type="http://schemas.openxmlformats.org/officeDocument/2006/relationships/hyperlink" Target="https://digital.abcaudio.com/news/wyclef-jean-ms-lauryn-hill-celebrate-30-years-fugees-score-global-citizen-event" TargetMode="External"/><Relationship Id="rId14" Type="http://schemas.openxmlformats.org/officeDocument/2006/relationships/hyperlink" Target="https://www.skiddle.com/whats-on/London/The-Jazz-Cafe/The-Score-Revisited---30th-Anniversary/421244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