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Mormon Land Podcast Coverage: Why Fans Say It’s Changing LDS Conversations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are tuning into Mormon Land; listeners across Utah and beyond are praising the podcast for unpacking LDS history and culture with warmth and curiosity, and it matters because it’s shifting how members, ex-members and the public talk about faith and identity.</w:t>
      </w:r>
      <w:r/>
    </w:p>
    <w:p>
      <w:r/>
      <w:r>
        <w:t>Essential Takeaways</w:t>
      </w:r>
      <w:r/>
      <w:r/>
    </w:p>
    <w:p>
      <w:pPr>
        <w:pStyle w:val="ListBullet"/>
        <w:spacing w:line="240" w:lineRule="auto"/>
        <w:ind w:left="720"/>
      </w:pPr>
      <w:r/>
      <w:r>
        <w:rPr>
          <w:b/>
        </w:rPr>
        <w:t>Popular and accessible:</w:t>
      </w:r>
      <w:r>
        <w:t xml:space="preserve"> Mormon Land has drawn a steady audience by putting complex church history into plain, often conversational language.</w:t>
      </w:r>
      <w:r/>
    </w:p>
    <w:p>
      <w:pPr>
        <w:pStyle w:val="ListBullet"/>
        <w:spacing w:line="240" w:lineRule="auto"/>
        <w:ind w:left="720"/>
      </w:pPr>
      <w:r/>
      <w:r>
        <w:rPr>
          <w:b/>
        </w:rPr>
        <w:t>Mix of voices:</w:t>
      </w:r>
      <w:r>
        <w:t xml:space="preserve"> Episodes feature interviews with historians, church members and former members, offering a range of perspectives.</w:t>
      </w:r>
      <w:r/>
    </w:p>
    <w:p>
      <w:pPr>
        <w:pStyle w:val="ListBullet"/>
        <w:spacing w:line="240" w:lineRule="auto"/>
        <w:ind w:left="720"/>
      </w:pPr>
      <w:r/>
      <w:r>
        <w:rPr>
          <w:b/>
        </w:rPr>
        <w:t>Emotional resonance:</w:t>
      </w:r>
      <w:r>
        <w:t xml:space="preserve"> Listeners report the show feels intimate , thoughtful, sometimes raw, and easy to relate to.</w:t>
      </w:r>
      <w:r/>
    </w:p>
    <w:p>
      <w:pPr>
        <w:pStyle w:val="ListBullet"/>
        <w:spacing w:line="240" w:lineRule="auto"/>
        <w:ind w:left="720"/>
      </w:pPr>
      <w:r/>
      <w:r>
        <w:rPr>
          <w:b/>
        </w:rPr>
        <w:t>Cultural context:</w:t>
      </w:r>
      <w:r>
        <w:t xml:space="preserve"> The podcast connects local Utah stories to broader national conversations about faith, identity and belonging.</w:t>
      </w:r>
      <w:r/>
    </w:p>
    <w:p>
      <w:pPr>
        <w:pStyle w:val="ListBullet"/>
        <w:spacing w:line="240" w:lineRule="auto"/>
        <w:ind w:left="720"/>
      </w:pPr>
      <w:r/>
      <w:r>
        <w:rPr>
          <w:b/>
        </w:rPr>
        <w:t>Practical listening:</w:t>
      </w:r>
      <w:r>
        <w:t xml:space="preserve"> Episodes are bite-sized enough for commutes and chores, with standout shows that spark wider conversation.</w:t>
      </w:r>
      <w:r/>
      <w:r/>
    </w:p>
    <w:p>
      <w:pPr>
        <w:pStyle w:val="Heading2"/>
      </w:pPr>
      <w:r>
        <w:t>Why Mormon Land feels different from other faith podcasts</w:t>
      </w:r>
      <w:r/>
    </w:p>
    <w:p>
      <w:r/>
      <w:r>
        <w:t>The first thing you notice is how conversational it sounds , a soft, curious tone rather than a lecture. That intimacy has helped the podcast land with people who might otherwise avoid religion-focused media. According to coverage in local outlets, the show leans on storytelling and first-person accounts, which makes dense or disputed history feel human and present. That approach helps listeners empathise rather than argue, and it’s one reason the programme has become a go-to for people exploring faith questions. If you’re new to it, try an episode with a personal story , you’ll get the style quickly. For many, the effect is surprising: history becomes a lived thing rather than a list of facts.</w:t>
      </w:r>
      <w:r/>
    </w:p>
    <w:p>
      <w:pPr>
        <w:pStyle w:val="Heading2"/>
      </w:pPr>
      <w:r>
        <w:t>How the producers balance scholarship and storytelling</w:t>
      </w:r>
      <w:r/>
    </w:p>
    <w:p>
      <w:r/>
      <w:r>
        <w:t>Mormon Land walks a careful line between academic context and plainspoken narrative. Episodes routinely bring in historians and subject-matter guests to ground discussions, while hosts steer conversations toward everyday implications. Reporters have noted the podcast makes archival details accessible without flattening controversy. That’s useful if you want nuance: you get dates and debates, but you also hear how decisions and policies touched real lives. If you’re choosing episodes, look for ones that list guests with academic credentials if you want a deeper fact-checkable dive, or choose personal interviews for emotional texture.</w:t>
      </w:r>
      <w:r/>
    </w:p>
    <w:p>
      <w:pPr>
        <w:pStyle w:val="Heading2"/>
      </w:pPr>
      <w:r>
        <w:t>Why the show matters to Utah communities , and beyond</w:t>
      </w:r>
      <w:r/>
    </w:p>
    <w:p>
      <w:r/>
      <w:r>
        <w:t>Locally, the podcast has become a mirror for Utah listeners who recognise neighbourhood details and cultural cues; nationally, it offers outsiders a clearer picture of how faith shapes daily life in the Mountain West. Coverage suggests the series helps normalise conversations that were once private: questions about doubt, belonging and institutional change show up in public discourse now more often. That shift matters because it adds nuance to how the media and the public discuss the Church. For anyone curious about regional identity, the podcast is a handy primer , and for Utahns, it’s a shared audio space where familiar places and tensions are explored aloud.</w:t>
      </w:r>
      <w:r/>
    </w:p>
    <w:p>
      <w:pPr>
        <w:pStyle w:val="Heading2"/>
      </w:pPr>
      <w:r>
        <w:t>What listeners say , emotional and practical reactions</w:t>
      </w:r>
      <w:r/>
    </w:p>
    <w:p>
      <w:r/>
      <w:r>
        <w:t>Fans describe episodes as “comforting” and “eye-opening” in equal measure; some episodes prompt pride, others frank re-evaluation. That emotional range helps explain why people recommend it to friends with different views. Practical listeners praise episodes for their length and pace , doable during a commute or chores , and for clear episode notes that help you choose. If you care about tone, expect gentle curiosity rather than polemic. For hosts and producers, the feedback loop seems to be working: listener mail and social responses shape future topics, keeping the series responsive to community interest.</w:t>
      </w:r>
      <w:r/>
    </w:p>
    <w:p>
      <w:pPr>
        <w:pStyle w:val="Heading2"/>
      </w:pPr>
      <w:r>
        <w:t>How to pick episodes and get the most from listening</w:t>
      </w:r>
      <w:r/>
    </w:p>
    <w:p>
      <w:r/>
      <w:r>
        <w:t>Start with episodes flagged as “best of” or those featuring recognised historians if you want context first. If you prefer personal narratives, look for guest interviews and listener stories. Take notes or follow episode links to primary sources if a topic sparks deeper interest; many shows provide reading lists or references. And if you’re in Utah, consider the podcast a conversation starter , bring an episode to a small group and see where it leads. Overall, the show rewards a curious ear: listen with an open mind, and you’ll likely walk away with both new facts and new questions.</w:t>
      </w:r>
      <w:r/>
    </w:p>
    <w:p>
      <w:r/>
      <w:r>
        <w:t>It's a small change that can open up bigger conversations about history, faith and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Paragraph 3: </w:t>
      </w:r>
      <w:hyperlink r:id="rId12">
        <w:r>
          <w:rPr>
            <w:color w:val="0000EE"/>
            <w:u w:val="single"/>
          </w:rPr>
          <w:t>[5]</w:t>
        </w:r>
      </w:hyperlink>
      <w:r>
        <w:t xml:space="preserve">- Paragraph 4: </w:t>
      </w:r>
      <w:hyperlink r:id="rId13">
        <w:r>
          <w:rPr>
            <w:color w:val="0000EE"/>
            <w:u w:val="single"/>
          </w:rPr>
          <w:t>[6]</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https://www.sltrib.com/religion/2026/08/05/mormon-land-podcast-celebrated-lds/</w:t>
        </w:r>
      </w:hyperlink>
      <w:r>
        <w:t xml:space="preserve"> - Please view link - unable to able to access data</w:t>
      </w:r>
      <w:r/>
    </w:p>
    <w:p>
      <w:pPr>
        <w:pStyle w:val="ListNumber"/>
        <w:spacing w:line="240" w:lineRule="auto"/>
        <w:ind w:left="720"/>
      </w:pPr>
      <w:r/>
      <w:hyperlink r:id="rId9">
        <w:r>
          <w:rPr>
            <w:color w:val="0000EE"/>
            <w:u w:val="single"/>
          </w:rPr>
          <w:t>https://www.sltrib.com/religion/2026/08/05/mormon-land-podcast-celebrated-lds/</w:t>
        </w:r>
      </w:hyperlink>
      <w:r>
        <w:t xml:space="preserve"> - In this episode of the 'Mormon Land' podcast, celebrated LDS musician Michael McLean and his gay son, Jeff McLean, share their journey of healing and reconciliation after years of distance. The father and son discuss their experiences, the challenges they faced, and the process of rebuilding their relationship, offering hope and understanding to others in similar situations.</w:t>
      </w:r>
      <w:r/>
    </w:p>
    <w:p>
      <w:pPr>
        <w:pStyle w:val="ListNumber"/>
        <w:spacing w:line="240" w:lineRule="auto"/>
        <w:ind w:left="720"/>
      </w:pPr>
      <w:r/>
      <w:hyperlink r:id="rId10">
        <w:r>
          <w:rPr>
            <w:color w:val="0000EE"/>
            <w:u w:val="single"/>
          </w:rPr>
          <w:t>https://www.sltrib.com/religion/2026/06/24/mormon-land-podcast/</w:t>
        </w:r>
      </w:hyperlink>
      <w:r>
        <w:t xml:space="preserve"> - This 'Mormon Land' podcast episode explores the integration of African American spirituals into LDS worship. Black musician Kimberly Applewhite Teitter discusses the significance of incorporating these musical traditions into church services, emphasizing the emotional and spiritual impact they have on congregants.</w:t>
      </w:r>
      <w:r/>
    </w:p>
    <w:p>
      <w:pPr>
        <w:pStyle w:val="ListNumber"/>
        <w:spacing w:line="240" w:lineRule="auto"/>
        <w:ind w:left="720"/>
      </w:pPr>
      <w:r/>
      <w:hyperlink r:id="rId11">
        <w:r>
          <w:rPr>
            <w:color w:val="0000EE"/>
            <w:u w:val="single"/>
          </w:rPr>
          <w:t>https://www.sltrib.com/religion/2026/04/08/mormon-land-podcast-does-lds/</w:t>
        </w:r>
      </w:hyperlink>
      <w:r>
        <w:t xml:space="preserve"> - In this 'Mormon Land' podcast episode, the hosts discuss whether the format of the LDS General Conference needs an overhaul. They examine aspects such as the Easter weekend focus, the solemn assembly, the record number of convert baptisms, and the appointment of an African woman to lead the Primary organization for children.</w:t>
      </w:r>
      <w:r/>
    </w:p>
    <w:p>
      <w:pPr>
        <w:pStyle w:val="ListNumber"/>
        <w:spacing w:line="240" w:lineRule="auto"/>
        <w:ind w:left="720"/>
      </w:pPr>
      <w:r/>
      <w:hyperlink r:id="rId12">
        <w:r>
          <w:rPr>
            <w:color w:val="0000EE"/>
            <w:u w:val="single"/>
          </w:rPr>
          <w:t>https://www.sltrib.com/religion/2026/03/11/mormon-land-podcast/</w:t>
        </w:r>
      </w:hyperlink>
      <w:r>
        <w:t xml:space="preserve"> - This 'Mormon Land' podcast episode features U.S. diplomat John Dinkelman, who discusses how his LDS faith guides his work in the foreign service. He shares insights into balancing his professional responsibilities with his religious beliefs and how his faith influences his diplomatic approach.</w:t>
      </w:r>
      <w:r/>
    </w:p>
    <w:p>
      <w:pPr>
        <w:pStyle w:val="ListNumber"/>
        <w:spacing w:line="240" w:lineRule="auto"/>
        <w:ind w:left="720"/>
      </w:pPr>
      <w:r/>
      <w:hyperlink r:id="rId13">
        <w:r>
          <w:rPr>
            <w:color w:val="0000EE"/>
            <w:u w:val="single"/>
          </w:rPr>
          <w:t>https://www.sltrib.com/religion/2026/03/18/mormon-land-podcast</w:t>
        </w:r>
      </w:hyperlink>
      <w:r>
        <w:t xml:space="preserve"> - In this 'Mormon Land' podcast episode, Troy Williams, an LGBTQ+ advocate and former missionary, discusses his journey from being a missionary to becoming an advocate and negotiator with the LDS Church. He shares his experiences and perspectives on working with the church to address LGBTQ+ issues.</w:t>
      </w:r>
      <w:r/>
    </w:p>
    <w:p>
      <w:pPr>
        <w:pStyle w:val="ListNumber"/>
        <w:spacing w:line="240" w:lineRule="auto"/>
        <w:ind w:left="720"/>
      </w:pPr>
      <w:r/>
      <w:hyperlink r:id="rId14">
        <w:r>
          <w:rPr>
            <w:color w:val="0000EE"/>
            <w:u w:val="single"/>
          </w:rPr>
          <w:t>https://www.sltrib.com/religion/2026/05/06/mormon-land-podcast-what-it-means/</w:t>
        </w:r>
      </w:hyperlink>
      <w:r>
        <w:t xml:space="preserve"> - This 'Mormon Land' podcast episode delves into the concept of sustaining LDS leaders. The hosts discuss the implications of sustaining votes, whether they imply infallibility, and how members can express dissent while still sustaining their leaders.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ltrib.com/religion/2026/08/05/mormon-land-podcast-celebrated-lds/" TargetMode="External"/><Relationship Id="rId10" Type="http://schemas.openxmlformats.org/officeDocument/2006/relationships/hyperlink" Target="https://www.sltrib.com/religion/2026/06/24/mormon-land-podcast/" TargetMode="External"/><Relationship Id="rId11" Type="http://schemas.openxmlformats.org/officeDocument/2006/relationships/hyperlink" Target="https://www.sltrib.com/religion/2026/04/08/mormon-land-podcast-does-lds/" TargetMode="External"/><Relationship Id="rId12" Type="http://schemas.openxmlformats.org/officeDocument/2006/relationships/hyperlink" Target="https://www.sltrib.com/religion/2026/03/11/mormon-land-podcast/" TargetMode="External"/><Relationship Id="rId13" Type="http://schemas.openxmlformats.org/officeDocument/2006/relationships/hyperlink" Target="https://www.sltrib.com/religion/2026/03/18/mormon-land-podcast" TargetMode="External"/><Relationship Id="rId14" Type="http://schemas.openxmlformats.org/officeDocument/2006/relationships/hyperlink" Target="https://www.sltrib.com/religion/2026/05/06/mormon-land-podcast-what-it-me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