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Lincoln Pride 2026 Schedule: Full Running Order and Family Plan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a colourful, music-packed Saturday as Lincoln Pride returns to Orchard Street on 15 August , the free celebration opens at 12pm with a Quiet Hour, a parade from Cornhill and a full main-stage timetable featuring Booty Luv, Honey G, Sam and the Womp, Bailey J Mills and more.</w:t>
      </w:r>
      <w:r/>
    </w:p>
    <w:p>
      <w:r/>
      <w:r>
        <w:t>Essential Takeaways</w:t>
      </w:r>
      <w:r/>
      <w:r/>
    </w:p>
    <w:p>
      <w:pPr>
        <w:pStyle w:val="ListBullet"/>
        <w:spacing w:line="240" w:lineRule="auto"/>
        <w:ind w:left="720"/>
      </w:pPr>
      <w:r/>
      <w:r>
        <w:rPr>
          <w:b/>
        </w:rPr>
        <w:t>Start time:</w:t>
      </w:r>
      <w:r>
        <w:t xml:space="preserve"> Event opens 12:00pm, with a Quiet Hour until 1:00pm, gentle on sound-sensitive visitors. </w:t>
      </w:r>
      <w:r/>
    </w:p>
    <w:p>
      <w:pPr>
        <w:pStyle w:val="ListBullet"/>
        <w:spacing w:line="240" w:lineRule="auto"/>
        <w:ind w:left="720"/>
      </w:pPr>
      <w:r/>
      <w:r>
        <w:rPr>
          <w:b/>
        </w:rPr>
        <w:t>Main-stage highlights:</w:t>
      </w:r>
      <w:r>
        <w:t xml:space="preserve"> Acts run from the Opening Ceremony at 1:00pm through headliners Sam and the Womp at 6:40pm; timings may change. </w:t>
      </w:r>
      <w:r/>
    </w:p>
    <w:p>
      <w:pPr>
        <w:pStyle w:val="ListBullet"/>
        <w:spacing w:line="240" w:lineRule="auto"/>
        <w:ind w:left="720"/>
      </w:pPr>
      <w:r/>
      <w:r>
        <w:rPr>
          <w:b/>
        </w:rPr>
        <w:t>Parade:</w:t>
      </w:r>
      <w:r>
        <w:t xml:space="preserve"> Departs Lincoln Cornhill at 12:00pm, marches up the High Street to Orchard Street , the public can join behind the final float. </w:t>
      </w:r>
      <w:r/>
    </w:p>
    <w:p>
      <w:pPr>
        <w:pStyle w:val="ListBullet"/>
        <w:spacing w:line="240" w:lineRule="auto"/>
        <w:ind w:left="720"/>
      </w:pPr>
      <w:r/>
      <w:r>
        <w:rPr>
          <w:b/>
        </w:rPr>
        <w:t>Family-friendly:</w:t>
      </w:r>
      <w:r>
        <w:t xml:space="preserve"> Family Area open all day with games, arts and crafts, seating and food stalls. </w:t>
      </w:r>
      <w:r/>
    </w:p>
    <w:p>
      <w:pPr>
        <w:pStyle w:val="ListBullet"/>
        <w:spacing w:line="240" w:lineRule="auto"/>
        <w:ind w:left="720"/>
      </w:pPr>
      <w:r/>
      <w:r>
        <w:rPr>
          <w:b/>
        </w:rPr>
        <w:t>Accessibility &amp; extras:</w:t>
      </w:r>
      <w:r>
        <w:t xml:space="preserve"> Accessible toilets and a BSL interpreter on the main stage; VIP packages and an official afterparty run from 7:00pm (18+).</w:t>
      </w:r>
      <w:r/>
      <w:r/>
    </w:p>
    <w:p>
      <w:pPr>
        <w:pStyle w:val="Heading2"/>
      </w:pPr>
      <w:r>
        <w:t>What to expect at noon , calm starts and a community parade</w:t>
      </w:r>
      <w:r/>
    </w:p>
    <w:p>
      <w:r/>
      <w:r>
        <w:t>The festival opens gently at 12pm with a Quiet Hour until 1pm, so if you or someone you’re with prefers a less noisy start, that first hour is designed for you. The Lincoln Pride Parade sets off at the same time from Lincoln Cornhill, travelling up the High Street to Orchard Street; organisers encourage anyone to fall in behind the final float and march in with the crowd. It’s a bright, communal way to arrive , bring comfortable shoes and a flag if you’ve got one.</w:t>
      </w:r>
      <w:r/>
    </w:p>
    <w:p>
      <w:pPr>
        <w:pStyle w:val="Heading2"/>
      </w:pPr>
      <w:r>
        <w:t>Main stage running order , who’s playing and when</w:t>
      </w:r>
      <w:r/>
    </w:p>
    <w:p>
      <w:r/>
      <w:r>
        <w:t>The main stage kicks off formal proceedings at 1:00pm with an Opening Ceremony and runs through a packed afternoon and evening. Expect quick-change energy with short sets from emerging performers like Jodie State, The Movement Project and Coco Roja, building to covers and drag-tribute slots such as Laura Olivia as Chappell Roan and Rachel Fuller as Charli XCX. The programme finishes with party-ready names including Booty Luv at 5:50pm, Honey G at 6:20pm and Sam and the Womp closing at 6:40pm. Keep a printed or phone copy of the timetable , running orders can shift on the day.</w:t>
      </w:r>
      <w:r/>
    </w:p>
    <w:p>
      <w:pPr>
        <w:pStyle w:val="Heading2"/>
      </w:pPr>
      <w:r>
        <w:t>Family Area and market , things for little ones and relaxed hangouts</w:t>
      </w:r>
      <w:r/>
    </w:p>
    <w:p>
      <w:r/>
      <w:r>
        <w:t>If you’re bringing kids, the Family Area is open throughout the day with crafts, games and live family entertainment plus seating for a breather. Nearby you’ll find a Pride market and food vendors, so you can snack and shop between sets. Volunteers run the event, and the layout makes it easy to keep small groups together , pick a meeting point early, maybe near the seating or a distinctive stall.</w:t>
      </w:r>
      <w:r/>
    </w:p>
    <w:p>
      <w:pPr>
        <w:pStyle w:val="Heading2"/>
      </w:pPr>
      <w:r>
        <w:t>Accessibility, VIPs and the late-night scene</w:t>
      </w:r>
      <w:r/>
    </w:p>
    <w:p>
      <w:r/>
      <w:r>
        <w:t>Lincoln Pride aims to be welcoming: organisers provide accessible toilets and a BSL interpreter on the main stage, which makes headline moments easier to follow for more people. If you want a fuss-free experience, optional VIP packages give priority entry, better viewing, meet-and-greet chances and private facilities , plus free entry to the official afterparty if over 18 and arriving before 9pm. The Scene Lincoln hosts the afterparty from 7:00pm until 7:00am across multiple music areas for those who want to keep the celebration going.</w:t>
      </w:r>
      <w:r/>
    </w:p>
    <w:p>
      <w:pPr>
        <w:pStyle w:val="Heading2"/>
      </w:pPr>
      <w:r>
        <w:t>Practical tips for the day</w:t>
      </w:r>
      <w:r/>
    </w:p>
    <w:p>
      <w:r/>
      <w:r>
        <w:t>Arrive early if you want a good spot for the parade arrival, and use the Quiet Hour if noise is a concern. Dress for variable summer weather and pack a water bottle , there are food stalls but queues can build at peak times. If you rely on accessibility services, check the Lincoln Pride website ahead of time for specifics and volunteer contact points. Finally, remember the event is volunteer-run; a little patience and gratitude go a long way.</w:t>
      </w:r>
      <w:r/>
    </w:p>
    <w:p>
      <w:r/>
      <w:r>
        <w:t>It’s a small change to your weekend plans that promises big colour, music and community spirit.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[5]</w:t>
        </w:r>
      </w:hyperlink>
      <w:r>
        <w:t xml:space="preserve">- Paragraph 2: </w:t>
      </w:r>
      <w:hyperlink r:id="rId9">
        <w:r>
          <w:rPr>
            <w:color w:val="0000EE"/>
            <w:u w:val="single"/>
          </w:rPr>
          <w:t>[5]</w:t>
        </w:r>
      </w:hyperlink>
      <w:r>
        <w:t xml:space="preserve">, </w:t>
      </w:r>
      <w:hyperlink r:id="rId11">
        <w:r>
          <w:rPr>
            <w:color w:val="0000EE"/>
            <w:u w:val="single"/>
          </w:rPr>
          <w:t>[3]</w:t>
        </w:r>
      </w:hyperlink>
      <w:r>
        <w:t xml:space="preserve">- Paragraph 3: </w:t>
      </w:r>
      <w:hyperlink r:id="rId9">
        <w:r>
          <w:rPr>
            <w:color w:val="0000EE"/>
            <w:u w:val="single"/>
          </w:rPr>
          <w:t>[5]</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9">
        <w:r>
          <w:rPr>
            <w:color w:val="0000EE"/>
            <w:u w:val="single"/>
          </w:rPr>
          <w:t>[5]</w:t>
        </w:r>
      </w:hyperlink>
      <w:r>
        <w:t xml:space="preserve">- Paragraph 5: </w:t>
      </w:r>
      <w:hyperlink r:id="rId13">
        <w:r>
          <w:rPr>
            <w:color w:val="0000EE"/>
            <w:u w:val="single"/>
          </w:rPr>
          <w:t>[6]</w:t>
        </w:r>
      </w:hyperlink>
      <w:r>
        <w:t xml:space="preserve">, </w:t>
      </w:r>
      <w:hyperlink r:id="rId9">
        <w:r>
          <w:rPr>
            <w:color w:val="0000EE"/>
            <w:u w:val="single"/>
          </w:rPr>
          <w:t>[5]</w:t>
        </w:r>
      </w:hyperlink>
      <w:r>
        <w:t xml:space="preserve">- Paragraph 6: </w:t>
      </w:r>
      <w:hyperlink r:id="rId14">
        <w:r>
          <w:rPr>
            <w:color w:val="0000EE"/>
            <w:u w:val="single"/>
          </w:rPr>
          <w:t>[7]</w:t>
        </w:r>
      </w:hyperlink>
      <w:r>
        <w:t xml:space="preserve">, </w:t>
      </w:r>
      <w:hyperlink r:id="rId9">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https://www.attitude.co.uk/news/lincoln-pride-2026-performance-times-530635/</w:t>
        </w:r>
      </w:hyperlink>
      <w:r>
        <w:t xml:space="preserve"> - Please view link - unable to able to access data</w:t>
      </w:r>
      <w:r/>
    </w:p>
    <w:p>
      <w:pPr>
        <w:pStyle w:val="ListNumber"/>
        <w:spacing w:line="240" w:lineRule="auto"/>
        <w:ind w:left="720"/>
      </w:pPr>
      <w:r/>
      <w:hyperlink r:id="rId10">
        <w:r>
          <w:rPr>
            <w:color w:val="0000EE"/>
            <w:u w:val="single"/>
          </w:rPr>
          <w:t>https://www.lincolnpride.co.uk/</w:t>
        </w:r>
      </w:hyperlink>
      <w:r>
        <w:t xml:space="preserve"> - Lincoln Pride is a volunteer-run charity that organises annual events celebrating diversity, inclusion, and community spirit in Lincoln. Their website provides information on upcoming events, including the 2026 Pride festival, and details on how to get involved or support the organisation.</w:t>
      </w:r>
      <w:r/>
    </w:p>
    <w:p>
      <w:pPr>
        <w:pStyle w:val="ListNumber"/>
        <w:spacing w:line="240" w:lineRule="auto"/>
        <w:ind w:left="720"/>
      </w:pPr>
      <w:r/>
      <w:hyperlink r:id="rId11">
        <w:r>
          <w:rPr>
            <w:color w:val="0000EE"/>
            <w:u w:val="single"/>
          </w:rPr>
          <w:t>https://www.visitlincoln.com/event/lincoln-pride/105128101/</w:t>
        </w:r>
      </w:hyperlink>
      <w:r>
        <w:t xml:space="preserve"> - Visit Lincoln's official tourism website offers details about Lincoln Pride, including event dates, times, and locations. The page highlights the free-to-attend nature of the event and encourages attendees to support the cause and celebrate equality and diversity in the community.</w:t>
      </w:r>
      <w:r/>
    </w:p>
    <w:p>
      <w:pPr>
        <w:pStyle w:val="ListNumber"/>
        <w:spacing w:line="240" w:lineRule="auto"/>
        <w:ind w:left="720"/>
      </w:pPr>
      <w:r/>
      <w:hyperlink r:id="rId12">
        <w:r>
          <w:rPr>
            <w:color w:val="0000EE"/>
            <w:u w:val="single"/>
          </w:rPr>
          <w:t>https://www.lincolnbig.co.uk/news-events/news/lincoln-pride-2026/</w:t>
        </w:r>
      </w:hyperlink>
      <w:r>
        <w:t xml:space="preserve"> - Lincoln BIG, a business improvement group, announces the return of the official Lincoln Pride Parade for 2026. The article discusses the significance of the event in bringing together thousands of people to celebrate diversity, inclusion, and community spirit in Lincoln.</w:t>
      </w:r>
      <w:r/>
    </w:p>
    <w:p>
      <w:pPr>
        <w:pStyle w:val="ListNumber"/>
        <w:spacing w:line="240" w:lineRule="auto"/>
        <w:ind w:left="720"/>
      </w:pPr>
      <w:r/>
      <w:hyperlink r:id="rId9">
        <w:r>
          <w:rPr>
            <w:color w:val="0000EE"/>
            <w:u w:val="single"/>
          </w:rPr>
          <w:t>https://www.attitude.co.uk/news/lincoln-pride-2026-performance-times-530635/</w:t>
        </w:r>
      </w:hyperlink>
      <w:r>
        <w:t xml:space="preserve"> - Attitude magazine provides the complete schedule for Lincoln Pride 2026, including the main stage timetable, parade details, family activities, and performances from artists like Booty Luv, Sam and the Womp, Honey G, and Bailey J Mills.</w:t>
      </w:r>
      <w:r/>
    </w:p>
    <w:p>
      <w:pPr>
        <w:pStyle w:val="ListNumber"/>
        <w:spacing w:line="240" w:lineRule="auto"/>
        <w:ind w:left="720"/>
      </w:pPr>
      <w:r/>
      <w:hyperlink r:id="rId13">
        <w:r>
          <w:rPr>
            <w:color w:val="0000EE"/>
            <w:u w:val="single"/>
          </w:rPr>
          <w:t>https://www.lincolnpride.co.uk/afterparty</w:t>
        </w:r>
      </w:hyperlink>
      <w:r>
        <w:t xml:space="preserve"> - Lincoln Pride's official afterparty page details the event's timings, location, and entertainment. The afterparty features live performances across three music areas and is scheduled from 7:00 pm to 7:00 am at The Scene Lincoln, an 18+ venue.</w:t>
      </w:r>
      <w:r/>
    </w:p>
    <w:p>
      <w:pPr>
        <w:pStyle w:val="ListNumber"/>
        <w:spacing w:line="240" w:lineRule="auto"/>
        <w:ind w:left="720"/>
      </w:pPr>
      <w:r/>
      <w:hyperlink r:id="rId14">
        <w:r>
          <w:rPr>
            <w:color w:val="0000EE"/>
            <w:u w:val="single"/>
          </w:rPr>
          <w:t>https://www.lincolnpride.co.uk/volunteer</w:t>
        </w:r>
      </w:hyperlink>
      <w:r>
        <w:t xml:space="preserve"> - The volunteer page on Lincoln Pride's website provides information on how individuals can get involved with the organisation. It outlines the benefits of volunteering, including contributing to the success of the event and supporting the LGBTQ+ community in Lincoln.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lincoln-pride-2026-performance-times-530635/" TargetMode="External"/><Relationship Id="rId10" Type="http://schemas.openxmlformats.org/officeDocument/2006/relationships/hyperlink" Target="https://www.lincolnpride.co.uk/" TargetMode="External"/><Relationship Id="rId11" Type="http://schemas.openxmlformats.org/officeDocument/2006/relationships/hyperlink" Target="https://www.visitlincoln.com/event/lincoln-pride/105128101/" TargetMode="External"/><Relationship Id="rId12" Type="http://schemas.openxmlformats.org/officeDocument/2006/relationships/hyperlink" Target="https://www.lincolnbig.co.uk/news-events/news/lincoln-pride-2026/" TargetMode="External"/><Relationship Id="rId13" Type="http://schemas.openxmlformats.org/officeDocument/2006/relationships/hyperlink" Target="https://www.lincolnpride.co.uk/afterparty" TargetMode="External"/><Relationship Id="rId14" Type="http://schemas.openxmlformats.org/officeDocument/2006/relationships/hyperlink" Target="https://www.lincolnpride.co.uk/volunte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