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DC This Week: Where to Eat, Meet and Find Support August 1–13</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lively mix of brunches, socials, movie screenings and support groups across Washington, DC this week , popular, free and ticketed options mean there’s something for every mood, from a retro happy hour to quiet Zoom coffee for older adults. Here’s what to know, where to go, and how to join in.</w:t>
      </w:r>
      <w:r/>
    </w:p>
    <w:p>
      <w:r/>
      <w:r>
        <w:t>Essential Takeaways</w:t>
      </w:r>
      <w:r/>
      <w:r/>
    </w:p>
    <w:p>
      <w:pPr>
        <w:pStyle w:val="ListBullet"/>
        <w:spacing w:line="240" w:lineRule="auto"/>
        <w:ind w:left="720"/>
      </w:pPr>
      <w:r/>
      <w:r>
        <w:rPr>
          <w:b/>
        </w:rPr>
        <w:t>Weekly meet-ups:</w:t>
      </w:r>
      <w:r>
        <w:t xml:space="preserve"> Free community socials and brunches hosted by Go Gay DC offer easy ways to meet people; happy hour vibes and beach-bar brunches attract a friendly crowd.</w:t>
      </w:r>
      <w:r/>
    </w:p>
    <w:p>
      <w:pPr>
        <w:pStyle w:val="ListBullet"/>
        <w:spacing w:line="240" w:lineRule="auto"/>
        <w:ind w:left="720"/>
      </w:pPr>
      <w:r/>
      <w:r>
        <w:rPr>
          <w:b/>
        </w:rPr>
        <w:t>Live performance:</w:t>
      </w:r>
      <w:r>
        <w:t xml:space="preserve"> Nellie’s DC Drag Brunch delivers a loud, theatrical lunchtime show; tickets are around $58 and sell via Eventbrite.</w:t>
      </w:r>
      <w:r/>
    </w:p>
    <w:p>
      <w:pPr>
        <w:pStyle w:val="ListBullet"/>
        <w:spacing w:line="240" w:lineRule="auto"/>
        <w:ind w:left="720"/>
      </w:pPr>
      <w:r/>
      <w:r>
        <w:rPr>
          <w:b/>
        </w:rPr>
        <w:t>Film and conversation:</w:t>
      </w:r>
      <w:r>
        <w:t xml:space="preserve"> The DC LGBTQ+ Community Center screens MANHOOD, a documentary that blends dark humour with empathy while tackling masculinity and body image.</w:t>
      </w:r>
      <w:r/>
    </w:p>
    <w:p>
      <w:pPr>
        <w:pStyle w:val="ListBullet"/>
        <w:spacing w:line="240" w:lineRule="auto"/>
        <w:ind w:left="720"/>
      </w:pPr>
      <w:r/>
      <w:r>
        <w:rPr>
          <w:b/>
        </w:rPr>
        <w:t>Support and wellness:</w:t>
      </w:r>
      <w:r>
        <w:t xml:space="preserve"> Multiple Zoom groups , from Genderqueer DC to a Trans Discussion Group and an older-adults coffee klatch , make remote participation simple and private.</w:t>
      </w:r>
      <w:r/>
    </w:p>
    <w:p>
      <w:pPr>
        <w:pStyle w:val="ListBullet"/>
        <w:spacing w:line="240" w:lineRule="auto"/>
        <w:ind w:left="720"/>
      </w:pPr>
      <w:r/>
      <w:r>
        <w:rPr>
          <w:b/>
        </w:rPr>
        <w:t>Practical help:</w:t>
      </w:r>
      <w:r>
        <w:t xml:space="preserve"> Job Club and a Fresh Produce Program at the DC LGBTQ+ Community Center offer tangible support for employment and food access.</w:t>
      </w:r>
      <w:r/>
      <w:r/>
    </w:p>
    <w:p>
      <w:pPr>
        <w:pStyle w:val="Heading2"/>
      </w:pPr>
      <w:r>
        <w:t>Go out or stay in: the easy social options you’ll actually enjoy</w:t>
      </w:r>
      <w:r/>
    </w:p>
    <w:p>
      <w:r/>
      <w:r>
        <w:t>If you want something low-effort and sociable, the Go Gay DC First Friday LGBTQ+ Community Social at Silver Diner Balston is the classic choice. Picture a retro diner, relaxed crowd and discounted drinks , perfect for breaking the ice without pressure. Attendance is free and Eventbrite lists the details; just swing by at 7pm and join the happy-hour chat.</w:t>
      </w:r>
      <w:r/>
    </w:p>
    <w:p>
      <w:r/>
      <w:r>
        <w:t>On Saturday morning, Go Gay DC’s LGBTQ+ Community Brunch at Freddie’s Beach Bar &amp; Restaurant keeps that friendly energy going but with food, sunlight and longer conversations. Brunch crowds tend to be chatty and welcoming, so it’s a solid pick if you want to linger and meet people from across the DMV.</w:t>
      </w:r>
      <w:r/>
    </w:p>
    <w:p>
      <w:pPr>
        <w:pStyle w:val="Heading2"/>
      </w:pPr>
      <w:r>
        <w:t>Drag brunch , loud, glamorous and worth the ticket</w:t>
      </w:r>
      <w:r/>
    </w:p>
    <w:p>
      <w:r/>
      <w:r>
        <w:t>Nellie’s DC Drag Brunch is the weekend’s biggest live-theatre option, with performers like Sapphire Blue and Deja Diamond putting on a show. Tickets are sold through Eventbrite and the price point reflects a full, theatrical brunch experience , think bold costumes, comic timing and flamboyant service. If you love performance and want a memorable weekend, book early; drag brunches fill up fast.</w:t>
      </w:r>
      <w:r/>
    </w:p>
    <w:p>
      <w:pPr>
        <w:pStyle w:val="Heading2"/>
      </w:pPr>
      <w:r>
        <w:t>Film screening that sparks conversation: MANHOOD at the Community Center</w:t>
      </w:r>
      <w:r/>
    </w:p>
    <w:p>
      <w:r/>
      <w:r>
        <w:t>The DC LGBTQ+ Community Center is showing MANHOOD, a documentary following Bill Moore as he explores penis enlargement culture, OnlyFans work and the anxieties of modern masculinity. Expect a mix of dark humour and candid moments; screenings like this tend to generate lively Q&amp;As and reflection. Visit the centre’s website for screening times and any booking information.</w:t>
      </w:r>
      <w:r/>
    </w:p>
    <w:p>
      <w:pPr>
        <w:pStyle w:val="Heading2"/>
      </w:pPr>
      <w:r>
        <w:t>Quiet, meaningful connection: support groups you can join from home</w:t>
      </w:r>
      <w:r/>
    </w:p>
    <w:p>
      <w:r/>
      <w:r>
        <w:t>Not every community moment needs to be public or noisy. The Centre Aging Monday Coffee Klatch meets on Zoom for older LGBTQ+ adults , bring a cuppa and the kind of conversation that only shared experience brings. Genderqueer DC and the Trans Discussion Group both convene online too, offering safe, moderated spaces for people outside the gender binary or who are exploring gender identity. Email contacts and websites provide sign-up details; joining remotely keeps things private and easy.</w:t>
      </w:r>
      <w:r/>
    </w:p>
    <w:p>
      <w:pPr>
        <w:pStyle w:val="Heading2"/>
      </w:pPr>
      <w:r>
        <w:t>Practical support , job help and fresh food when it matters</w:t>
      </w:r>
      <w:r/>
    </w:p>
    <w:p>
      <w:r/>
      <w:r>
        <w:t>If you’re job-hunting, the weekly Job Club hosted by the DC LGBTQ+ Community Center offers more than platitudes: practical advice, networking and confidence-building to move beyond applying to actually getting candidateship traction. It runs on Zoom and books on request. Meanwhile, the Fresh Produce Program hands out produce boxes through the centre , no residency or income proof required , a small but important way to ease a week’s grocery burden. Check the centre’s announcements for pick-up notifications.</w:t>
      </w:r>
      <w:r/>
    </w:p>
    <w:p>
      <w:r/>
      <w:r>
        <w:t>It's a small change that can make community time , whether loud or low-key , feel both safe and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[7]</w:t>
        </w:r>
      </w:hyperlink>
      <w:r>
        <w:t xml:space="preserve">- Paragraph 4: </w:t>
      </w:r>
      <w:hyperlink r:id="rId11">
        <w:r>
          <w:rPr>
            <w:color w:val="0000EE"/>
            <w:u w:val="single"/>
          </w:rPr>
          <w:t>[4]</w:t>
        </w:r>
      </w:hyperlink>
      <w:r>
        <w:t xml:space="preserve">, </w:t>
      </w:r>
      <w:hyperlink r:id="rId9">
        <w:r>
          <w:rPr>
            <w:color w:val="0000EE"/>
            <w:u w:val="single"/>
          </w:rPr>
          <w:t>[1]</w:t>
        </w:r>
      </w:hyperlink>
      <w:r>
        <w:t xml:space="preserve">- Paragraph 5: </w:t>
      </w:r>
      <w:hyperlink r:id="rId13">
        <w:r>
          <w:rPr>
            <w:color w:val="0000EE"/>
            <w:u w:val="single"/>
          </w:rPr>
          <w:t>[5]</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https://www.washingtonblade.com/2026/08/07/lgbtq-events-calendar-august-1-13/?utm_source=rss&amp;utm_medium=rss&amp;utm_campaign=lgbtq-events-calendar-august-1-13</w:t>
        </w:r>
      </w:hyperlink>
      <w:r>
        <w:t xml:space="preserve"> - Please view link - unable to able to access data</w:t>
      </w:r>
      <w:r/>
    </w:p>
    <w:p>
      <w:pPr>
        <w:pStyle w:val="ListNumber"/>
        <w:spacing w:line="240" w:lineRule="auto"/>
        <w:ind w:left="720"/>
      </w:pPr>
      <w:r/>
      <w:hyperlink r:id="rId10">
        <w:r>
          <w:rPr>
            <w:color w:val="0000EE"/>
            <w:u w:val="single"/>
          </w:rPr>
          <w:t>https://www.eventbrite.com/e/first-friday-lgbtq-community-social-silver-diner-ballston-tickets-1993303852481</w:t>
        </w:r>
      </w:hyperlink>
      <w:r>
        <w:t xml:space="preserve"> - This Eventbrite page details the 'First Friday LGBTQ+ Community Social' hosted by Go Gay DC at Silver Diner Ballston in Arlington, Virginia. The event is scheduled for Friday, September 4, 2026, from 7 PM to 9 PM. Attendees can enjoy happy hour specials in a vibrant atmosphere, with name tags provided for easy mingling. The event is free to attend, and guests are encouraged to pay for their own orders separately. The venue is accessible via public transportation, with the Ballston Metro station within walking distance.</w:t>
      </w:r>
      <w:r/>
    </w:p>
    <w:p>
      <w:pPr>
        <w:pStyle w:val="ListNumber"/>
        <w:spacing w:line="240" w:lineRule="auto"/>
        <w:ind w:left="720"/>
      </w:pPr>
      <w:r/>
      <w:hyperlink r:id="rId12">
        <w:r>
          <w:rPr>
            <w:color w:val="0000EE"/>
            <w:u w:val="single"/>
          </w:rPr>
          <w:t>https://www.eventbrite.com/e/lgbtq-community-brunch-freddies-beach-bar-restaurant-tickets-1290730743399</w:t>
        </w:r>
      </w:hyperlink>
      <w:r>
        <w:t xml:space="preserve"> - This Eventbrite listing provides information about the 'LGBTQ+ Community Brunch' hosted by Go Gay DC at Freddie's Beach Bar &amp; Restaurant in Arlington, Virginia. The brunch is set for Saturday, October 4, 2025, at 11 AM. The event offers a buffet brunch, including a mimosa or coffee/tea, and dessert for $14.99. Attendees can also order from the regular menu. The event is free to attend, with guests paying for their own orders separately. The venue is accessible via public transportation, with nearby parking available.</w:t>
      </w:r>
      <w:r/>
    </w:p>
    <w:p>
      <w:pPr>
        <w:pStyle w:val="ListNumber"/>
        <w:spacing w:line="240" w:lineRule="auto"/>
        <w:ind w:left="720"/>
      </w:pPr>
      <w:r/>
      <w:hyperlink r:id="rId11">
        <w:r>
          <w:rPr>
            <w:color w:val="0000EE"/>
            <w:u w:val="single"/>
          </w:rPr>
          <w:t>https://www.gogaydc.com/home</w:t>
        </w:r>
      </w:hyperlink>
      <w:r>
        <w:t xml:space="preserve"> - Go Gay DC is an inclusive LGBTQ+ community in the Washington D.C. area, focusing on friendship, leadership, and service. The community hosts various events, including the 'First Friday Social' at Silver Diner in Ballston and the 'Community Brunch' at Freddie's Beach Bar &amp; Restaurant. These events aim to bring together the LGBTQ+ community and allies for socialising and support. The community is active on social media platforms, including Facebook, Instagram, X (formerly Twitter), and YouTube, providing updates and information about upcoming events.</w:t>
      </w:r>
      <w:r/>
    </w:p>
    <w:p>
      <w:pPr>
        <w:pStyle w:val="ListNumber"/>
        <w:spacing w:line="240" w:lineRule="auto"/>
        <w:ind w:left="720"/>
      </w:pPr>
      <w:r/>
      <w:hyperlink r:id="rId13">
        <w:r>
          <w:rPr>
            <w:color w:val="0000EE"/>
            <w:u w:val="single"/>
          </w:rPr>
          <w:t>https://www.eventbrite.com/e/first-friday-lgbtq-community-social-silver-diner-ballston-tickets-1986790475796</w:t>
        </w:r>
      </w:hyperlink>
      <w:r>
        <w:t xml:space="preserve"> - This Eventbrite page details the 'First Friday LGBTQ+ Community Social' hosted by Go Gay DC at Silver Diner Ballston in Arlington, Virginia. The event is scheduled for Friday, May 1, 2026, from 7 PM to 9 PM. Attendees can enjoy happy hour specials in a vibrant atmosphere, with name tags provided for easy mingling. The event is free to attend, and guests are encouraged to pay for their own orders separately. The venue is accessible via public transportation, with the Ballston Metro station within walking distance.</w:t>
      </w:r>
      <w:r/>
    </w:p>
    <w:p>
      <w:pPr>
        <w:pStyle w:val="ListNumber"/>
        <w:spacing w:line="240" w:lineRule="auto"/>
        <w:ind w:left="720"/>
      </w:pPr>
      <w:r/>
      <w:hyperlink r:id="rId12">
        <w:r>
          <w:rPr>
            <w:color w:val="0000EE"/>
            <w:u w:val="single"/>
          </w:rPr>
          <w:t>https://www.eventbrite.com/e/lgbtq-community-brunch-freddies-beach-bar-restaurant-tickets-1290730743399</w:t>
        </w:r>
      </w:hyperlink>
      <w:r>
        <w:t xml:space="preserve"> - This Eventbrite listing provides information about the 'LGBTQ+ Community Brunch' hosted by Go Gay DC at Freddie's Beach Bar &amp; Restaurant in Arlington, Virginia. The brunch is set for Saturday, October 4, 2025, at 11 AM. The event offers a buffet brunch, including a mimosa or coffee/tea, and dessert for $14.99. Attendees can also order from the regular menu. The event is free to attend, with guests paying for their own orders separately. The venue is accessible via public transportation, with nearby parking available.</w:t>
      </w:r>
      <w:r/>
    </w:p>
    <w:p>
      <w:pPr>
        <w:pStyle w:val="ListNumber"/>
        <w:spacing w:line="240" w:lineRule="auto"/>
        <w:ind w:left="720"/>
      </w:pPr>
      <w:r/>
      <w:hyperlink r:id="rId10">
        <w:r>
          <w:rPr>
            <w:color w:val="0000EE"/>
            <w:u w:val="single"/>
          </w:rPr>
          <w:t>https://www.eventbrite.com/e/first-friday-lgbtq-community-social-silver-diner-ballston-tickets-1993303852481</w:t>
        </w:r>
      </w:hyperlink>
      <w:r>
        <w:t xml:space="preserve"> - This Eventbrite page details the 'First Friday LGBTQ+ Community Social' hosted by Go Gay DC at Silver Diner Ballston in Arlington, Virginia. The event is scheduled for Friday, September 4, 2026, from 7 PM to 9 PM. Attendees can enjoy happy hour specials in a vibrant atmosphere, with name tags provided for easy mingling. The event is free to attend, and guests are encouraged to pay for their own orders separately. The venue is accessible via public transportation, with the Ballston Metro station within walking distance.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07/lgbtq-events-calendar-august-1-13/?utm_source=rss&amp;utm_medium=rss&amp;utm_campaign=lgbtq-events-calendar-august-1-13" TargetMode="External"/><Relationship Id="rId10" Type="http://schemas.openxmlformats.org/officeDocument/2006/relationships/hyperlink" Target="https://www.eventbrite.com/e/first-friday-lgbtq-community-social-silver-diner-ballston-tickets-1993303852481" TargetMode="External"/><Relationship Id="rId11" Type="http://schemas.openxmlformats.org/officeDocument/2006/relationships/hyperlink" Target="https://www.gogaydc.com/home" TargetMode="External"/><Relationship Id="rId12" Type="http://schemas.openxmlformats.org/officeDocument/2006/relationships/hyperlink" Target="https://www.eventbrite.com/e/lgbtq-community-brunch-freddies-beach-bar-restaurant-tickets-1290730743399" TargetMode="External"/><Relationship Id="rId13" Type="http://schemas.openxmlformats.org/officeDocument/2006/relationships/hyperlink" Target="https://www.eventbrite.com/e/first-friday-lgbtq-community-social-silver-diner-ballston-tickets-19867904757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