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Heated Rivalry Season 2 Casting: What Fans Are Saying About Body Diversity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 is building as Heated Rivalry confirms its season two lineup, with returning leads and fresh faces , but a casting choice has reignited debate about body diversity in Queer TV and why representation still matters.</w:t>
      </w:r>
      <w:r/>
    </w:p>
    <w:p>
      <w:r/>
      <w:r>
        <w:t>Essential Takeaways</w:t>
      </w:r>
      <w:r/>
      <w:r/>
    </w:p>
    <w:p>
      <w:pPr>
        <w:pStyle w:val="ListBullet"/>
        <w:spacing w:line="240" w:lineRule="auto"/>
        <w:ind w:left="720"/>
      </w:pPr>
      <w:r/>
      <w:r>
        <w:rPr>
          <w:b/>
        </w:rPr>
        <w:t>Returning leads:</w:t>
      </w:r>
      <w:r>
        <w:t xml:space="preserve"> Hudson Williams and Connor Storrie are confirmed to reprise their roles, anchoring the series' next chapter.</w:t>
      </w:r>
      <w:r/>
    </w:p>
    <w:p>
      <w:pPr>
        <w:pStyle w:val="ListBullet"/>
        <w:spacing w:line="240" w:lineRule="auto"/>
        <w:ind w:left="720"/>
      </w:pPr>
      <w:r/>
      <w:r>
        <w:rPr>
          <w:b/>
        </w:rPr>
        <w:t>New cast buzz:</w:t>
      </w:r>
      <w:r>
        <w:t xml:space="preserve"> Notable additions include Justice Smith and Charlie Gillespie, sparking excitement among viewers.</w:t>
      </w:r>
      <w:r/>
    </w:p>
    <w:p>
      <w:pPr>
        <w:pStyle w:val="ListBullet"/>
        <w:spacing w:line="240" w:lineRule="auto"/>
        <w:ind w:left="720"/>
      </w:pPr>
      <w:r/>
      <w:r>
        <w:rPr>
          <w:b/>
        </w:rPr>
        <w:t>Representation friction:</w:t>
      </w:r>
      <w:r>
        <w:t xml:space="preserve"> Some fans say the casting of Harris appears slimmer than the character’s stockier description in Rachel Reid’s novels, prompting concerns about losing plus-size Queer visibility.</w:t>
      </w:r>
      <w:r/>
    </w:p>
    <w:p>
      <w:pPr>
        <w:pStyle w:val="ListBullet"/>
        <w:spacing w:line="240" w:lineRule="auto"/>
        <w:ind w:left="720"/>
      </w:pPr>
      <w:r/>
      <w:r>
        <w:rPr>
          <w:b/>
        </w:rPr>
        <w:t>Author reaction:</w:t>
      </w:r>
      <w:r>
        <w:t xml:space="preserve"> Rachel Reid posted celebratory messages after the announcement, while the online conversation continued to trend.</w:t>
      </w:r>
      <w:r/>
    </w:p>
    <w:p>
      <w:pPr>
        <w:pStyle w:val="ListBullet"/>
        <w:spacing w:line="240" w:lineRule="auto"/>
        <w:ind w:left="720"/>
      </w:pPr>
      <w:r/>
      <w:r>
        <w:rPr>
          <w:b/>
        </w:rPr>
        <w:t>Why it matters:</w:t>
      </w:r>
      <w:r>
        <w:t xml:space="preserve"> Heated Rivalry has been praised for challenging hockey masculinity and centring Queer romance, so deviations from established book-based representation feel especially charged.</w:t>
      </w:r>
      <w:r/>
      <w:r/>
    </w:p>
    <w:p>
      <w:pPr>
        <w:pStyle w:val="Heading2"/>
      </w:pPr>
      <w:r>
        <w:t>A buzzy reveal that quickly turned into a conversation about bodies</w:t>
      </w:r>
      <w:r/>
    </w:p>
    <w:p>
      <w:r/>
      <w:r>
        <w:t>The season two cast drop came with the kind of social-media fervour TV shows dream of: excited fans, reaction gifs and a steady stream of "can’t wait" replies. According to coverage in Marie Claire and other outlets, the return of Hudson Williams and Connor Storrie reassures viewers that the core romance remains intact, while the new names bring fresh energy. But alongside the cheers came a sharper note , several viewers called out what they see as a departure from the books’ depiction of Harris, noting a slimmer on-screen look that feels at odds with the character’s bookish, stockier build.</w:t>
      </w:r>
      <w:r/>
    </w:p>
    <w:p>
      <w:pPr>
        <w:pStyle w:val="Heading2"/>
      </w:pPr>
      <w:r>
        <w:t>Why one casting choice feels bigger than a single role</w:t>
      </w:r>
      <w:r/>
    </w:p>
    <w:p>
      <w:r/>
      <w:r>
        <w:t>Heated Rivalry isn’t just another sports drama , it’s a Canadian Queer show that’s been celebrated for upending traditional masculinity in hockey and for putting queer love at the centre of mainstream storytelling. So when a character who served as one of the few plus-size queer figures in the source material appears to have been cast with a different body type, fans frame it as more than aesthetics. It’s about cultural visibility, and viewers are quick to point out how rare on-screen plus-size queer representation still is. That context helps explain why reactions ranged from disappointment to calls for more thoughtful casting.</w:t>
      </w:r>
      <w:r/>
    </w:p>
    <w:p>
      <w:pPr>
        <w:pStyle w:val="Heading2"/>
      </w:pPr>
      <w:r>
        <w:t>Author applause and the mixed online chorus</w:t>
      </w:r>
      <w:r/>
    </w:p>
    <w:p>
      <w:r/>
      <w:r>
        <w:t>Rachel Reid, who wrote the Game Changers novels the series adapts, reacted joyfully to the casting news, sharing celebratory stories on social media , a touchstone for many fans who look to the author for clues about creative intent. But fandom doesn’t stop with approval; it interrogates. Fans quoted in coverage noticed the discrepancy between page and screen and voiced concerns about erasure. This split , creator delight versus audience debate , shows how adaptations can please some stakeholders while unsettling others, especially where representation is involved.</w:t>
      </w:r>
      <w:r/>
    </w:p>
    <w:p>
      <w:pPr>
        <w:pStyle w:val="Heading2"/>
      </w:pPr>
      <w:r>
        <w:t>How adaptations can balance fidelity and casting realities</w:t>
      </w:r>
      <w:r/>
    </w:p>
    <w:p>
      <w:r/>
      <w:r>
        <w:t>Casting for TV involves a tangle of practicalities: availability, chemistry tests, director vision and the pressures of translating written characters into live performers. Industry pieces and fan discussion alike point out that adaptations often compress or alter traits for narrative or production reasons. That said, if a specific trait , like body size , is a meaningful part of a character’s identity and representation, studios and showrunners risk alienating audiences by seeming to undermine it. For viewers who rely on on-screen mirrors, these choices feel personal.</w:t>
      </w:r>
      <w:r/>
    </w:p>
    <w:p>
      <w:pPr>
        <w:pStyle w:val="Heading2"/>
      </w:pPr>
      <w:r>
        <w:t>What fans and viewers can do , and what creators might consider</w:t>
      </w:r>
      <w:r/>
    </w:p>
    <w:p>
      <w:r/>
      <w:r>
        <w:t>If you care about seeing broader body diversity on screen, small actions can have an impact: share thoughtful critiques rather than shaming actors, support creators who champion inclusive casting, and amplify projects that hire authentically representative talent. Meanwhile, showrunners would do well to be transparent about casting choices and to consider consulting communities who value specific representations. After all, Heated Rivalry’s success has been built on community passion , and listening might be the simplest way to keep that goodwill.</w:t>
      </w:r>
      <w:r/>
    </w:p>
    <w:p>
      <w:r/>
      <w:r>
        <w:t>It's a small but meaningful debate that shows representation still matters , and why viewers are watching closely.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https://nowtoronto.com/culture/heated-rivalry-season-2-cast-body-diversity-debate/</w:t>
        </w:r>
      </w:hyperlink>
      <w:r>
        <w:t xml:space="preserve"> - Please view link - unable to able to access data</w:t>
      </w:r>
      <w:r/>
    </w:p>
    <w:p>
      <w:pPr>
        <w:pStyle w:val="ListNumber"/>
        <w:spacing w:line="240" w:lineRule="auto"/>
        <w:ind w:left="720"/>
      </w:pPr>
      <w:r/>
      <w:hyperlink r:id="rId10">
        <w:r>
          <w:rPr>
            <w:color w:val="0000EE"/>
            <w:u w:val="single"/>
          </w:rPr>
          <w:t>https://www.marieclaire.com/culture/tv-shows/heated-rivalry-season-2/</w:t>
        </w:r>
      </w:hyperlink>
      <w:r>
        <w:t xml:space="preserve"> - Marie Claire provides an in-depth look at 'Heated Rivalry' Season 2, detailing its renewal, expected premiere in April 2027, and the adaptation of Rachel Reid's 'The Long Game'. The article discusses the return of main cast members Hudson Williams and Connor Storrie, along with potential appearances from François Arnaud and Robbie G.K. It also highlights the show's success, becoming Crave's most-watched original series and a global sensation.</w:t>
      </w:r>
      <w:r/>
    </w:p>
    <w:p>
      <w:pPr>
        <w:pStyle w:val="ListNumber"/>
        <w:spacing w:line="240" w:lineRule="auto"/>
        <w:ind w:left="720"/>
      </w:pPr>
      <w:r/>
      <w:hyperlink r:id="rId13">
        <w:r>
          <w:rPr>
            <w:color w:val="0000EE"/>
            <w:u w:val="single"/>
          </w:rPr>
          <w:t>https://www.cinemablend.com/streaming-news/heated-rivalry-fans-intense-show-asking-space-season-2-films</w:t>
        </w:r>
      </w:hyperlink>
      <w:r>
        <w:t xml:space="preserve"> - CinemaBlend reports on the production of 'Heated Rivalry' Season 2, noting the creators' request for privacy during filming due to intense fan behavior. The article mentions the show's rising popularity and the challenges faced by the cast and crew. It also provides insights into the upcoming season's plot, focusing on the adaptation of Rachel Reid's 'The Long Game' and the introduction of new characters and relationship dynamics.</w:t>
      </w:r>
      <w:r/>
    </w:p>
    <w:p>
      <w:pPr>
        <w:pStyle w:val="ListNumber"/>
        <w:spacing w:line="240" w:lineRule="auto"/>
        <w:ind w:left="720"/>
      </w:pPr>
      <w:r/>
      <w:hyperlink r:id="rId14">
        <w:r>
          <w:rPr>
            <w:color w:val="0000EE"/>
            <w:u w:val="single"/>
          </w:rPr>
          <w:t>https://en.wikipedia.org/wiki/Heated_Rivalry</w:t>
        </w:r>
      </w:hyperlink>
      <w:r>
        <w:t xml:space="preserve"> - The Wikipedia page for 'Heated Rivalry' offers comprehensive information about the Canadian sports romance television series. It covers the show's premise, main cast, and production details. The page also discusses the series' reception, noting its critical acclaim and status as Crave's most-watched original series. Additionally, it provides information about the upcoming second season, including its renewal and expected release date.</w:t>
      </w:r>
      <w:r/>
    </w:p>
    <w:p>
      <w:pPr>
        <w:pStyle w:val="ListNumber"/>
        <w:spacing w:line="240" w:lineRule="auto"/>
        <w:ind w:left="720"/>
      </w:pPr>
      <w:r/>
      <w:hyperlink r:id="rId12">
        <w:r>
          <w:rPr>
            <w:color w:val="0000EE"/>
            <w:u w:val="single"/>
          </w:rPr>
          <w:t>https://bingebase.com/tv/heated-rivalry-2025/season/2/cast</w:t>
        </w:r>
      </w:hyperlink>
      <w:r>
        <w:t xml:space="preserve"> - Bingebase provides a detailed cast and crew list for 'Heated Rivalry' Season 2. The article includes information about returning cast members such as Connor Storrie, Hudson Williams, François Arnaud, and others. It also highlights the actors' previous works, offering context for their roles in the series. The page serves as a resource for fans interested in the show's production team and cast details.</w:t>
      </w:r>
      <w:r/>
    </w:p>
    <w:p>
      <w:pPr>
        <w:pStyle w:val="ListNumber"/>
        <w:spacing w:line="240" w:lineRule="auto"/>
        <w:ind w:left="720"/>
      </w:pPr>
      <w:r/>
      <w:hyperlink r:id="rId11">
        <w:r>
          <w:rPr>
            <w:color w:val="0000EE"/>
            <w:u w:val="single"/>
          </w:rPr>
          <w:t>https://parade.com/tv/heated-rivalry-season-2</w:t>
        </w:r>
      </w:hyperlink>
      <w:r>
        <w:t xml:space="preserve"> - Parade discusses the renewal of 'Heated Rivalry' for a second season, highlighting its success as Crave's biggest original debut. The article provides insights into the show's premise, focusing on the secret relationship between hockey stars Shane Hollander and Ilya Rozanov. It also mentions the expected release date for Season 2 and the main cast's return, offering fans a glimpse into the upcoming season's developments.</w:t>
      </w:r>
      <w:r/>
    </w:p>
    <w:p>
      <w:pPr>
        <w:pStyle w:val="ListNumber"/>
        <w:spacing w:line="240" w:lineRule="auto"/>
        <w:ind w:left="720"/>
      </w:pPr>
      <w:r/>
      <w:hyperlink r:id="rId15">
        <w:r>
          <w:rPr>
            <w:color w:val="0000EE"/>
            <w:u w:val="single"/>
          </w:rPr>
          <w:t>https://www.techradar.com/streaming/hbo-max-heated-rivalry-season-2</w:t>
        </w:r>
      </w:hyperlink>
      <w:r>
        <w:t xml:space="preserve"> - TechRadar offers an overview of 'Heated Rivalry' Season 2, detailing its renewal and the adaptation of Rachel Reid's 'The Long Game'. The article discusses the expected release date, potential cast additions, and the show's success on Crave and HBO Max. It also touches upon the challenges of adapting a beloved book series and the anticipation surrounding the new season.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heated-rivalry-season-2-cast-body-diversity-debate/" TargetMode="External"/><Relationship Id="rId10" Type="http://schemas.openxmlformats.org/officeDocument/2006/relationships/hyperlink" Target="https://www.marieclaire.com/culture/tv-shows/heated-rivalry-season-2/" TargetMode="External"/><Relationship Id="rId11" Type="http://schemas.openxmlformats.org/officeDocument/2006/relationships/hyperlink" Target="https://parade.com/tv/heated-rivalry-season-2" TargetMode="External"/><Relationship Id="rId12" Type="http://schemas.openxmlformats.org/officeDocument/2006/relationships/hyperlink" Target="https://bingebase.com/tv/heated-rivalry-2025/season/2/cast" TargetMode="External"/><Relationship Id="rId13" Type="http://schemas.openxmlformats.org/officeDocument/2006/relationships/hyperlink" Target="https://www.cinemablend.com/streaming-news/heated-rivalry-fans-intense-show-asking-space-season-2-films" TargetMode="External"/><Relationship Id="rId14" Type="http://schemas.openxmlformats.org/officeDocument/2006/relationships/hyperlink" Target="https://en.wikipedia.org/wiki/Heated_Rivalry" TargetMode="External"/><Relationship Id="rId15" Type="http://schemas.openxmlformats.org/officeDocument/2006/relationships/hyperlink" Target="https://www.techradar.com/streaming/hbo-max-heated-rivalry-season-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