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Celebration of Pride Concerts: Scotland’s Queer Choirs Unite on One Stage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might expect parades, but this weekend Glasgow’s queer choirs are proving pride comes in song , three Scottish ensembles share a Citizens Theatre bill on Saturday, bringing camp, protest and community together in a historic, theatre-sized queer-choral celebration.</w:t>
      </w:r>
      <w:r/>
      <w:r/>
    </w:p>
    <w:p>
      <w:pPr>
        <w:pStyle w:val="ListBullet"/>
        <w:spacing w:line="240" w:lineRule="auto"/>
        <w:ind w:left="720"/>
      </w:pPr>
      <w:r/>
      <w:r>
        <w:rPr>
          <w:b/>
        </w:rPr>
        <w:t>Historic first:</w:t>
      </w:r>
      <w:r>
        <w:t xml:space="preserve"> Three Scottish queer choirs will perform together on a single theatre stage for the first time, at Citizens Theatre in Glasgow.</w:t>
      </w:r>
      <w:r/>
    </w:p>
    <w:p>
      <w:pPr>
        <w:pStyle w:val="ListBullet"/>
        <w:spacing w:line="240" w:lineRule="auto"/>
        <w:ind w:left="720"/>
      </w:pPr>
      <w:r/>
      <w:r>
        <w:rPr>
          <w:b/>
        </w:rPr>
        <w:t>Mixed repertoire:</w:t>
      </w:r>
      <w:r>
        <w:t xml:space="preserve"> Expect pop, folk, alternative covers and anthems, with bespoke in-house arrangements and some Gaelic pieces , bold, lively and occasionally surprising.</w:t>
      </w:r>
      <w:r/>
    </w:p>
    <w:p>
      <w:pPr>
        <w:pStyle w:val="ListBullet"/>
        <w:spacing w:line="240" w:lineRule="auto"/>
        <w:ind w:left="720"/>
      </w:pPr>
      <w:r/>
      <w:r>
        <w:rPr>
          <w:b/>
        </w:rPr>
        <w:t>Community vibe:</w:t>
      </w:r>
      <w:r>
        <w:t xml:space="preserve"> The event is driven by grassroots choir culture, offering joy, wellbeing and a sense of belonging for singers and audience alike.</w:t>
      </w:r>
      <w:r/>
    </w:p>
    <w:p>
      <w:pPr>
        <w:pStyle w:val="ListBullet"/>
        <w:spacing w:line="240" w:lineRule="auto"/>
        <w:ind w:left="720"/>
      </w:pPr>
      <w:r/>
      <w:r>
        <w:rPr>
          <w:b/>
        </w:rPr>
        <w:t>Accessible night out:</w:t>
      </w:r>
      <w:r>
        <w:t xml:space="preserve"> Hosted by Queer Voices Glasgow with MC Tom Harlow, the show promises a “camp” atmosphere, with varied set lists and a warm, inclusive tone.</w:t>
      </w:r>
      <w:r/>
    </w:p>
    <w:p>
      <w:pPr>
        <w:pStyle w:val="ListBullet"/>
        <w:spacing w:line="240" w:lineRule="auto"/>
        <w:ind w:left="720"/>
      </w:pPr>
      <w:r/>
      <w:r>
        <w:rPr>
          <w:b/>
        </w:rPr>
        <w:t>Practical info:</w:t>
      </w:r>
      <w:r>
        <w:t xml:space="preserve"> The concert runs on Saturday 8 August at Citizens Theatre , book early if you want a front-row singalong.</w:t>
      </w:r>
      <w:r/>
      <w:r/>
    </w:p>
    <w:p>
      <w:pPr>
        <w:pStyle w:val="Heading2"/>
      </w:pPr>
      <w:r>
        <w:t>A proper celebration , what’s happening and why it matters</w:t>
      </w:r>
      <w:r/>
    </w:p>
    <w:p>
      <w:r/>
      <w:r>
        <w:t>This isn’t another gig; it’s a small cultural moment with a cosy, high-energy pulse. Three choirs , Queer Voices Glasgow, Loud and Proud from Edinburgh, and the Gaelic-loving Coisir Cueir , will share one stage at the Citizens Theatre, in what organisers describe as a first for Scotland. The sound should be punchy, communal and theatrical, more like a living anthem than a quiet showcase.</w:t>
      </w:r>
      <w:r/>
    </w:p>
    <w:p>
      <w:r/>
      <w:r>
        <w:t>The idea grew after members met at a queer-choir gathering in Bristol in 2024, and organisers realised they wanted to bring that sense of company back home. According to the choirs’ websites and venue listings, the show mixes storytelling, singable favourites and songs that double as protest , so it’s both festive and meaningful.</w:t>
      </w:r>
      <w:r/>
    </w:p>
    <w:p>
      <w:pPr>
        <w:pStyle w:val="Heading2"/>
      </w:pPr>
      <w:r>
        <w:t>Who’s on the bill , a quick guide to the choirs</w:t>
      </w:r>
      <w:r/>
    </w:p>
    <w:p>
      <w:r/>
      <w:r>
        <w:t>Queer Voices Glasgow are the hosts, a community choir formed in 2019 known for cheeky, in-house arrangements of pop and queer anthems. Loud and Proud, Edinburgh’s long-established LGBTQIA+ a cappella group, bring years of choral experience and a polished sound. Coisir Cueir is the newest ensemble, blending Gaelic repertoire with queer perspectives , expect something fresh and culturally resonant.</w:t>
      </w:r>
      <w:r/>
    </w:p>
    <w:p>
      <w:r/>
      <w:r>
        <w:t>If you like variety in one sitting , think alt-pop next to traditional song , this bill will give it. For newcomers, it’s an easy way to sample what community singing can feel like: warm, inclusive and surprisingly theatrical.</w:t>
      </w:r>
      <w:r/>
    </w:p>
    <w:p>
      <w:pPr>
        <w:pStyle w:val="Heading2"/>
      </w:pPr>
      <w:r>
        <w:t>Why singing works as pride and protest</w:t>
      </w:r>
      <w:r/>
    </w:p>
    <w:p>
      <w:r/>
      <w:r>
        <w:t>Choir leaders point out singing has always been a tool for storytelling and community building. A sung anthem can be as pointed as a placard, but it also offers solace and connection. The organisers frame the concert as proof that “pride doesn’t always look like what you think” , not just marches but gatherings that foster solidarity.</w:t>
      </w:r>
      <w:r/>
    </w:p>
    <w:p>
      <w:r/>
      <w:r>
        <w:t>From a wellbeing angle, choir life gives people a hobby, routine and social network. For anyone curious about joining a queer choir, an event like this doubles as an open invitation: listen, clap, then talk to members afterwards about rehearsals and accessibility.</w:t>
      </w:r>
      <w:r/>
    </w:p>
    <w:p>
      <w:pPr>
        <w:pStyle w:val="Heading2"/>
      </w:pPr>
      <w:r>
        <w:t>What to expect at the show , atmosphere and practical tips</w:t>
      </w:r>
      <w:r/>
    </w:p>
    <w:p>
      <w:r/>
      <w:r>
        <w:t>Expect a camp, lively evening, guided by MC Tom Harlow, with moments of storytelling, high-energy numbers and quieter, meaningful songs. The sets are reportedly varied enough that even choir members are excited to be surprised , so bring your sense of curiosity.</w:t>
      </w:r>
      <w:r/>
    </w:p>
    <w:p>
      <w:r/>
      <w:r>
        <w:t>Practical tips: check the Citizens Theatre listings for ticket details, arrive early to settle in and watch for post-show meet-and-greets if you want to learn more about joining. If you enjoy communal singing, go ready to clap along and maybe even sing a chorus or two from your seat.</w:t>
      </w:r>
      <w:r/>
    </w:p>
    <w:p>
      <w:pPr>
        <w:pStyle w:val="Heading2"/>
      </w:pPr>
      <w:r>
        <w:t>Looking ahead , a small start with wider echoes</w:t>
      </w:r>
      <w:r/>
    </w:p>
    <w:p>
      <w:r/>
      <w:r>
        <w:t>This one-night show feels like a small but potent example of grassroots culture scaling up , renting a theatre, putting queer choirs front and centre, inviting audiences into a different kind of pride moment. It’s the sort of event that can nudge more venues to programme community-driven queer arts.</w:t>
      </w:r>
      <w:r/>
    </w:p>
    <w:p>
      <w:r/>
      <w:r>
        <w:t>If this sparks something, expect more cross-city collaborations and perhaps a regular festival-style slot for queer choirs in Scotland. For now, it’s a joyful experiment in how singing can bind communities and widen the idea of what pride looks like.</w:t>
      </w:r>
      <w:r/>
    </w:p>
    <w:p>
      <w:r/>
      <w:r>
        <w:t>It's a small change that can make every chorus feel like a protest and every anthem feel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5">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https://www.glasgowtimes.co.uk/news/scottish-news/26443693.queer-choirs-unite-glasgow-celebration-pride-concert/?ref=rss</w:t>
        </w:r>
      </w:hyperlink>
      <w:r>
        <w:t xml:space="preserve"> - Please view link - unable to able to access data</w:t>
      </w:r>
      <w:r/>
    </w:p>
    <w:p>
      <w:pPr>
        <w:pStyle w:val="ListNumber"/>
        <w:spacing w:line="240" w:lineRule="auto"/>
        <w:ind w:left="720"/>
      </w:pPr>
      <w:r/>
      <w:hyperlink r:id="rId10">
        <w:r>
          <w:rPr>
            <w:color w:val="0000EE"/>
            <w:u w:val="single"/>
          </w:rPr>
          <w:t>https://www.whatsonglasgow.co.uk/event/177128-a-celebration-of-pride%21/</w:t>
        </w:r>
      </w:hyperlink>
      <w:r>
        <w:t xml:space="preserve"> - 'A Celebration of Pride!' is a historic event uniting three Scottish queer choirs—Queer Voices Glasgow, Loud and Proud, and Còisir Cuèir—at the Citizens Theatre in Glasgow on Saturday, 8th August 2026. Hosted by Queer Voices Glasgow, the evening features performances blending a cappella with pop and indie favourites, guided by queer MC Tom Harlow. Tickets are available for purchase. (</w:t>
      </w:r>
      <w:hyperlink r:id="rId16">
        <w:r>
          <w:rPr>
            <w:color w:val="0000EE"/>
            <w:u w:val="single"/>
          </w:rPr>
          <w:t>whatsonglasgow.co.uk</w:t>
        </w:r>
      </w:hyperlink>
      <w:r>
        <w:t>)</w:t>
      </w:r>
      <w:r/>
    </w:p>
    <w:p>
      <w:pPr>
        <w:pStyle w:val="ListNumber"/>
        <w:spacing w:line="240" w:lineRule="auto"/>
        <w:ind w:left="720"/>
      </w:pPr>
      <w:r/>
      <w:hyperlink r:id="rId12">
        <w:r>
          <w:rPr>
            <w:color w:val="0000EE"/>
            <w:u w:val="single"/>
          </w:rPr>
          <w:t>https://www.queervoicesglasgow.org.uk/performances-and-events/upcoming/</w:t>
        </w:r>
      </w:hyperlink>
      <w:r>
        <w:t xml:space="preserve"> - Queer Voices Glasgow, a community choir for all members of the LGBTQIA+ community based in Glasgow, is hosting 'A Celebration of Pride!' at the Citizens Theatre on 8th August 2026. The event will feature guest choirs Loud and Proud and Còisir Cuèir, with MC Tom Harlow. Tickets are available through the Citizens Theatre website. (</w:t>
      </w:r>
      <w:hyperlink r:id="rId17">
        <w:r>
          <w:rPr>
            <w:color w:val="0000EE"/>
            <w:u w:val="single"/>
          </w:rPr>
          <w:t>queervoicesglasgow.org.uk</w:t>
        </w:r>
      </w:hyperlink>
      <w:r>
        <w:t>)</w:t>
      </w:r>
      <w:r/>
    </w:p>
    <w:p>
      <w:pPr>
        <w:pStyle w:val="ListNumber"/>
        <w:spacing w:line="240" w:lineRule="auto"/>
        <w:ind w:left="720"/>
      </w:pPr>
      <w:r/>
      <w:hyperlink r:id="rId15">
        <w:r>
          <w:rPr>
            <w:color w:val="0000EE"/>
            <w:u w:val="single"/>
          </w:rPr>
          <w:t>https://citz.co.uk/whats-on/</w:t>
        </w:r>
      </w:hyperlink>
      <w:r>
        <w:t xml:space="preserve"> - The Citizens Theatre in Glasgow is hosting 'A Celebration of Pride!' on 8th August 2026, featuring performances by Queer Voices Glasgow, Loud and Proud, and Còisir Cuèir. Tickets and more information are available on their official website. (</w:t>
      </w:r>
      <w:hyperlink r:id="rId18">
        <w:r>
          <w:rPr>
            <w:color w:val="0000EE"/>
            <w:u w:val="single"/>
          </w:rPr>
          <w:t>citz.co.uk</w:t>
        </w:r>
      </w:hyperlink>
      <w:r>
        <w:t>)</w:t>
      </w:r>
      <w:r/>
    </w:p>
    <w:p>
      <w:pPr>
        <w:pStyle w:val="ListNumber"/>
        <w:spacing w:line="240" w:lineRule="auto"/>
        <w:ind w:left="720"/>
      </w:pPr>
      <w:r/>
      <w:hyperlink r:id="rId13">
        <w:r>
          <w:rPr>
            <w:color w:val="0000EE"/>
            <w:u w:val="single"/>
          </w:rPr>
          <w:t>https://loudandproudchoir.org/</w:t>
        </w:r>
      </w:hyperlink>
      <w:r>
        <w:t xml:space="preserve"> - Loud and Proud is Scotland's first LGBTQIA+ choir, established in 2005. They are set to perform at 'A Celebration of Pride!' at the Citizens Theatre in Glasgow on 8th August 2026. The choir is known for its diverse repertoire and welcoming environment. (</w:t>
      </w:r>
      <w:hyperlink r:id="rId19">
        <w:r>
          <w:rPr>
            <w:color w:val="0000EE"/>
            <w:u w:val="single"/>
          </w:rPr>
          <w:t>loudandproudchoir.org</w:t>
        </w:r>
      </w:hyperlink>
      <w:r>
        <w:t>)</w:t>
      </w:r>
      <w:r/>
    </w:p>
    <w:p>
      <w:pPr>
        <w:pStyle w:val="ListNumber"/>
        <w:spacing w:line="240" w:lineRule="auto"/>
        <w:ind w:left="720"/>
      </w:pPr>
      <w:r/>
      <w:hyperlink r:id="rId14">
        <w:r>
          <w:rPr>
            <w:color w:val="0000EE"/>
            <w:u w:val="single"/>
          </w:rPr>
          <w:t>https://citz.co.uk/news-and-stories/we-are-inviting-communities-to-assemble-this-june/</w:t>
        </w:r>
      </w:hyperlink>
      <w:r>
        <w:t xml:space="preserve"> - The Citizens Theatre in Glasgow is inviting communities to come together, create, and connect this summer with the launch of 'Assemble', a brand-new festival running from 6th to 20th June 2026. The festival features a vibrant programme of performances, workshops, heritage tours, and drop-in activities designed to welcome people of all ages and backgrounds. (</w:t>
      </w:r>
      <w:hyperlink r:id="rId20">
        <w:r>
          <w:rPr>
            <w:color w:val="0000EE"/>
            <w:u w:val="single"/>
          </w:rPr>
          <w:t>citz.co.uk</w:t>
        </w:r>
      </w:hyperlink>
      <w:r>
        <w:t>)</w:t>
      </w:r>
      <w:r/>
    </w:p>
    <w:p>
      <w:pPr>
        <w:pStyle w:val="ListNumber"/>
        <w:spacing w:line="240" w:lineRule="auto"/>
        <w:ind w:left="720"/>
      </w:pPr>
      <w:r/>
      <w:hyperlink r:id="rId11">
        <w:r>
          <w:rPr>
            <w:color w:val="0000EE"/>
            <w:u w:val="single"/>
          </w:rPr>
          <w:t>https://www.whatsonglasgow.co.uk/events/all-events/2026/8/8/</w:t>
        </w:r>
      </w:hyperlink>
      <w:r>
        <w:t xml:space="preserve"> - 'A Celebration of Pride!' is a historic event uniting three Scottish queer choirs—Queer Voices Glasgow, Loud and Proud, and Còisir Cuèir—at the Citizens Theatre in Glasgow on Saturday, 8th August 2026. Hosted by Queer Voices Glasgow, the evening features performances blending a cappella with pop and indie favourites, guided by queer MC Tom Harlow. Tickets are available for purchase. (</w:t>
      </w:r>
      <w:hyperlink r:id="rId21">
        <w:r>
          <w:rPr>
            <w:color w:val="0000EE"/>
            <w:u w:val="single"/>
          </w:rPr>
          <w:t>whatsonglasgow.co.uk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lasgowtimes.co.uk/news/scottish-news/26443693.queer-choirs-unite-glasgow-celebration-pride-concert/?ref=rss" TargetMode="External"/><Relationship Id="rId10" Type="http://schemas.openxmlformats.org/officeDocument/2006/relationships/hyperlink" Target="https://www.whatsonglasgow.co.uk/event/177128-a-celebration-of-pride%21/" TargetMode="External"/><Relationship Id="rId11" Type="http://schemas.openxmlformats.org/officeDocument/2006/relationships/hyperlink" Target="https://www.whatsonglasgow.co.uk/events/all-events/2026/8/8/" TargetMode="External"/><Relationship Id="rId12" Type="http://schemas.openxmlformats.org/officeDocument/2006/relationships/hyperlink" Target="https://www.queervoicesglasgow.org.uk/performances-and-events/upcoming/" TargetMode="External"/><Relationship Id="rId13" Type="http://schemas.openxmlformats.org/officeDocument/2006/relationships/hyperlink" Target="https://loudandproudchoir.org/" TargetMode="External"/><Relationship Id="rId14" Type="http://schemas.openxmlformats.org/officeDocument/2006/relationships/hyperlink" Target="https://citz.co.uk/news-and-stories/we-are-inviting-communities-to-assemble-this-june/" TargetMode="External"/><Relationship Id="rId15" Type="http://schemas.openxmlformats.org/officeDocument/2006/relationships/hyperlink" Target="https://citz.co.uk/whats-on/" TargetMode="External"/><Relationship Id="rId16" Type="http://schemas.openxmlformats.org/officeDocument/2006/relationships/hyperlink" Target="https://www.whatsonglasgow.co.uk/event/177128-a-celebration-of-pride%21/?utm_source=openai" TargetMode="External"/><Relationship Id="rId17" Type="http://schemas.openxmlformats.org/officeDocument/2006/relationships/hyperlink" Target="https://www.queervoicesglasgow.org.uk/performances-and-events/upcoming/?utm_source=openai" TargetMode="External"/><Relationship Id="rId18" Type="http://schemas.openxmlformats.org/officeDocument/2006/relationships/hyperlink" Target="https://citz.co.uk/whats-on/?utm_source=openai" TargetMode="External"/><Relationship Id="rId19" Type="http://schemas.openxmlformats.org/officeDocument/2006/relationships/hyperlink" Target="https://loudandproudchoir.org/?utm_source=openai" TargetMode="External"/><Relationship Id="rId20" Type="http://schemas.openxmlformats.org/officeDocument/2006/relationships/hyperlink" Target="https://citz.co.uk/news-and-stories/we-are-inviting-communities-to-assemble-this-june/?utm_source=openai" TargetMode="External"/><Relationship Id="rId21" Type="http://schemas.openxmlformats.org/officeDocument/2006/relationships/hyperlink" Target="https://www.whatsonglasgow.co.uk/events/all-events/2026/8/8/?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