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James Haven Comes Out in Intimate Public Letter — What It Means for Family and Fans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personal stories for connection , and James Haven’s public coming-out, read aloud on his ex-wife’s Substack, has given Angelina Jolie’s family a very human moment that matters. He traces childhood memories, doubts and a plea for understanding, and his message resonates beyond celebrity gossip.</w:t>
      </w:r>
      <w:r/>
    </w:p>
    <w:p>
      <w:r/>
      <w:r>
        <w:t>Essential Takeaways</w:t>
      </w:r>
      <w:r/>
      <w:r/>
    </w:p>
    <w:p>
      <w:pPr>
        <w:pStyle w:val="ListBullet"/>
        <w:spacing w:line="240" w:lineRule="auto"/>
        <w:ind w:left="720"/>
      </w:pPr>
      <w:r/>
      <w:r>
        <w:rPr>
          <w:b/>
        </w:rPr>
        <w:t>Public reveal:</w:t>
      </w:r>
      <w:r>
        <w:t xml:space="preserve"> James Haven read an intimate letter aloud on Romi Imbelli’s Substack, announcing he is gay and asking for compassion. </w:t>
      </w:r>
      <w:r/>
    </w:p>
    <w:p>
      <w:pPr>
        <w:pStyle w:val="ListBullet"/>
        <w:spacing w:line="240" w:lineRule="auto"/>
        <w:ind w:left="720"/>
      </w:pPr>
      <w:r/>
      <w:r>
        <w:rPr>
          <w:b/>
        </w:rPr>
        <w:t>Childhood detail:</w:t>
      </w:r>
      <w:r>
        <w:t xml:space="preserve"> He recalls dressing with glitter and mascara as a child, describing those moments as feeling “magical” rather than shameful. </w:t>
      </w:r>
      <w:r/>
    </w:p>
    <w:p>
      <w:pPr>
        <w:pStyle w:val="ListBullet"/>
        <w:spacing w:line="240" w:lineRule="auto"/>
        <w:ind w:left="720"/>
      </w:pPr>
      <w:r/>
      <w:r>
        <w:rPr>
          <w:b/>
        </w:rPr>
        <w:t>Family appeal:</w:t>
      </w:r>
      <w:r>
        <w:t xml:space="preserve"> The letter asks relatives and the public to choose love over fear and understanding over judgment. </w:t>
      </w:r>
      <w:r/>
    </w:p>
    <w:p>
      <w:pPr>
        <w:pStyle w:val="ListBullet"/>
        <w:spacing w:line="240" w:lineRule="auto"/>
        <w:ind w:left="720"/>
      </w:pPr>
      <w:r/>
      <w:r>
        <w:rPr>
          <w:b/>
        </w:rPr>
        <w:t>Tone and intention:</w:t>
      </w:r>
      <w:r>
        <w:t xml:space="preserve"> Haven frames the reading as the end of secrecy and the start of living openly, aiming to mend and educate. </w:t>
      </w:r>
      <w:r/>
      <w:r/>
    </w:p>
    <w:p>
      <w:pPr>
        <w:pStyle w:val="Heading2"/>
      </w:pPr>
      <w:r>
        <w:t>Why this public coming-out still matters in 2026</w:t>
      </w:r>
      <w:r/>
    </w:p>
    <w:p>
      <w:r/>
      <w:r>
        <w:t>A celebrity’s private life can feel like theatre, but there’s a quiet power when someone reads their truth aloud and asks simply to be seen. The detail of a boy with glitter on his cheeks gives the revelation texture, a sensory touch that turns headlines into empathy. According to coverage in outlets including TMZ and several entertainment pages, the reading was intimate rather than performative, delivered on a platform owned by his ex-wife, which made it feel more like a conversation than a press stunt. For people watching, it’s a reminder that coming out can be an act of healing as much as announcement.</w:t>
      </w:r>
      <w:r/>
    </w:p>
    <w:p>
      <w:pPr>
        <w:pStyle w:val="Heading2"/>
      </w:pPr>
      <w:r>
        <w:t>How the family context shapes the story</w:t>
      </w:r>
      <w:r/>
    </w:p>
    <w:p>
      <w:r/>
      <w:r>
        <w:t>James Haven is known partly for being Angelina Jolie’s brother, which means his words land on a larger stage. Industry profiles and past features have charted the siblings’ complex relationship and public roles, and this latest moment folds into that ongoing narrative. But the letter itself keeps the focus on personal truth: he speaks of never wanting to be someone else and simply wanting a part of himself to shine. That plea, “choose love rather than fear”, is as much an ask of family dynamics as it is of fandoms and media.</w:t>
      </w:r>
      <w:r/>
    </w:p>
    <w:p>
      <w:pPr>
        <w:pStyle w:val="Heading2"/>
      </w:pPr>
      <w:r>
        <w:t>The platform choice: Substack, intimacy, and why it worked</w:t>
      </w:r>
      <w:r/>
    </w:p>
    <w:p>
      <w:r/>
      <w:r>
        <w:t>Reading the letter on Romi Imbelli’s Substack gave the disclosure a softly controlled setting. Substack has become a place for longer, personal forms of expression, and celebrities and public figures use it when they want to set the tone themselves. The format allowed Haven to structure his memory-rich narrative without headline-driven edits, and viewers reported the moment feeling conversational and sincere. If you’re thinking about coming out or supporting someone who is, this is a neat example of choosing a medium that affords dignity and nuance.</w:t>
      </w:r>
      <w:r/>
    </w:p>
    <w:p>
      <w:pPr>
        <w:pStyle w:val="Heading2"/>
      </w:pPr>
      <w:r>
        <w:t>What this means for conversations about masculinity and childhood play</w:t>
      </w:r>
      <w:r/>
    </w:p>
    <w:p>
      <w:r/>
      <w:r>
        <w:t>Haven’s description of glitter and mascara as sources of joy rather than shame nudges at broader cultural debates about gendered play and expression. Cultural pieces and celebrity retrospectives have often pointed to childhood cues as early signs of identity, and his letter reframes those memories as courageous rather than confusing. Practically, that gives parents and carers a simple takeaway: allow kids to explore without panic, and listen more than you label. It’s a small behavioural shift that can change how someone grows into themselves.</w:t>
      </w:r>
      <w:r/>
    </w:p>
    <w:p>
      <w:pPr>
        <w:pStyle w:val="Heading2"/>
      </w:pPr>
      <w:r>
        <w:t>How fans and family might respond , and how to be supportive</w:t>
      </w:r>
      <w:r/>
    </w:p>
    <w:p>
      <w:r/>
      <w:r>
        <w:t>Responses to public coming-outs vary, but the letter’s plea for understanding steers the conversation towards compassion. Fans will likely send supportive messages, while family members may take time to adjust; that’s normal. If you want to support someone in a similar position, keep it simple: offer a listening ear, avoid presumptions, and respect the pace at which they want to share details. Public figures model one path, but everyone’s journey deserves patience.</w:t>
      </w:r>
      <w:r/>
    </w:p>
    <w:p>
      <w:r/>
      <w:r>
        <w:t>It's a small, brave act that can help reshape how we think about identity, family and kindness.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4">
        <w:r>
          <w:rPr>
            <w:color w:val="0000EE"/>
            <w:u w:val="single"/>
          </w:rPr>
          <w:t>[7]</w:t>
        </w:r>
      </w:hyperlink>
      <w:r>
        <w:t xml:space="preserve">- Paragraph 4: </w:t>
      </w:r>
      <w:hyperlink r:id="rId15">
        <w:r>
          <w:rPr>
            <w:color w:val="0000EE"/>
            <w:u w:val="single"/>
          </w:rPr>
          <w:t>[6]</w:t>
        </w:r>
      </w:hyperlink>
      <w:r>
        <w:t xml:space="preserve">, </w:t>
      </w:r>
      <w:hyperlink r:id="rId10">
        <w:r>
          <w:rPr>
            <w:color w:val="0000EE"/>
            <w:u w:val="single"/>
          </w:rPr>
          <w:t>[2]</w:t>
        </w:r>
      </w:hyperlink>
      <w:r>
        <w:t xml:space="preserve">- Paragraph 5: </w:t>
      </w:r>
      <w:hyperlink r:id="rId12">
        <w:r>
          <w:rPr>
            <w:color w:val="0000EE"/>
            <w:u w:val="single"/>
          </w:rPr>
          <w:t>[3]</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https://beninwebtv.com/angelina-jolie-james-haven-devoile-son-homosexualite-dans-une-lettre-intime-et-appelle-a-lacceptation/</w:t>
        </w:r>
      </w:hyperlink>
      <w:r>
        <w:t xml:space="preserve"> - Please view link - unable to able to access data</w:t>
      </w:r>
      <w:r/>
    </w:p>
    <w:p>
      <w:pPr>
        <w:pStyle w:val="ListNumber"/>
        <w:spacing w:line="240" w:lineRule="auto"/>
        <w:ind w:left="720"/>
      </w:pPr>
      <w:r/>
      <w:hyperlink r:id="rId10">
        <w:r>
          <w:rPr>
            <w:color w:val="0000EE"/>
            <w:u w:val="single"/>
          </w:rPr>
          <w:t>https://www.scmp.com/magazines/style/entertainment/article/3247797/who-angelina-jolies-lookalike-brother-james-haven-and-where-he-now-hes-protective-her-kids-brad-pitt</w:t>
        </w:r>
      </w:hyperlink>
      <w:r>
        <w:t xml:space="preserve"> - This article provides an overview of James Haven, Angelina Jolie's brother, highlighting his protective nature towards her children with Brad Pitt. It discusses his rare public appearances, including a recent interview where he expressed his desire to be there for his nieces and nephews as they transition into young adulthood. The piece also touches upon the siblings' close relationship, referencing past events like the 2000 Oscars kiss, and notes that despite his familial ties, Haven has maintained a low profile in the entertainment industry.</w:t>
      </w:r>
      <w:r/>
    </w:p>
    <w:p>
      <w:pPr>
        <w:pStyle w:val="ListNumber"/>
        <w:spacing w:line="240" w:lineRule="auto"/>
        <w:ind w:left="720"/>
      </w:pPr>
      <w:r/>
      <w:hyperlink r:id="rId12">
        <w:r>
          <w:rPr>
            <w:color w:val="0000EE"/>
            <w:u w:val="single"/>
          </w:rPr>
          <w:t>https://www.scmp.com/magazines/style/celebrity/article/3160004/inside-angelina-jolies-complex-relationship-brother-james</w:t>
        </w:r>
      </w:hyperlink>
      <w:r>
        <w:t xml:space="preserve"> - This article delves into the intricate relationship between Angelina Jolie and her brother, James Haven. It covers various aspects, including Haven's role as a caregiver for Jolie's children after her separation from Brad Pitt, his brief stint as a nanny, and his low-key lifestyle in Los Angeles. The piece also touches upon the siblings' past controversies, such as the infamous Oscars kiss in 2000, providing insights into their personal dynamics and Haven's life away from the limelight.</w:t>
      </w:r>
      <w:r/>
    </w:p>
    <w:p>
      <w:pPr>
        <w:pStyle w:val="ListNumber"/>
        <w:spacing w:line="240" w:lineRule="auto"/>
        <w:ind w:left="720"/>
      </w:pPr>
      <w:r/>
      <w:hyperlink r:id="rId11">
        <w:r>
          <w:rPr>
            <w:color w:val="0000EE"/>
            <w:u w:val="single"/>
          </w:rPr>
          <w:t>https://www.latimes.com/archives/la-xpm-2000-apr-04-cl-15640-story.html</w:t>
        </w:r>
      </w:hyperlink>
      <w:r>
        <w:t xml:space="preserve"> - This article discusses the public reaction to the close relationship between Angelina Jolie and her brother, James Haven, following the 2000 Academy Awards. It highlights their affectionate display during the ceremony and addresses the ensuing gossip and speculation. The piece reflects on societal perceptions of familial love and the discomfort some felt witnessing such a strong bond between siblings in the public eye, offering a perspective on the complexities of public scrutiny and personal relationships.</w:t>
      </w:r>
      <w:r/>
    </w:p>
    <w:p>
      <w:pPr>
        <w:pStyle w:val="ListNumber"/>
        <w:spacing w:line="240" w:lineRule="auto"/>
        <w:ind w:left="720"/>
      </w:pPr>
      <w:r/>
      <w:hyperlink r:id="rId13">
        <w:r>
          <w:rPr>
            <w:color w:val="0000EE"/>
            <w:u w:val="single"/>
          </w:rPr>
          <w:t>https://www.hola.com/us/celebrities/20250102738959/angelina-jolie-brother-james-haven-marries/</w:t>
        </w:r>
      </w:hyperlink>
      <w:r>
        <w:t xml:space="preserve"> - This article reports on the marriage of James Haven, Angelina Jolie's brother, to Romi Imbelli, a reality TV star from 'The Real L Word.' It notes that the wedding was an intimate affair attended by close family members, including their father, Jon Voight. The piece mentions that Angelina Jolie was absent from the celebration, providing insights into the family's dynamics and Haven's personal life, highlighting his decision to marry Imbelli and the family's reactions to the event.</w:t>
      </w:r>
      <w:r/>
    </w:p>
    <w:p>
      <w:pPr>
        <w:pStyle w:val="ListNumber"/>
        <w:spacing w:line="240" w:lineRule="auto"/>
        <w:ind w:left="720"/>
      </w:pPr>
      <w:r/>
      <w:hyperlink r:id="rId15">
        <w:r>
          <w:rPr>
            <w:color w:val="0000EE"/>
            <w:u w:val="single"/>
          </w:rPr>
          <w:t>https://www.sagrosso.com/series-chill/2024/09/15/que-creepy-recuerdan-el-dia-que-angelina-jolie-beso-en-la-boca-a-su-hermano-publicamente-y-esta-es-la-razon/</w:t>
        </w:r>
      </w:hyperlink>
      <w:r>
        <w:t xml:space="preserve"> - This article recalls the public incident where Angelina Jolie kissed her brother, James Haven, on the lips, and explores the reasons behind this act. It delves into the close relationship between the siblings and the context of the moment, providing insights into their familial bond and the public's reaction to such displays of affection. The piece offers a perspective on the complexities of sibling relationships and the scrutiny they face in the public eye.</w:t>
      </w:r>
      <w:r/>
    </w:p>
    <w:p>
      <w:pPr>
        <w:pStyle w:val="ListNumber"/>
        <w:spacing w:line="240" w:lineRule="auto"/>
        <w:ind w:left="720"/>
      </w:pPr>
      <w:r/>
      <w:hyperlink r:id="rId14">
        <w:r>
          <w:rPr>
            <w:color w:val="0000EE"/>
            <w:u w:val="single"/>
          </w:rPr>
          <w:t>https://www.imdb.com/news/ni64421768/</w:t>
        </w:r>
      </w:hyperlink>
      <w:r>
        <w:t xml:space="preserve"> - This article discusses the backlash Angelina Jolie faced after her infamous kiss with her brother, James Haven, at the 2000 Academy Awards. It highlights how Jolie addressed the incident, expressing her shock at the jokes made about the kiss and emphasizing the importance of family support. The piece reflects on the public's reaction to the siblings' display of affection and Jolie's response to the ensuing controversy, offering insights into the challenges of maintaining personal boundaries in the public eye.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eninwebtv.com/angelina-jolie-james-haven-devoile-son-homosexualite-dans-une-lettre-intime-et-appelle-a-lacceptation/" TargetMode="External"/><Relationship Id="rId10" Type="http://schemas.openxmlformats.org/officeDocument/2006/relationships/hyperlink" Target="https://www.scmp.com/magazines/style/entertainment/article/3247797/who-angelina-jolies-lookalike-brother-james-haven-and-where-he-now-hes-protective-her-kids-brad-pitt" TargetMode="External"/><Relationship Id="rId11" Type="http://schemas.openxmlformats.org/officeDocument/2006/relationships/hyperlink" Target="https://www.latimes.com/archives/la-xpm-2000-apr-04-cl-15640-story.html" TargetMode="External"/><Relationship Id="rId12" Type="http://schemas.openxmlformats.org/officeDocument/2006/relationships/hyperlink" Target="https://www.scmp.com/magazines/style/celebrity/article/3160004/inside-angelina-jolies-complex-relationship-brother-james" TargetMode="External"/><Relationship Id="rId13" Type="http://schemas.openxmlformats.org/officeDocument/2006/relationships/hyperlink" Target="https://www.hola.com/us/celebrities/20250102738959/angelina-jolie-brother-james-haven-marries/" TargetMode="External"/><Relationship Id="rId14" Type="http://schemas.openxmlformats.org/officeDocument/2006/relationships/hyperlink" Target="https://www.imdb.com/news/ni64421768/" TargetMode="External"/><Relationship Id="rId15" Type="http://schemas.openxmlformats.org/officeDocument/2006/relationships/hyperlink" Target="https://www.sagrosso.com/series-chill/2024/09/15/que-creepy-recuerdan-el-dia-que-angelina-jolie-beso-en-la-boca-a-su-hermano-publicamente-y-esta-es-la-raz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