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Akanksha Chamola Sparks Debate Saying “Sexuality Is a Phase”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opinion are watching TV personalities shape public talk , Akanksha Chamola’s latest Lock Upp remarks, in which she doubled down that her sexuality has changed over time, have reignited debate about how celebrities discuss LGBTQ+ identities and why that matters to viewers.</w:t>
      </w:r>
      <w:r/>
    </w:p>
    <w:p>
      <w:r/>
      <w:r>
        <w:t>Essential Takeaways</w:t>
      </w:r>
      <w:r/>
      <w:r/>
    </w:p>
    <w:p>
      <w:pPr>
        <w:pStyle w:val="ListBullet"/>
        <w:spacing w:line="240" w:lineRule="auto"/>
        <w:ind w:left="720"/>
      </w:pPr>
      <w:r/>
      <w:r>
        <w:rPr>
          <w:b/>
        </w:rPr>
        <w:t>Who:</w:t>
      </w:r>
      <w:r>
        <w:t xml:space="preserve"> Television actor Akanksha Chamola has publicly described shifts in her own sexual identity, saying she has been bisexual, now asexual, and that sexuality “keeps changing.” </w:t>
      </w:r>
      <w:r/>
    </w:p>
    <w:p>
      <w:pPr>
        <w:pStyle w:val="ListBullet"/>
        <w:spacing w:line="240" w:lineRule="auto"/>
        <w:ind w:left="720"/>
      </w:pPr>
      <w:r/>
      <w:r>
        <w:rPr>
          <w:b/>
        </w:rPr>
        <w:t>What:</w:t>
      </w:r>
      <w:r>
        <w:t xml:space="preserve"> Her comments on the reality show Lock Upp prompted a fresh wave of criticism from LGBTQ+ activists and social media users who say the phrase “sexuality is a phase” can be harmful. </w:t>
      </w:r>
      <w:r/>
    </w:p>
    <w:p>
      <w:pPr>
        <w:pStyle w:val="ListBullet"/>
        <w:spacing w:line="240" w:lineRule="auto"/>
        <w:ind w:left="720"/>
      </w:pPr>
      <w:r/>
      <w:r>
        <w:rPr>
          <w:b/>
        </w:rPr>
        <w:t>Tone:</w:t>
      </w:r>
      <w:r>
        <w:t xml:space="preserve"> Chamola insists she speaks from personal experience and is not trying to define others, but many viewers feel public figures should avoid sweeping language about marginalised groups. </w:t>
      </w:r>
      <w:r/>
    </w:p>
    <w:p>
      <w:pPr>
        <w:pStyle w:val="ListBullet"/>
        <w:spacing w:line="240" w:lineRule="auto"/>
        <w:ind w:left="720"/>
      </w:pPr>
      <w:r/>
      <w:r>
        <w:rPr>
          <w:b/>
        </w:rPr>
        <w:t>Social reaction:</w:t>
      </w:r>
      <w:r>
        <w:t xml:space="preserve"> Fellow celebrity guests and contestants, including Tejasswi Prakash, reportedly pushed back, stressing respect for how people self-identify. </w:t>
      </w:r>
      <w:r/>
    </w:p>
    <w:p>
      <w:pPr>
        <w:pStyle w:val="ListBullet"/>
        <w:spacing w:line="240" w:lineRule="auto"/>
        <w:ind w:left="720"/>
      </w:pPr>
      <w:r/>
      <w:r>
        <w:rPr>
          <w:b/>
        </w:rPr>
        <w:t>Emotional context:</w:t>
      </w:r>
      <w:r>
        <w:t xml:space="preserve"> Chamola’s recent revelations come amid a separation from actor Gaurav Khanna, which she says has affected her desire for intimacy and her self-understanding.</w:t>
      </w:r>
      <w:r/>
      <w:r/>
    </w:p>
    <w:p>
      <w:pPr>
        <w:pStyle w:val="Heading2"/>
      </w:pPr>
      <w:r>
        <w:t>What exactly did she say , and why it landed badly</w:t>
      </w:r>
      <w:r/>
    </w:p>
    <w:p>
      <w:r/>
      <w:r>
        <w:t>Chamola told Lock Upp audiences she’s experienced different attractions at different stages of life, at one point identifying as bisexual and more recently as asexual while navigating a divorce. That personal framing , “sexuality keeps changing” , sounds simple, even intimate, but it landed heavy because many people read it as a general claim about sexual orientation. According to coverage in Mid-Day and the Indian Express, viewers and activists argue that calling sexuality a phase echoes a long‑running dismissive trope aimed at LGBTQ+ people, especially bisexuals and lesbians.</w:t>
      </w:r>
      <w:r/>
    </w:p>
    <w:p>
      <w:pPr>
        <w:pStyle w:val="Heading2"/>
      </w:pPr>
      <w:r>
        <w:t>Where personal journey meets public responsibility</w:t>
      </w:r>
      <w:r/>
    </w:p>
    <w:p>
      <w:r/>
      <w:r>
        <w:t>Celebrities’ confessions travel further than kitchen-table conversations, so what seems like self-reflection can shape wider ideas. Industry reporting notes Chamola clarified she meant only her experience, not others’ identities. Still, the backlash shows how quickly personal nuance can be lost in headlines and clips. Commentary from other contestants, reported by Times of India and entertainment outlets, highlights that public personalities are being asked to pair vulnerability with a clearer phrasing to avoid reinforcing stereotypes.</w:t>
      </w:r>
      <w:r/>
    </w:p>
    <w:p>
      <w:pPr>
        <w:pStyle w:val="Heading2"/>
      </w:pPr>
      <w:r>
        <w:t>How the community responded , nuance, hurt and calls for care</w:t>
      </w:r>
      <w:r/>
    </w:p>
    <w:p>
      <w:r/>
      <w:r>
        <w:t>Responses ranged from supportive to sharply critical. Social media users and LGBTQ+ campaigners stressed the difference between a fluid personal truth and a blanket statement about sexual orientation. Coverage in multiple Indian outlets records that many felt Chamola’s remarks risked undermining years of activism against the “it’s just a phase” dismissal many queer people have faced. At the same time, a faction defended her right to describe inner changes during a tumultuous divorce, pointing out identity can be a messy, evolving thing for some people.</w:t>
      </w:r>
      <w:r/>
    </w:p>
    <w:p>
      <w:pPr>
        <w:pStyle w:val="Heading2"/>
      </w:pPr>
      <w:r>
        <w:t>Practical takeaways for viewers and celebrities</w:t>
      </w:r>
      <w:r/>
    </w:p>
    <w:p>
      <w:r/>
      <w:r>
        <w:t>If you’re watching and wondering what to think, there are two practical points. First, personal testimony is valuable but it helps when public figures explicitly say “this is my experience” and avoid generalising. Second, understand the distinction between sexual behaviour, romantic attraction and identity labels , they’re related but not identical. For celebrities, a small extra step of clarity can prevent real harm, and for viewers, asking “Is this personal or general?” is a useful filter when digesting TV soundbites.</w:t>
      </w:r>
      <w:r/>
    </w:p>
    <w:p>
      <w:pPr>
        <w:pStyle w:val="Heading2"/>
      </w:pPr>
      <w:r>
        <w:t>What this means going forward for mainstream conversations</w:t>
      </w:r>
      <w:r/>
    </w:p>
    <w:p>
      <w:r/>
      <w:r>
        <w:t>Reality TV keeps pulling intimate life stories into the spotlight, and that spotlight shapes social understanding. As outlets report, Chamola’s revelations , about bisexuality, identifying as asexual while separating from her husband, and other private disclosures , will keep the conversation alive. The debate is a reminder that cultural literacy around LGBTQ+ terms still matters and that on-screen honesty carries responsibility as much as catharsis.</w:t>
      </w:r>
      <w:r/>
    </w:p>
    <w:p>
      <w:r/>
      <w:r>
        <w:t>It's a small shift in language that could make public conversations about identity kinder and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1">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[7]</w:t>
        </w:r>
      </w:hyperlink>
      <w:r>
        <w:t xml:space="preserve">- Paragraph 6: </w:t>
      </w:r>
      <w:hyperlink r:id="rId14">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https://www.womansera.com/akanksha-chamola-faces-fresh-backlash-after-doubling-down-on-sexuality-is-a-phase-remark/</w:t>
        </w:r>
      </w:hyperlink>
      <w:r>
        <w:t xml:space="preserve"> - Please view link - unable to able to access data</w:t>
      </w:r>
      <w:r/>
    </w:p>
    <w:p>
      <w:pPr>
        <w:pStyle w:val="ListNumber"/>
        <w:spacing w:line="240" w:lineRule="auto"/>
        <w:ind w:left="720"/>
      </w:pPr>
      <w:r/>
      <w:hyperlink r:id="rId10">
        <w:r>
          <w:rPr>
            <w:color w:val="0000EE"/>
            <w:u w:val="single"/>
          </w:rPr>
          <w:t>https://www.mid-day.com/entertainment/web-series/article/akanksha-chamola-is-bisexual-lock-upp-shreya-kalra-makes-shocking-claims-23637632</w:t>
        </w:r>
      </w:hyperlink>
      <w:r>
        <w:t xml:space="preserve"> - In a recent episode of Netflix's 'Lock Upp: Sach Ya Sazaa', contestant Shreya Kalra claimed that fellow participant Akanksha Chamola is bisexual. This revelation occurred during a conversation with Sufi Motiwala, where Shreya stated, 'She is bisexual.' The disclosure has sparked controversy, especially since Akanksha had previously filed a chargesheet against Shreya within the show's competitive environment. The authenticity of this claim remains unverified outside the reality show's context.</w:t>
      </w:r>
      <w:r/>
    </w:p>
    <w:p>
      <w:pPr>
        <w:pStyle w:val="ListNumber"/>
        <w:spacing w:line="240" w:lineRule="auto"/>
        <w:ind w:left="720"/>
      </w:pPr>
      <w:r/>
      <w:hyperlink r:id="rId11">
        <w:r>
          <w:rPr>
            <w:color w:val="0000EE"/>
            <w:u w:val="single"/>
          </w:rPr>
          <w:t>https://www.mid-day.com/entertainment/web-series/article/lock-upp-akanksha-chamola-says-shes-asexual-days-after-bisexuality-revelation-23639606</w:t>
        </w:r>
      </w:hyperlink>
      <w:r>
        <w:t xml:space="preserve"> - Television actress Akanksha Chamola has revealed on 'Lock Upp: Sach Ya Sazaa' that she now identifies as asexual. This statement follows her earlier disclosure of being bisexual before her marriage to actor Gaurav Khanna. Akanksha explained that her current lack of desire for physical intimacy is due to her ongoing divorce, stating, 'I have become asexual.'</w:t>
      </w:r>
      <w:r/>
    </w:p>
    <w:p>
      <w:pPr>
        <w:pStyle w:val="ListNumber"/>
        <w:spacing w:line="240" w:lineRule="auto"/>
        <w:ind w:left="720"/>
      </w:pPr>
      <w:r/>
      <w:hyperlink r:id="rId13">
        <w:r>
          <w:rPr>
            <w:color w:val="0000EE"/>
            <w:u w:val="single"/>
          </w:rPr>
          <w:t>https://timesofindia.indiatimes.com/tv/news/hindi/lock-upp-2-akanksha-chamola-says-revealing-her-third-secret-could-lead-to-public-lynching-says-my-husband-is-a-big-name-in-the-industry/amp_articleshow/132677089.cms</w:t>
        </w:r>
      </w:hyperlink>
      <w:r>
        <w:t xml:space="preserve"> - In the latest episode of 'Lock Upp 2', Akanksha Chamola expressed concerns about revealing her 'third secret', fearing it could lead to intense public backlash against her and her husband, actor Gaurav Khanna. She mentioned that her husband is a prominent figure in the industry and that such a revelation could result in them being 'publicly lynched'.</w:t>
      </w:r>
      <w:r/>
    </w:p>
    <w:p>
      <w:pPr>
        <w:pStyle w:val="ListNumber"/>
        <w:spacing w:line="240" w:lineRule="auto"/>
        <w:ind w:left="720"/>
      </w:pPr>
      <w:r/>
      <w:hyperlink r:id="rId15">
        <w:r>
          <w:rPr>
            <w:color w:val="0000EE"/>
            <w:u w:val="single"/>
          </w:rPr>
          <w:t>https://www.mid-day.com/entertainment/web-series/article/lock-upp-akanksha-chamola-confesses-she-is-bisexual-i-have-had-relationships-with-girls-23638223</w:t>
        </w:r>
      </w:hyperlink>
      <w:r>
        <w:t xml:space="preserve"> - Akanksha Chamola has openly admitted to being bisexual on 'Lock Upp: Sach Ya Sazaa'. She shared that she has had relationships with women before her marriage to Gaurav Khanna. This confession came after co-contestant Shreya Kalra exposed her secret on the show, leading to a confrontation between the two.</w:t>
      </w:r>
      <w:r/>
    </w:p>
    <w:p>
      <w:pPr>
        <w:pStyle w:val="ListNumber"/>
        <w:spacing w:line="240" w:lineRule="auto"/>
        <w:ind w:left="720"/>
      </w:pPr>
      <w:r/>
      <w:hyperlink r:id="rId14">
        <w:r>
          <w:rPr>
            <w:color w:val="0000EE"/>
            <w:u w:val="single"/>
          </w:rPr>
          <w:t>https://timesofindia.indiatimes.com/tv/news/hindi/lock-upp-2-after-announcing-divorce-from-gaurav-khanna-akanksha-chamola-opens-up-about-becoming-asexual/amp_articleshow/132373028.cms</w:t>
        </w:r>
      </w:hyperlink>
      <w:r>
        <w:t xml:space="preserve"> - After announcing her separation from husband Gaurav Khanna on 'Lock Upp 2', Akanksha Chamola has now revealed that she identifies as asexual. In a conversation with Varun Yadav, she explained that her current lack of desire for physical intimacy is due to her ongoing divorce, stating, 'I don't want a sexual relationship with anyone. I don't want it with women or with men.'</w:t>
      </w:r>
      <w:r/>
    </w:p>
    <w:p>
      <w:pPr>
        <w:pStyle w:val="ListNumber"/>
        <w:spacing w:line="240" w:lineRule="auto"/>
        <w:ind w:left="720"/>
      </w:pPr>
      <w:r/>
      <w:hyperlink r:id="rId12">
        <w:r>
          <w:rPr>
            <w:color w:val="0000EE"/>
            <w:u w:val="single"/>
          </w:rPr>
          <w:t>https://indianexpress.com/article/entertainment/television/lock-upp-2-akanksha-chamola-who-said-shes-bisexual-now-says-shes-asexual-gaurav-khanna-divorce-10785288/lite/</w:t>
        </w:r>
      </w:hyperlink>
      <w:r>
        <w:t xml:space="preserve"> - Television actor Akanksha Chamola has made candid revelations about her personal life on 'Lock Upp 2'. After announcing her divorce from Gaurav Khanna and revealing her bisexuality before marriage, she has now shared that she currently considers herself asexual. She explained that her ongoing divorce has changed her perspective on intimacy, stating she has no desire for a physical relationship with either men or women at this stage of her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mansera.com/akanksha-chamola-faces-fresh-backlash-after-doubling-down-on-sexuality-is-a-phase-remark/" TargetMode="External"/><Relationship Id="rId10" Type="http://schemas.openxmlformats.org/officeDocument/2006/relationships/hyperlink" Target="https://www.mid-day.com/entertainment/web-series/article/akanksha-chamola-is-bisexual-lock-upp-shreya-kalra-makes-shocking-claims-23637632" TargetMode="External"/><Relationship Id="rId11" Type="http://schemas.openxmlformats.org/officeDocument/2006/relationships/hyperlink" Target="https://www.mid-day.com/entertainment/web-series/article/lock-upp-akanksha-chamola-says-shes-asexual-days-after-bisexuality-revelation-23639606" TargetMode="External"/><Relationship Id="rId12" Type="http://schemas.openxmlformats.org/officeDocument/2006/relationships/hyperlink" Target="https://indianexpress.com/article/entertainment/television/lock-upp-2-akanksha-chamola-who-said-shes-bisexual-now-says-shes-asexual-gaurav-khanna-divorce-10785288/lite/" TargetMode="External"/><Relationship Id="rId13" Type="http://schemas.openxmlformats.org/officeDocument/2006/relationships/hyperlink" Target="https://timesofindia.indiatimes.com/tv/news/hindi/lock-upp-2-akanksha-chamola-says-revealing-her-third-secret-could-lead-to-public-lynching-says-my-husband-is-a-big-name-in-the-industry/amp_articleshow/132677089.cms" TargetMode="External"/><Relationship Id="rId14" Type="http://schemas.openxmlformats.org/officeDocument/2006/relationships/hyperlink" Target="https://timesofindia.indiatimes.com/tv/news/hindi/lock-upp-2-after-announcing-divorce-from-gaurav-khanna-akanksha-chamola-opens-up-about-becoming-asexual/amp_articleshow/132373028.cms" TargetMode="External"/><Relationship Id="rId15" Type="http://schemas.openxmlformats.org/officeDocument/2006/relationships/hyperlink" Target="https://www.mid-day.com/entertainment/web-series/article/lock-upp-akanksha-chamola-confesses-she-is-bisexual-i-have-had-relationships-with-girls-236382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