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Give on Erie Gives Day 2026 to Support Local LGBTQ+ Groups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Join the crowd this Erie Gives Day and make a real difference , residents across Erie are backing queer-serving organisations, museums, and support networks so small donations add up to lasting services, safer spaces, and preserved history. Here’s how to give smarter, pick organisations that match your values, and make your gift go further.</w:t>
      </w:r>
      <w:r/>
    </w:p>
    <w:p>
      <w:r/>
      <w:r>
        <w:t>Essential Takeaways</w:t>
      </w:r>
      <w:r/>
      <w:r/>
    </w:p>
    <w:p>
      <w:pPr>
        <w:pStyle w:val="ListBullet"/>
        <w:spacing w:line="240" w:lineRule="auto"/>
        <w:ind w:left="720"/>
      </w:pPr>
      <w:r/>
      <w:r>
        <w:rPr>
          <w:b/>
        </w:rPr>
        <w:t>Big impact, small gifts:</w:t>
      </w:r>
      <w:r>
        <w:t xml:space="preserve"> Erie Gives pools donations, so even modest contributions can trigger incentives and match funds. </w:t>
      </w:r>
      <w:r/>
    </w:p>
    <w:p>
      <w:pPr>
        <w:pStyle w:val="ListBullet"/>
        <w:spacing w:line="240" w:lineRule="auto"/>
        <w:ind w:left="720"/>
      </w:pPr>
      <w:r/>
      <w:r>
        <w:rPr>
          <w:b/>
        </w:rPr>
        <w:t>Support variety:</w:t>
      </w:r>
      <w:r>
        <w:t xml:space="preserve"> Give to direct service groups, advocacy organisations, and cultural institutions preserving queer history. </w:t>
      </w:r>
      <w:r/>
    </w:p>
    <w:p>
      <w:pPr>
        <w:pStyle w:val="ListBullet"/>
        <w:spacing w:line="240" w:lineRule="auto"/>
        <w:ind w:left="720"/>
      </w:pPr>
      <w:r/>
      <w:r>
        <w:rPr>
          <w:b/>
        </w:rPr>
        <w:t>Plan your gift:</w:t>
      </w:r>
      <w:r>
        <w:t xml:space="preserve"> Register ahead on Erie Gives, schedule donations, and check each charity’s profile for needs and programs. </w:t>
      </w:r>
      <w:r/>
    </w:p>
    <w:p>
      <w:pPr>
        <w:pStyle w:val="ListBullet"/>
        <w:spacing w:line="240" w:lineRule="auto"/>
        <w:ind w:left="720"/>
      </w:pPr>
      <w:r/>
      <w:r>
        <w:rPr>
          <w:b/>
        </w:rPr>
        <w:t>Practical perks:</w:t>
      </w:r>
      <w:r>
        <w:t xml:space="preserve"> Many groups use funds for emergency aid, community programming, and accessible spaces , your money is often quickly put to work. </w:t>
      </w:r>
      <w:r/>
    </w:p>
    <w:p>
      <w:pPr>
        <w:pStyle w:val="ListBullet"/>
        <w:spacing w:line="240" w:lineRule="auto"/>
        <w:ind w:left="720"/>
      </w:pPr>
      <w:r/>
      <w:r>
        <w:rPr>
          <w:b/>
        </w:rPr>
        <w:t>Local feel:</w:t>
      </w:r>
      <w:r>
        <w:t xml:space="preserve"> Donations stay in the region, helping keep services close to home and communities connected.</w:t>
      </w:r>
      <w:r/>
      <w:r/>
    </w:p>
    <w:p>
      <w:pPr>
        <w:pStyle w:val="Heading2"/>
      </w:pPr>
      <w:r>
        <w:t>Why Erie Gives Day matters for LGBTQ+ organisations</w:t>
      </w:r>
      <w:r/>
    </w:p>
    <w:p>
      <w:r/>
      <w:r>
        <w:t>Erie Gives Day is a single, community-driven fundraiser with a simple, effective idea: concentrate giving so local charities benefit from pooled funds and promotional boosts. That means your donation can have more reach than if you gave at random times throughout the year. The result is a lively, visible moment when organisations , from queer youth support to historical archives , get financial breathing room to plan programmes and respond to urgent needs. For anyone who cares about local queer life, it’s a day that feels practical and hopeful.</w:t>
      </w:r>
      <w:r/>
    </w:p>
    <w:p>
      <w:pPr>
        <w:pStyle w:val="Heading2"/>
      </w:pPr>
      <w:r>
        <w:t>Who you can support and what your gift does</w:t>
      </w:r>
      <w:r/>
    </w:p>
    <w:p>
      <w:r/>
      <w:r>
        <w:t>There’s real variety among groups taking part: community centres that host drop-in services, advocacy networks that work on equality, and museums or archives preserving LGBTQ+ history. Money often goes toward emergency assistance, mentoring, outreach, and maintaining welcoming physical spaces. If you care about cultural memory, consider a history project; if direct help matters most, pick a service provider. Checking each charity’s profile on the Erie Gives website helps you match your priorities with local needs.</w:t>
      </w:r>
      <w:r/>
    </w:p>
    <w:p>
      <w:pPr>
        <w:pStyle w:val="Heading2"/>
      </w:pPr>
      <w:r>
        <w:t>How to prepare so your gift counts</w:t>
      </w:r>
      <w:r/>
    </w:p>
    <w:p>
      <w:r/>
      <w:r>
        <w:t>Make a plan before the day. Register on Erie Gives, bookmark the profiles of the organisations you love, and set calendar reminders. Many donors choose to spread smaller gifts across several groups rather than one large donation; that’s a smart way to boost more programmes. Also look for ways to amplify your impact , some pooled funds mean early donations earn extra percentage boosts, so giving soon after the campaign opens can stretch your money further.</w:t>
      </w:r>
      <w:r/>
    </w:p>
    <w:p>
      <w:pPr>
        <w:pStyle w:val="Heading2"/>
      </w:pPr>
      <w:r>
        <w:t>Choosing organisations: questions to ask</w:t>
      </w:r>
      <w:r/>
    </w:p>
    <w:p>
      <w:r/>
      <w:r>
        <w:t>Quick questions help you decide: What services does this group provide? How transparent are they about funding and outcomes? Do they serve specific needs like youth services, legal support, or cultural preservation? Local charity pages and community calendars often spell this out. If a group partners with others in Erie, your donation may unlock collaborative projects. And if you’re new to giving locally, start small , you can always follow up with a larger gift later.</w:t>
      </w:r>
      <w:r/>
    </w:p>
    <w:p>
      <w:pPr>
        <w:pStyle w:val="Heading2"/>
      </w:pPr>
      <w:r>
        <w:t>Beyond money: volunteer and spread the word</w:t>
      </w:r>
      <w:r/>
    </w:p>
    <w:p>
      <w:r/>
      <w:r>
        <w:t>Donations matter, but time and visibility do too. Volunteer shifts, event help, and social shares during Erie Gives Day are hugely valuable. Organisations often rely on volunteers for outreach and events throughout the year, and a friendly post on social media can drive new donors to their profile. If you want to do a bit more, ask about skills-based volunteering , marketing, bookkeeping, or event support can be as transformative as cash.</w:t>
      </w:r>
      <w:r/>
    </w:p>
    <w:p>
      <w:r/>
      <w:r>
        <w:t>It's a small change that can make every donation count for locally-led queer organisations.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11">
        <w:r>
          <w:rPr>
            <w:color w:val="0000EE"/>
            <w:u w:val="single"/>
          </w:rPr>
          <w:t>[5]</w:t>
        </w:r>
      </w:hyperlink>
      <w:r>
        <w:t xml:space="preserve">, </w:t>
      </w:r>
      <w:hyperlink r:id="rId12">
        <w:r>
          <w:rPr>
            <w:color w:val="0000EE"/>
            <w:u w:val="single"/>
          </w:rPr>
          <w:t>[3]</w:t>
        </w:r>
      </w:hyperlink>
      <w:r>
        <w:t xml:space="preserve">- Paragraph 4: </w:t>
      </w:r>
      <w:hyperlink r:id="rId13">
        <w:r>
          <w:rPr>
            <w:color w:val="0000EE"/>
            <w:u w:val="single"/>
          </w:rPr>
          <w:t>[4]</w:t>
        </w:r>
      </w:hyperlink>
      <w:r>
        <w:t xml:space="preserve">, </w:t>
      </w:r>
      <w:hyperlink r:id="rId14">
        <w:r>
          <w:rPr>
            <w:color w:val="0000EE"/>
            <w:u w:val="single"/>
          </w:rPr>
          <w:t>[6]</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https://www.eriegaynews.com/news/article.php?recordid=202609eriegivesallpromo&amp;sourceid=4&amp;sourcereason=RSSFeed</w:t>
        </w:r>
      </w:hyperlink>
      <w:r>
        <w:t xml:space="preserve"> - Please view link - unable to able to access data</w:t>
      </w:r>
      <w:r/>
    </w:p>
    <w:p>
      <w:pPr>
        <w:pStyle w:val="ListNumber"/>
        <w:spacing w:line="240" w:lineRule="auto"/>
        <w:ind w:left="720"/>
      </w:pPr>
      <w:r/>
      <w:hyperlink r:id="rId10">
        <w:r>
          <w:rPr>
            <w:color w:val="0000EE"/>
            <w:u w:val="single"/>
          </w:rPr>
          <w:t>https://www.eriegaypride.com/</w:t>
        </w:r>
      </w:hyperlink>
      <w:r>
        <w:t xml:space="preserve"> - The NWPA Pride Alliance is dedicated to promoting equality, respect, and diversity through various events and organisations. They are actively participating in Erie Gives Day 2026, scheduled for August 11, 2026, encouraging community support for LGBTQIA+ initiatives. Their upcoming events include the 33rd Annual Pride Picnic on August 15, 2026, at Presque Isle Rotary Pavilion, and Pride Day at Waldemeer Park and Water World on August 16, 2026. The organisation also hosts regular queer happy hours at local venues, fostering community engagement and support for the LGBTQIA+ community in Erie, Pennsylvania.</w:t>
      </w:r>
      <w:r/>
    </w:p>
    <w:p>
      <w:pPr>
        <w:pStyle w:val="ListNumber"/>
        <w:spacing w:line="240" w:lineRule="auto"/>
        <w:ind w:left="720"/>
      </w:pPr>
      <w:r/>
      <w:hyperlink r:id="rId12">
        <w:r>
          <w:rPr>
            <w:color w:val="0000EE"/>
            <w:u w:val="single"/>
          </w:rPr>
          <w:t>https://www.mcwerie.org/events/erie-gives-2025</w:t>
        </w:r>
      </w:hyperlink>
      <w:r>
        <w:t xml:space="preserve"> - The Mercy Center for Women is participating in Erie Gives Day 2026, scheduled for August 11, 2026. The centre is focusing on the Sacred Heart/MACC West Project, an expansion aimed at providing support and stability to women, children, and families in the community. The previous year's event was a record-breaking success, raising $198,626 from 573 donors. The Mercy Center for Women invites the community to join them in this transformative initiative to rebuild lives and offer hope for the future.</w:t>
      </w:r>
      <w:r/>
    </w:p>
    <w:p>
      <w:pPr>
        <w:pStyle w:val="ListNumber"/>
        <w:spacing w:line="240" w:lineRule="auto"/>
        <w:ind w:left="720"/>
      </w:pPr>
      <w:r/>
      <w:hyperlink r:id="rId13">
        <w:r>
          <w:rPr>
            <w:color w:val="0000EE"/>
            <w:u w:val="single"/>
          </w:rPr>
          <w:t>https://www.hagenhistory.org/support/erie-gives</w:t>
        </w:r>
      </w:hyperlink>
      <w:r>
        <w:t xml:space="preserve"> - The Hagen History Center is participating in Erie Gives Day 2026, set for August 11, 2026. The centre aims to sustain the 123-year legacy of the Erie County Historical Society by developing new exhibits, providing educational opportunities, and maintaining its properties. Community support is vital for the centre to continue offering history camps, lectures, and tours, enriching the cultural landscape of Erie County. The centre expresses gratitude for the community's support in preserving and promoting local history.</w:t>
      </w:r>
      <w:r/>
    </w:p>
    <w:p>
      <w:pPr>
        <w:pStyle w:val="ListNumber"/>
        <w:spacing w:line="240" w:lineRule="auto"/>
        <w:ind w:left="720"/>
      </w:pPr>
      <w:r/>
      <w:hyperlink r:id="rId11">
        <w:r>
          <w:rPr>
            <w:color w:val="0000EE"/>
            <w:u w:val="single"/>
          </w:rPr>
          <w:t>https://www.eriegives.org/</w:t>
        </w:r>
      </w:hyperlink>
      <w:r>
        <w:t xml:space="preserve"> - Erie Gives is a 24-hour online giving event that unites the community to support nonprofit organisations serving Erie County. Scheduled for August 11, 2026, the event allows individuals, families, and businesses to make online donations, creating a collective impact across the region. Since its inception in 2011, Erie Gives has raised over $77.7 million for local nonprofits, empowering organisations that provide essential services such as food, shelter, education, arts and culture, and more. The event is hosted annually by The Erie Community Foundation, connecting thousands of donors with hundreds of local organisations.</w:t>
      </w:r>
      <w:r/>
    </w:p>
    <w:p>
      <w:pPr>
        <w:pStyle w:val="ListNumber"/>
        <w:spacing w:line="240" w:lineRule="auto"/>
        <w:ind w:left="720"/>
      </w:pPr>
      <w:r/>
      <w:hyperlink r:id="rId14">
        <w:r>
          <w:rPr>
            <w:color w:val="0000EE"/>
            <w:u w:val="single"/>
          </w:rPr>
          <w:t>https://www.ccincerie.org/giving-days</w:t>
        </w:r>
      </w:hyperlink>
      <w:r>
        <w:t xml:space="preserve"> - Catholic Charities of the Diocese of Erie is participating in Erie Gives Day 2026, scheduled for August 11, 2026. The organisation encourages donors to support their mission by selecting Catholic Charities as their charity of choice on the Erie Gives website. The funds raised will support the agency network that provides clothing, hot meals, housing, and emergency assistance to individuals in and around the Erie community. For more information, donors can contact Crystal Dunkerton at (814) 824-1260 or [email protected].</w:t>
      </w:r>
      <w:r/>
    </w:p>
    <w:p>
      <w:pPr>
        <w:pStyle w:val="ListNumber"/>
        <w:spacing w:line="240" w:lineRule="auto"/>
        <w:ind w:left="720"/>
      </w:pPr>
      <w:r/>
      <w:hyperlink r:id="rId15">
        <w:r>
          <w:rPr>
            <w:color w:val="0000EE"/>
            <w:u w:val="single"/>
          </w:rPr>
          <w:t>https://www.disabilityresourcefairnwpa.com/</w:t>
        </w:r>
      </w:hyperlink>
      <w:r>
        <w:t xml:space="preserve"> - The Disability Resource Fair of NWPA is participating in Erie Gives Day 2026, scheduled for August 11, 2026. The event aims to connect individuals with disabilities, caregivers, and families to essential services and supports in an accessible and welcoming space. The organisers, two mothers with special needs children, recognised the need for a centralised resource hub for families in Erie and Crawford County. The event is free and provides an opportunity for the community to access valuable information and services.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riegaynews.com/news/article.php?recordid=202609eriegivesallpromo&amp;sourceid=4&amp;sourcereason=RSSFeed" TargetMode="External"/><Relationship Id="rId10" Type="http://schemas.openxmlformats.org/officeDocument/2006/relationships/hyperlink" Target="https://www.eriegaypride.com/" TargetMode="External"/><Relationship Id="rId11" Type="http://schemas.openxmlformats.org/officeDocument/2006/relationships/hyperlink" Target="https://www.eriegives.org/" TargetMode="External"/><Relationship Id="rId12" Type="http://schemas.openxmlformats.org/officeDocument/2006/relationships/hyperlink" Target="https://www.mcwerie.org/events/erie-gives-2025" TargetMode="External"/><Relationship Id="rId13" Type="http://schemas.openxmlformats.org/officeDocument/2006/relationships/hyperlink" Target="https://www.hagenhistory.org/support/erie-gives" TargetMode="External"/><Relationship Id="rId14" Type="http://schemas.openxmlformats.org/officeDocument/2006/relationships/hyperlink" Target="https://www.ccincerie.org/giving-days" TargetMode="External"/><Relationship Id="rId15" Type="http://schemas.openxmlformats.org/officeDocument/2006/relationships/hyperlink" Target="https://www.disabilityresourcefairnwpa.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