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Viral Mum Calls-Out: Why One Mum’s Roast of Her Son’s “Hot Gay Summer” Resonated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Watching a fed-up mum clock her son’s never-ending party schedule has gone delightfully viral; a London lawyer’s cheeky Instagram post shows who’s really keeping teens grounded, and why family calls-out still land harder than any club playlist.</w:t>
      </w:r>
      <w:r/>
    </w:p>
    <w:p>
      <w:r/>
      <w:r>
        <w:t>Essential Takeaways</w:t>
      </w:r>
      <w:r/>
      <w:r/>
    </w:p>
    <w:p>
      <w:pPr>
        <w:pStyle w:val="ListBullet"/>
        <w:spacing w:line="240" w:lineRule="auto"/>
        <w:ind w:left="720"/>
      </w:pPr>
      <w:r/>
      <w:r>
        <w:rPr>
          <w:b/>
        </w:rPr>
        <w:t>Viral moment:</w:t>
      </w:r>
      <w:r>
        <w:t xml:space="preserve"> A London-based lawyer shared his mum’s candid monologue about his nonstop festival-and-club schedule; the clip quickly racked up thousands of likes and comments.</w:t>
      </w:r>
      <w:r/>
    </w:p>
    <w:p>
      <w:pPr>
        <w:pStyle w:val="ListBullet"/>
        <w:spacing w:line="240" w:lineRule="auto"/>
        <w:ind w:left="720"/>
      </w:pPr>
      <w:r/>
      <w:r>
        <w:rPr>
          <w:b/>
        </w:rPr>
        <w:t>Playful tone:</w:t>
      </w:r>
      <w:r>
        <w:t xml:space="preserve"> The mum’s dry English accent and a mix of exasperation and affection make the clip feel warm, not mean , it’s affectionate roasting.</w:t>
      </w:r>
      <w:r/>
    </w:p>
    <w:p>
      <w:pPr>
        <w:pStyle w:val="ListBullet"/>
        <w:spacing w:line="240" w:lineRule="auto"/>
        <w:ind w:left="720"/>
      </w:pPr>
      <w:r/>
      <w:r>
        <w:rPr>
          <w:b/>
        </w:rPr>
        <w:t>Lifestyle snapshot:</w:t>
      </w:r>
      <w:r>
        <w:t xml:space="preserve"> The son’s feed shows travel to Italy, Rio and São Paulo, underscoring a cycle of festivals, Airbnbs and nonstop socialising.</w:t>
      </w:r>
      <w:r/>
    </w:p>
    <w:p>
      <w:pPr>
        <w:pStyle w:val="ListBullet"/>
        <w:spacing w:line="240" w:lineRule="auto"/>
        <w:ind w:left="720"/>
      </w:pPr>
      <w:r/>
      <w:r>
        <w:rPr>
          <w:b/>
        </w:rPr>
        <w:t>Cultural note:</w:t>
      </w:r>
      <w:r>
        <w:t xml:space="preserve"> The clip taps into wider conversations about the costs and expectations of a luxury gay social life, from high-end grooming to expensive outings.</w:t>
      </w:r>
      <w:r/>
    </w:p>
    <w:p>
      <w:pPr>
        <w:pStyle w:val="ListBullet"/>
        <w:spacing w:line="240" w:lineRule="auto"/>
        <w:ind w:left="720"/>
      </w:pPr>
      <w:r/>
      <w:r>
        <w:rPr>
          <w:b/>
        </w:rPr>
        <w:t>Practical cue:</w:t>
      </w:r>
      <w:r>
        <w:t xml:space="preserve"> A mum’s frank check-in can nudge perspective , whether you’re spending on tickets or just needing a nap.</w:t>
      </w:r>
      <w:r/>
      <w:r/>
    </w:p>
    <w:p>
      <w:pPr>
        <w:pStyle w:val="Heading2"/>
      </w:pPr>
      <w:r>
        <w:t>Why this one mum’s rant felt so familiar</w:t>
      </w:r>
      <w:r/>
    </w:p>
    <w:p>
      <w:r/>
      <w:r>
        <w:t>The clip hits because it’s specific and sensory: you can almost hear the tired cadence, the muttered “so tired” that gives the whole thing its comic sting. According to the viral post, the mum lists festivals, pre-drinks, Airbnbs and far-flung holidays in quick succession, and it lands because many people recognise the blur of one party into the next. Viewers reacted with laughter and empathy; social feeds filled with lines like “she’s been sitting on that for a while,” which is basically a mum’s thesis statement.</w:t>
      </w:r>
      <w:r/>
    </w:p>
    <w:p>
      <w:pPr>
        <w:pStyle w:val="Heading2"/>
      </w:pPr>
      <w:r>
        <w:t>The son’s lifestyle , a snapshot of today’s festival culture</w:t>
      </w:r>
      <w:r/>
    </w:p>
    <w:p>
      <w:r/>
      <w:r>
        <w:t>His Instagram, as shown in the clip, paints a tidy picture: festival glitz, globe-trotting and dressing-up events in places from Rio to Greece. That kind of calendar is familiar to a generation that treats festivals like short, intense holidays. There’s glamour, sure, but there’s also schedule fatigue , the “no sleep, bus, club, another club” rhythm the mum recites. For regular festival-goers, a gentle reality check from family can be a useful pause button.</w:t>
      </w:r>
      <w:r/>
    </w:p>
    <w:p>
      <w:pPr>
        <w:pStyle w:val="Heading2"/>
      </w:pPr>
      <w:r>
        <w:t>It’s about more than parties , the rising costs and expectations</w:t>
      </w:r>
      <w:r/>
    </w:p>
    <w:p>
      <w:r/>
      <w:r>
        <w:t>This viral moment slots into a broader conversation about what some call the “gay tax” , the idea that certain social lifestyles come with outsized costs, from grooming and gym memberships to expensive nights out. A few years back, a list of monthly expenses for a gay man went viral and sparked debate, and today the trend continues: people spend heavily on experiences, and mums notice. That context helps explain why the clip resonated beyond a simple roast; it’s a comment on priorities and the pressure to keep up.</w:t>
      </w:r>
      <w:r/>
    </w:p>
    <w:p>
      <w:pPr>
        <w:pStyle w:val="Heading2"/>
      </w:pPr>
      <w:r>
        <w:t>Why mums keep going viral for these little reality checks</w:t>
      </w:r>
      <w:r/>
    </w:p>
    <w:p>
      <w:r/>
      <w:r>
        <w:t>There’s a long history of mums calling out behaviour online, and they land because the tone is so often equal parts exasperated and loving. Queerty has frequently shared similar moments where parents respond to their children’s antics with blunt humour, and audiences enjoy the mix of protectiveness and sass. The mum’s clipped observations feel like a free, candid intervention , and they remind us that someone at home still notices when life gets a bit much.</w:t>
      </w:r>
      <w:r/>
    </w:p>
    <w:p>
      <w:pPr>
        <w:pStyle w:val="Heading2"/>
      </w:pPr>
      <w:r>
        <w:t>How to take the hint , practical takeaways for festival lovers</w:t>
      </w:r>
      <w:r/>
    </w:p>
    <w:p>
      <w:r/>
      <w:r>
        <w:t>If you recognise yourself in the clip, try small adjustments: schedule one quiet day between events, factor recovery time into the budget, and decide which trips genuinely matter. Consider setting limits on how often you fly for weekends versus saving for one big holiday. And if a parent ever calls you out, maybe listen , often it’s love, and sometimes a timely nap.</w:t>
      </w:r>
      <w:r/>
    </w:p>
    <w:p>
      <w:r/>
      <w:r>
        <w:t>It’s a small moment with a big truth: mums see the marathon behind every highlight reel.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[6]</w:t>
        </w:r>
      </w:hyperlink>
      <w:r>
        <w:t xml:space="preserve">- Paragraph 2: </w:t>
      </w:r>
      <w:hyperlink r:id="rId9">
        <w:r>
          <w:rPr>
            <w:color w:val="0000EE"/>
            <w:u w:val="single"/>
          </w:rPr>
          <w:t>[2]</w:t>
        </w:r>
      </w:hyperlink>
      <w:r>
        <w:t xml:space="preserve">, </w:t>
      </w:r>
      <w:hyperlink r:id="rId9">
        <w:r>
          <w:rPr>
            <w:color w:val="0000EE"/>
            <w:u w:val="single"/>
          </w:rPr>
          <w:t>[6]</w:t>
        </w:r>
      </w:hyperlink>
      <w:r>
        <w:t xml:space="preserve">- Paragraph 3: </w:t>
      </w:r>
      <w:hyperlink r:id="rId9">
        <w:r>
          <w:rPr>
            <w:color w:val="0000EE"/>
            <w:u w:val="single"/>
          </w:rPr>
          <w:t>[2]</w:t>
        </w:r>
      </w:hyperlink>
      <w:r>
        <w:t xml:space="preserve">, </w:t>
      </w:r>
      <w:hyperlink r:id="rId9">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[4]</w:t>
        </w:r>
      </w:hyperlink>
      <w:r>
        <w:t xml:space="preserve">- Paragraph 6: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https://www.queerty.com/big-festival-big-party-so-tired-mom-goes-viral-for-clocking-her-sons-hot-gay-summer-20260806/</w:t>
        </w:r>
      </w:hyperlink>
      <w:r>
        <w:t xml:space="preserve"> - Please view link - unable to able to access data</w:t>
      </w:r>
      <w:r/>
    </w:p>
    <w:p>
      <w:pPr>
        <w:pStyle w:val="ListNumber"/>
        <w:spacing w:line="240" w:lineRule="auto"/>
        <w:ind w:left="720"/>
      </w:pPr>
      <w:r/>
      <w:hyperlink r:id="rId9">
        <w:r>
          <w:rPr>
            <w:color w:val="0000EE"/>
            <w:u w:val="single"/>
          </w:rPr>
          <w:t>https://www.queerty.com/big-festival-big-party-so-tired-mom-goes-viral-for-clocking-her-sons-hot-gay-summer-20260806/</w:t>
        </w:r>
      </w:hyperlink>
      <w:r>
        <w:t xml:space="preserve"> - A London-based lawyer named Christian shared a video of his mother playfully reprimanding him for his active social life, which includes attending numerous parties and festivals. The video, featuring his mother's English accent, has garnered over 11,500 likes and hundreds of comments, highlighting the humorous and relatable nature of the interaction.</w:t>
      </w:r>
      <w:r/>
    </w:p>
    <w:p>
      <w:pPr>
        <w:pStyle w:val="ListNumber"/>
        <w:spacing w:line="240" w:lineRule="auto"/>
        <w:ind w:left="720"/>
      </w:pPr>
      <w:r/>
      <w:hyperlink r:id="rId10">
        <w:r>
          <w:rPr>
            <w:color w:val="0000EE"/>
            <w:u w:val="single"/>
          </w:rPr>
          <w:t>https://www.queerty.com/a-mom-goes-viral-for-telling-homophobes-who-hate-on-her-sons-love-exactly-how-she-feels-20250410/</w:t>
        </w:r>
      </w:hyperlink>
      <w:r>
        <w:t xml:space="preserve"> - A mother gained viral attention for her impassioned defense of her gay son and his boyfriend, who attended prom together. Responding to disapproval from some family members, she firmly expressed her support, sending a clear message to the critics.</w:t>
      </w:r>
      <w:r/>
    </w:p>
    <w:p>
      <w:pPr>
        <w:pStyle w:val="ListNumber"/>
        <w:spacing w:line="240" w:lineRule="auto"/>
        <w:ind w:left="720"/>
      </w:pPr>
      <w:r/>
      <w:hyperlink r:id="rId11">
        <w:r>
          <w:rPr>
            <w:color w:val="0000EE"/>
            <w:u w:val="single"/>
          </w:rPr>
          <w:t>https://www.queerty.com/see-mom-responds-son-says-cant-wait-get-wrecked-hot-64-guy-20191203/</w:t>
        </w:r>
      </w:hyperlink>
      <w:r>
        <w:t xml:space="preserve"> - In a viral TikTok video, a young gay man discusses with his mother his excitement about meeting a 6'4" man he's chatting with online. The mother's candid and humorous response to her son's revelation has resonated with many viewers.</w:t>
      </w:r>
      <w:r/>
    </w:p>
    <w:p>
      <w:pPr>
        <w:pStyle w:val="ListNumber"/>
        <w:spacing w:line="240" w:lineRule="auto"/>
        <w:ind w:left="720"/>
      </w:pPr>
      <w:r/>
      <w:hyperlink r:id="rId12">
        <w:r>
          <w:rPr>
            <w:color w:val="0000EE"/>
            <w:u w:val="single"/>
          </w:rPr>
          <w:t>https://www.queerty.com/see-mom-responds-finds-poppers-sons-car-20191209/</w:t>
        </w:r>
      </w:hyperlink>
      <w:r>
        <w:t xml:space="preserve"> - A video showing a mother confronting her son about finding poppers in his car went viral on Twitter, amassing over 1.6 million views. The mother's surprised reaction and the son's attempt to explain the situation have sparked widespread discussion.</w:t>
      </w:r>
      <w:r/>
    </w:p>
    <w:p>
      <w:pPr>
        <w:pStyle w:val="ListNumber"/>
        <w:spacing w:line="240" w:lineRule="auto"/>
        <w:ind w:left="720"/>
      </w:pPr>
      <w:r/>
      <w:hyperlink r:id="rId9">
        <w:r>
          <w:rPr>
            <w:color w:val="0000EE"/>
            <w:u w:val="single"/>
          </w:rPr>
          <w:t>https://www.queerty.com/big-festival-big-party-so-tired-mom-goes-viral-for-clocking-her-sons-hot-gay-summer-20260806/</w:t>
        </w:r>
      </w:hyperlink>
      <w:r>
        <w:t xml:space="preserve"> - Christian Perkins, a London-based lawyer, shared a video of his mother humorously reprimanding him for his active social life, which includes attending numerous parties and festivals. The video, featuring his mother's English accent, has garnered over 11,500 likes and hundreds of comments, highlighting the humorous and relatable nature of the interaction.</w:t>
      </w:r>
      <w:r/>
    </w:p>
    <w:p>
      <w:pPr>
        <w:pStyle w:val="ListNumber"/>
        <w:spacing w:line="240" w:lineRule="auto"/>
        <w:ind w:left="720"/>
      </w:pPr>
      <w:r/>
      <w:hyperlink r:id="rId9">
        <w:r>
          <w:rPr>
            <w:color w:val="0000EE"/>
            <w:u w:val="single"/>
          </w:rPr>
          <w:t>https://www.queerty.com/big-festival-big-party-so-tired-mom-goes-viral-for-clocking-her-sons-hot-gay-summer-20260806/</w:t>
        </w:r>
      </w:hyperlink>
      <w:r>
        <w:t xml:space="preserve"> - Christian Perkins, a London-based lawyer, shared a video of his mother humorously reprimanding him for his active social life, which includes attending numerous parties and festivals. The video, featuring his mother's English accent, has garnered over 11,500 likes and hundreds of comments, highlighting the humorous and relatable nature of the interaction.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big-festival-big-party-so-tired-mom-goes-viral-for-clocking-her-sons-hot-gay-summer-20260806/" TargetMode="External"/><Relationship Id="rId10" Type="http://schemas.openxmlformats.org/officeDocument/2006/relationships/hyperlink" Target="https://www.queerty.com/a-mom-goes-viral-for-telling-homophobes-who-hate-on-her-sons-love-exactly-how-she-feels-20250410/" TargetMode="External"/><Relationship Id="rId11" Type="http://schemas.openxmlformats.org/officeDocument/2006/relationships/hyperlink" Target="https://www.queerty.com/see-mom-responds-son-says-cant-wait-get-wrecked-hot-64-guy-20191203/" TargetMode="External"/><Relationship Id="rId12" Type="http://schemas.openxmlformats.org/officeDocument/2006/relationships/hyperlink" Target="https://www.queerty.com/see-mom-responds-finds-poppers-sons-car-201912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