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Texas Summer Camps for LGBTQ+ Kids: Safe Spaces, Sunshine and Solidarity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when politics threatens safe childhoods , parents, kids and camp leaders flock to Colour Splash Out in north Texas, a summer refuge offering friendship, crafts and confidence for LGBTQ+ young people in a state where trans lives face daily scrutiny.</w:t>
      </w:r>
      <w:r/>
    </w:p>
    <w:p>
      <w:r/>
      <w:r>
        <w:t>Essential Takeaways</w:t>
      </w:r>
      <w:r/>
      <w:r/>
    </w:p>
    <w:p>
      <w:pPr>
        <w:pStyle w:val="ListBullet"/>
        <w:spacing w:line="240" w:lineRule="auto"/>
        <w:ind w:left="720"/>
      </w:pPr>
      <w:r/>
      <w:r>
        <w:rPr>
          <w:b/>
        </w:rPr>
        <w:t>Warm, affirming atmosphere:</w:t>
      </w:r>
      <w:r>
        <w:t xml:space="preserve"> Colour Splash Out offers comforting rituals, creative activities and steady supervision so campers feel seen and safe.</w:t>
      </w:r>
      <w:r/>
    </w:p>
    <w:p>
      <w:pPr>
        <w:pStyle w:val="ListBullet"/>
        <w:spacing w:line="240" w:lineRule="auto"/>
        <w:ind w:left="720"/>
      </w:pPr>
      <w:r/>
      <w:r>
        <w:rPr>
          <w:b/>
        </w:rPr>
        <w:t>Hands-on programming:</w:t>
      </w:r>
      <w:r>
        <w:t xml:space="preserve"> Crafts, house groups and team activities build friendships quickly and give kids a sense of belonging.</w:t>
      </w:r>
      <w:r/>
    </w:p>
    <w:p>
      <w:pPr>
        <w:pStyle w:val="ListBullet"/>
        <w:spacing w:line="240" w:lineRule="auto"/>
        <w:ind w:left="720"/>
      </w:pPr>
      <w:r/>
      <w:r>
        <w:rPr>
          <w:b/>
        </w:rPr>
        <w:t>Experienced staff:</w:t>
      </w:r>
      <w:r>
        <w:t xml:space="preserve"> House leaders, counsellors and volunteers often have lived experience or training in LGBTQ+ youth support.</w:t>
      </w:r>
      <w:r/>
    </w:p>
    <w:p>
      <w:pPr>
        <w:pStyle w:val="ListBullet"/>
        <w:spacing w:line="240" w:lineRule="auto"/>
        <w:ind w:left="720"/>
      </w:pPr>
      <w:r/>
      <w:r>
        <w:rPr>
          <w:b/>
        </w:rPr>
        <w:t>Practical safety measures:</w:t>
      </w:r>
      <w:r>
        <w:t xml:space="preserve"> Camps limit participant numbers, vet volunteers, and run clear safeguarding policies to protect privacy and well‑being.</w:t>
      </w:r>
      <w:r/>
    </w:p>
    <w:p>
      <w:pPr>
        <w:pStyle w:val="ListBullet"/>
        <w:spacing w:line="240" w:lineRule="auto"/>
        <w:ind w:left="720"/>
      </w:pPr>
      <w:r/>
      <w:r>
        <w:rPr>
          <w:b/>
        </w:rPr>
        <w:t>Accessible hubs across Texas:</w:t>
      </w:r>
      <w:r>
        <w:t xml:space="preserve"> Similar programmes, like Out Youth and Camp Haven, provide regional options with varied age ranges and formats.</w:t>
      </w:r>
      <w:r/>
      <w:r/>
    </w:p>
    <w:p>
      <w:pPr>
        <w:pStyle w:val="Heading2"/>
      </w:pPr>
      <w:r>
        <w:t>Why Colour Splash Out feels like home in a tense moment</w:t>
      </w:r>
      <w:r/>
    </w:p>
    <w:p>
      <w:r/>
      <w:r>
        <w:t>Colour Splash Out arrives as more than a week of fun; it’s a small, bright bulwark against a climate that’s increasingly hostile. Photographs show kids in glittery costumes and paint-splattered T-shirts, together in ways that look relaxed and joyful, a sensory contrast to headlines about legal battles and political attacks. According to reporting in the Guardian, parents and leaders say the camp’s rituals , from house cheers to late‑afternoon crafts , create a sturdy emotional backdrop that helps children unwind and be themselves. For families weighing whether to send their child, seeing that ease in action matters more than any promotional blurb.</w:t>
      </w:r>
      <w:r/>
    </w:p>
    <w:p>
      <w:pPr>
        <w:pStyle w:val="Heading2"/>
      </w:pPr>
      <w:r>
        <w:t>How the camp is organised , house systems, staff training and safety</w:t>
      </w:r>
      <w:r/>
    </w:p>
    <w:p>
      <w:r/>
      <w:r>
        <w:t>Colour Splash Out uses a house model and small group strategy so kids form quick, trusting bonds without feeling swamped. House leaders, often volunteers with direct community ties, supervise activities and act as go‑to adults for campers. Camp organisers emphasise vetting, background checks and safeguarding policies to protect attendees’ privacy and safety, and similar camps outline these steps on their websites. If you’re choosing a camp, ask about adult-to-child ratios, emergency procedures and how staff handle confidentiality , those answers tell you more than the activity list.</w:t>
      </w:r>
      <w:r/>
    </w:p>
    <w:p>
      <w:pPr>
        <w:pStyle w:val="Heading2"/>
      </w:pPr>
      <w:r>
        <w:t>Activities that matter: creativity, identity work and plain old play</w:t>
      </w:r>
      <w:r/>
    </w:p>
    <w:p>
      <w:r/>
      <w:r>
        <w:t>The programming blends glitter, arts and identity-affirming conversation with the usual camp staples , songs, outdoor games and evening gatherings. That mixture gives kids both playful distraction and language for who they are; parents report campers come home chattier, calmer and prouder. Camps like this often include options for different age groups and intentional spaces for younger children or those new to social transition. Practical tip: look for camps that publish sample schedules so you can see how much downtime, one-to-one support and reflective activities are built in.</w:t>
      </w:r>
      <w:r/>
    </w:p>
    <w:p>
      <w:pPr>
        <w:pStyle w:val="Heading2"/>
      </w:pPr>
      <w:r>
        <w:t>Community support beyond the week of camp</w:t>
      </w:r>
      <w:r/>
    </w:p>
    <w:p>
      <w:r/>
      <w:r>
        <w:t>For many families, summer camp is an entry point into a wider support network. Local LGBTQ+ youth organisations such as Out Youth run multiple programs year-round, and regional efforts like Camp Haven provide alternatives if travel is difficult. These groups often share resources, counselling referrals and family workshops, making it easier to stay connected once the sun sets on the final campfire. Parents told reporters that this continuity , from summer to school year , reduces isolation and helps children handle negative attention in their communities.</w:t>
      </w:r>
      <w:r/>
    </w:p>
    <w:p>
      <w:pPr>
        <w:pStyle w:val="Heading2"/>
      </w:pPr>
      <w:r>
        <w:t>Choosing a camp safely: practical questions to ask</w:t>
      </w:r>
      <w:r/>
    </w:p>
    <w:p>
      <w:r/>
      <w:r>
        <w:t>Don’t hesitate to be specific. Ask organisers how they handle pronouns, what name appears on official lists, whether photos will be taken, and how they manage media or social‑media consent. Check cancellation and refund policies if the political or local situation changes, and confirm transport and pick‑up security. If your child has particular needs, request a pre‑camp meeting with staff so everyone can plan together; inclusion works best when it’s intentional. Remember, a camp that welcomes questions is usually a camp that welcomes campers.</w:t>
      </w:r>
      <w:r/>
    </w:p>
    <w:p>
      <w:r/>
      <w:r>
        <w:t>It's a small shift to put pride and safety first at summer camp, and it can make a big difference to a young person learning to be themselves.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12">
        <w:r>
          <w:rPr>
            <w:color w:val="0000EE"/>
            <w:u w:val="single"/>
          </w:rPr>
          <w:t>[6]</w:t>
        </w:r>
      </w:hyperlink>
      <w:r>
        <w:t xml:space="preserve">, </w:t>
      </w:r>
      <w:hyperlink r:id="rId13">
        <w:r>
          <w:rPr>
            <w:color w:val="0000EE"/>
            <w:u w:val="single"/>
          </w:rPr>
          <w:t>[4]</w:t>
        </w:r>
      </w:hyperlink>
      <w:r>
        <w:t xml:space="preserve">- Paragraph 5: </w:t>
      </w:r>
      <w:hyperlink r:id="rId14">
        <w:r>
          <w:rPr>
            <w:color w:val="0000EE"/>
            <w:u w:val="single"/>
          </w:rPr>
          <w:t>[7]</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https://www.theguardian.com/us-news/gallery/2026/aug/04/texas-summer-camp-trans-kids-gallery</w:t>
        </w:r>
      </w:hyperlink>
      <w:r>
        <w:t xml:space="preserve"> - Please view link - unable to able to access data</w:t>
      </w:r>
      <w:r/>
    </w:p>
    <w:p>
      <w:pPr>
        <w:pStyle w:val="ListNumber"/>
        <w:spacing w:line="240" w:lineRule="auto"/>
        <w:ind w:left="720"/>
      </w:pPr>
      <w:r/>
      <w:hyperlink r:id="rId9">
        <w:r>
          <w:rPr>
            <w:color w:val="0000EE"/>
            <w:u w:val="single"/>
          </w:rPr>
          <w:t>https://www.theguardian.com/us-news/gallery/2026/aug/04/texas-summer-camp-trans-kids-gallery</w:t>
        </w:r>
      </w:hyperlink>
      <w:r>
        <w:t xml:space="preserve"> - An article from The Guardian featuring photographs from Color Splash Out, a summer camp in North Texas providing a safe space for LGBTQ+ youth. The camp offers activities like skits about Greek legends, paddleboarding, and reading banned books, fostering a supportive environment for campers to express themselves and build community.</w:t>
      </w:r>
      <w:r/>
    </w:p>
    <w:p>
      <w:pPr>
        <w:pStyle w:val="ListNumber"/>
        <w:spacing w:line="240" w:lineRule="auto"/>
        <w:ind w:left="720"/>
      </w:pPr>
      <w:r/>
      <w:hyperlink r:id="rId10">
        <w:r>
          <w:rPr>
            <w:color w:val="0000EE"/>
            <w:u w:val="single"/>
          </w:rPr>
          <w:t>https://www.sfchronicle.com/politics/article/texas-lgbtq-camp-19608004.php</w:t>
        </w:r>
      </w:hyperlink>
      <w:r>
        <w:t xml:space="preserve"> - A San Francisco Chronicle article detailing the experiences of campers at Color Splash Out, highlighting the camp's role as one of the few LGBTQ+ summer camps in Texas. The piece includes personal stories of campers finding acceptance and community in a state that has targeted and demonized trans people.</w:t>
      </w:r>
      <w:r/>
    </w:p>
    <w:p>
      <w:pPr>
        <w:pStyle w:val="ListNumber"/>
        <w:spacing w:line="240" w:lineRule="auto"/>
        <w:ind w:left="720"/>
      </w:pPr>
      <w:r/>
      <w:hyperlink r:id="rId13">
        <w:r>
          <w:rPr>
            <w:color w:val="0000EE"/>
            <w:u w:val="single"/>
          </w:rPr>
          <w:t>https://www.expressnews.com/news/article/texas-lgbtq-summer-camp-19773802.php</w:t>
        </w:r>
      </w:hyperlink>
      <w:r>
        <w:t xml:space="preserve"> - An Express-News article providing an in-depth look at Color Splash Out, a summer camp in North Texas for LGBTQ+ youth. The piece explores the camp's activities, such as skits about Greek legends and paddleboarding, and its significance as a safe space for campers in a state with restrictive policies towards the LGBTQ+ community.</w:t>
      </w:r>
      <w:r/>
    </w:p>
    <w:p>
      <w:pPr>
        <w:pStyle w:val="ListNumber"/>
        <w:spacing w:line="240" w:lineRule="auto"/>
        <w:ind w:left="720"/>
      </w:pPr>
      <w:r/>
      <w:hyperlink r:id="rId11">
        <w:r>
          <w:rPr>
            <w:color w:val="0000EE"/>
            <w:u w:val="single"/>
          </w:rPr>
          <w:t>https://www.camphaventexas.org/faqs</w:t>
        </w:r>
      </w:hyperlink>
      <w:r>
        <w:t xml:space="preserve"> - The FAQ page for Camp Haven, the first LGBTQ+ weeklong overnight summer camp in Texas. The camp offers traditional summer camp activities combined with group therapy for youth aged 12-17 who identify as part of the LGBTQIA+ community, providing a safe and inclusive environment for personal growth and community building.</w:t>
      </w:r>
      <w:r/>
    </w:p>
    <w:p>
      <w:pPr>
        <w:pStyle w:val="ListNumber"/>
        <w:spacing w:line="240" w:lineRule="auto"/>
        <w:ind w:left="720"/>
      </w:pPr>
      <w:r/>
      <w:hyperlink r:id="rId12">
        <w:r>
          <w:rPr>
            <w:color w:val="0000EE"/>
            <w:u w:val="single"/>
          </w:rPr>
          <w:t>https://www.outyouth.org/group-summer-camp</w:t>
        </w:r>
      </w:hyperlink>
      <w:r>
        <w:t xml:space="preserve"> - OutYouth's Group Summer Camp is a free, therapy-based group for LGBTQIA+ teens aged 11-17. The camp offers a safe and supportive space for youth to connect with peers, share experiences, and find community, running from June 29th to July 2nd, with parental consent and registration required.</w:t>
      </w:r>
      <w:r/>
    </w:p>
    <w:p>
      <w:pPr>
        <w:pStyle w:val="ListNumber"/>
        <w:spacing w:line="240" w:lineRule="auto"/>
        <w:ind w:left="720"/>
      </w:pPr>
      <w:r/>
      <w:hyperlink r:id="rId14">
        <w:r>
          <w:rPr>
            <w:color w:val="0000EE"/>
            <w:u w:val="single"/>
          </w:rPr>
          <w:t>https://www.faithuccnb.org/colorsplashsccgf042022/</w:t>
        </w:r>
      </w:hyperlink>
      <w:r>
        <w:t xml:space="preserve"> - An announcement from Faith UCC about the Color Splash @ Slumber Falls Camp, a four-day, LGBTQ+ focused summer camp experience. The camp promotes a safe and brave space for youth to deepen their faith in an open and affirming community, with programming including empowering workshops and opportunities in the arts.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us-news/gallery/2026/aug/04/texas-summer-camp-trans-kids-gallery" TargetMode="External"/><Relationship Id="rId10" Type="http://schemas.openxmlformats.org/officeDocument/2006/relationships/hyperlink" Target="https://www.sfchronicle.com/politics/article/texas-lgbtq-camp-19608004.php" TargetMode="External"/><Relationship Id="rId11" Type="http://schemas.openxmlformats.org/officeDocument/2006/relationships/hyperlink" Target="https://www.camphaventexas.org/faqs" TargetMode="External"/><Relationship Id="rId12" Type="http://schemas.openxmlformats.org/officeDocument/2006/relationships/hyperlink" Target="https://www.outyouth.org/group-summer-camp" TargetMode="External"/><Relationship Id="rId13" Type="http://schemas.openxmlformats.org/officeDocument/2006/relationships/hyperlink" Target="https://www.expressnews.com/news/article/texas-lgbtq-summer-camp-19773802.php" TargetMode="External"/><Relationship Id="rId14" Type="http://schemas.openxmlformats.org/officeDocument/2006/relationships/hyperlink" Target="https://www.faithuccnb.org/colorsplashsccgf04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