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Surprise Moments from Lollapalooza 2026: How a Last-Minute Lesbian Mud Wrestling Match Stole the Show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aren’t the only ones finding surprises this summer , festivalgoers flocked to a spontaneous lesbian mud-wrestling match at Lollapalooza that turned rain and muck into a joyful, viral moment of queer community and togetherness, showing why candid, grassroots events still matter at big-name festivals.</w:t>
      </w:r>
      <w:r/>
    </w:p>
    <w:p>
      <w:r/>
      <w:r>
        <w:t>Essential Takeaways</w:t>
      </w:r>
      <w:r/>
      <w:r/>
    </w:p>
    <w:p>
      <w:pPr>
        <w:pStyle w:val="ListBullet"/>
        <w:spacing w:line="240" w:lineRule="auto"/>
        <w:ind w:left="720"/>
      </w:pPr>
      <w:r/>
      <w:r>
        <w:rPr>
          <w:b/>
        </w:rPr>
        <w:t>Spontaneous joy:</w:t>
      </w:r>
      <w:r>
        <w:t xml:space="preserve"> A last-minute event called "Scissor Slam 2K26" drew hundreds on Lollapalooza’s rain-soaked grounds and quickly went viral online.</w:t>
      </w:r>
      <w:r/>
    </w:p>
    <w:p>
      <w:pPr>
        <w:pStyle w:val="ListBullet"/>
        <w:spacing w:line="240" w:lineRule="auto"/>
        <w:ind w:left="720"/>
      </w:pPr>
      <w:r/>
      <w:r>
        <w:rPr>
          <w:b/>
        </w:rPr>
        <w:t>Community-first vibe:</w:t>
      </w:r>
      <w:r>
        <w:t xml:space="preserve"> The organiser, Lindsay Perrin, described the stunt as community building, with participants hugging, kissing, and cheering in a carefree, celebratory atmosphere.</w:t>
      </w:r>
      <w:r/>
    </w:p>
    <w:p>
      <w:pPr>
        <w:pStyle w:val="ListBullet"/>
        <w:spacing w:line="240" w:lineRule="auto"/>
        <w:ind w:left="720"/>
      </w:pPr>
      <w:r/>
      <w:r>
        <w:rPr>
          <w:b/>
        </w:rPr>
        <w:t>Broad appeal:</w:t>
      </w:r>
      <w:r>
        <w:t xml:space="preserve"> The crowd included queer people and allies alike; some festivalgoers even jumped into the mud to join the fun.</w:t>
      </w:r>
      <w:r/>
    </w:p>
    <w:p>
      <w:pPr>
        <w:pStyle w:val="ListBullet"/>
        <w:spacing w:line="240" w:lineRule="auto"/>
        <w:ind w:left="720"/>
      </w:pPr>
      <w:r/>
      <w:r>
        <w:rPr>
          <w:b/>
        </w:rPr>
        <w:t>Viral reach:</w:t>
      </w:r>
      <w:r>
        <w:t xml:space="preserve"> Perrin’s Instagram post amassed six-figure views almost instantly, illustrating how grassroots moments can eclipse programmed attractions.</w:t>
      </w:r>
      <w:r/>
    </w:p>
    <w:p>
      <w:pPr>
        <w:pStyle w:val="ListBullet"/>
        <w:spacing w:line="240" w:lineRule="auto"/>
        <w:ind w:left="720"/>
      </w:pPr>
      <w:r/>
      <w:r>
        <w:rPr>
          <w:b/>
        </w:rPr>
        <w:t>Context matters:</w:t>
      </w:r>
      <w:r>
        <w:t xml:space="preserve"> The stunt arrived amid wider conversations about queer rights and representation in 2026, offering a light-hearted counterpoint to heavier headlines.</w:t>
      </w:r>
      <w:r/>
      <w:r/>
    </w:p>
    <w:p>
      <w:pPr>
        <w:pStyle w:val="Heading2"/>
      </w:pPr>
      <w:r>
        <w:t>A dirty little moment that felt like sunshine</w:t>
      </w:r>
      <w:r/>
    </w:p>
    <w:p>
      <w:r/>
      <w:r>
        <w:t>Rain had flattened the festival grounds and mud pooled between stages, but what could have felt miserable instead became playful and loud. According to social posts and interviews, people laughed, cheered and got unavoidably messy as the match kicked off. It’s a small sensory image , wet hair, squelchy boots, the smell of earth , but one that was as visible on phones as it was on the grass.</w:t>
      </w:r>
      <w:r/>
    </w:p>
    <w:p>
      <w:r/>
      <w:r>
        <w:t>The event grew from a single post into a crowd in minutes, showing how a tiny idea can capture attention in a festival setting. Organisers and participants told outlets that it wasn’t meant to be a spectacle so much as a moment of connection. For many, that meant relief and raucous fun after long months of fraught headlines about queer rights.</w:t>
      </w:r>
      <w:r/>
    </w:p>
    <w:p>
      <w:pPr>
        <w:pStyle w:val="Heading2"/>
      </w:pPr>
      <w:r>
        <w:t>How a last-minute idea turned into a crowd magnet</w:t>
      </w:r>
      <w:r/>
    </w:p>
    <w:p>
      <w:r/>
      <w:r>
        <w:t>Lindsay Perrin, who organised the match, said she posted impulsively and expected maybe a handful of curious onlookers. Instead, social media pushed the post into a much wider orbit and people arrived in droves. Perrin explained that community-building is a driving passion for her and that seeing hundreds of people show up felt like hitting a tender, communal nerve.</w:t>
      </w:r>
      <w:r/>
    </w:p>
    <w:p>
      <w:r/>
      <w:r>
        <w:t>These kinds of pop-up happenings thrive at large festivals because bodies are already gathered, schedules are fluid and people are primed to discover the unexpected. If you’re planning something similar, keep it simple, publicise clearly on-site and respect safety and consent , the best moments are the ones everyone leaves smiling.</w:t>
      </w:r>
      <w:r/>
    </w:p>
    <w:p>
      <w:pPr>
        <w:pStyle w:val="Heading2"/>
      </w:pPr>
      <w:r>
        <w:t>Why this mattered beyond the mud</w:t>
      </w:r>
      <w:r/>
    </w:p>
    <w:p>
      <w:r/>
      <w:r>
        <w:t>The match has a sharper edge than its playful surface. In 2026, conversations about LGBTQ+ rights and visibility remain intense, and public acts of queer joy are political even when they’re just about fun. Perrin framed the mud match as an antidote to heaviness, a reminder that community and joy are also forms of resilience.</w:t>
      </w:r>
      <w:r/>
    </w:p>
    <w:p>
      <w:r/>
      <w:r>
        <w:t>Festival culture itself is shifting: attendees now expect both headline acts and spontaneous culture-making. This moment underlines how grassroots expression can complement big-name lineups, creating memories that feel genuinely owned by the crowd rather than the promoter.</w:t>
      </w:r>
      <w:r/>
    </w:p>
    <w:p>
      <w:pPr>
        <w:pStyle w:val="Heading2"/>
      </w:pPr>
      <w:r>
        <w:t>What festival organisers and fans can learn</w:t>
      </w:r>
      <w:r/>
    </w:p>
    <w:p>
      <w:r/>
      <w:r>
        <w:t>Promoters should take note: space and permission for pop-ups can add richness to an event calendar. According to festival schedules and industry chatter, fans prize authenticity and surprise almost as much as polished performances. For attendees, the lesson is simple , stay open to the unexpected, bring a spare pair of shoes, and consider consent before filming intimate or physical moments.</w:t>
      </w:r>
      <w:r/>
    </w:p>
    <w:p>
      <w:r/>
      <w:r>
        <w:t>If you want to recreate the vibe responsibly, set clear boundaries, keep first aid nearby, and check with organisers about liability and crowd control. Joy is best when it’s shared, safe and consensual.</w:t>
      </w:r>
      <w:r/>
    </w:p>
    <w:p>
      <w:pPr>
        <w:pStyle w:val="Heading2"/>
      </w:pPr>
      <w:r>
        <w:t>Looking forward: will Scissor Slam be back next year?</w:t>
      </w:r>
      <w:r/>
    </w:p>
    <w:p>
      <w:r/>
      <w:r>
        <w:t>There’s already chatter , both online and in the crowd , about making this an annual festival moment. Whether it becomes a planned part of future lineups or stays a glorious one-off likely depends on organisers, permitting and the community’s appetite for repeat performances.</w:t>
      </w:r>
      <w:r/>
    </w:p>
    <w:p>
      <w:r/>
      <w:r>
        <w:t>For now, the mud match stands as a reminder that festivals still belong to the people who show up, improvise and choose play. It’s messy, loud and human , and for a few minutes, that was exactly what everyone needed.</w:t>
      </w:r>
      <w:r/>
    </w:p>
    <w:p>
      <w:r/>
      <w:r>
        <w:t>It's a small change that can make every festival feel more like your own backyard party.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1">
        <w:r>
          <w:rPr>
            <w:color w:val="0000EE"/>
            <w:u w:val="single"/>
          </w:rPr>
          <w:t>[6]</w:t>
        </w:r>
      </w:hyperlink>
      <w:r>
        <w:t xml:space="preserve">- Paragraph 4: </w:t>
      </w:r>
      <w:hyperlink r:id="rId9">
        <w:r>
          <w:rPr>
            <w:color w:val="0000EE"/>
            <w:u w:val="single"/>
          </w:rPr>
          <w:t>[2]</w:t>
        </w:r>
      </w:hyperlink>
      <w:r>
        <w:t xml:space="preserve">, </w:t>
      </w:r>
      <w:hyperlink r:id="rId12">
        <w:r>
          <w:rPr>
            <w:color w:val="0000EE"/>
            <w:u w:val="single"/>
          </w:rPr>
          <w:t>[7]</w:t>
        </w:r>
      </w:hyperlink>
      <w:r>
        <w:t xml:space="preserve">- Paragraph 5: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https://www.thepinknews.com/2026/08/06/lesbian-mud-wrestling-becomes-unexpected-highlight-of-lollapalooza-as-hundreds-show-up/</w:t>
        </w:r>
      </w:hyperlink>
      <w:r>
        <w:t xml:space="preserve"> - Please view link - unable to able to access data</w:t>
      </w:r>
      <w:r/>
    </w:p>
    <w:p>
      <w:pPr>
        <w:pStyle w:val="ListNumber"/>
        <w:spacing w:line="240" w:lineRule="auto"/>
        <w:ind w:left="720"/>
      </w:pPr>
      <w:r/>
      <w:hyperlink r:id="rId9">
        <w:r>
          <w:rPr>
            <w:color w:val="0000EE"/>
            <w:u w:val="single"/>
          </w:rPr>
          <w:t>https://www.thepinknews.com/2026/08/06/lesbian-mud-wrestling-becomes-unexpected-highlight-of-lollapalooza-as-hundreds-show-up/</w:t>
        </w:r>
      </w:hyperlink>
      <w:r>
        <w:t xml:space="preserve"> - At the 2026 Lollapalooza festival, Lindsay Perrin's impromptu 'lesbian mud wrestling' event became a surprise highlight. Perrin, a 38-year-old lesbian, saw an opportunity for fun on the festival's rain-soaked grounds. The creator of 'Scissor Slam 2K26', a lesbian mud-wrestling contest, explained how a silly idea became an emblem of sapphic joy. 'Community building is one of the biggest passions in my life,' Perrin told the outlet. 'I came out later in life, so I know what it feels like to spend years wishing you had a community that understood you. Once I found mine, I wanted to help create that feeling for other people.' When Perrin's original post went viral on Instagram, with over 100,000 views, it was clear this event was turning heads. 'We went from zero to 200 people in about 30 seconds.' 'I had absolutely no idea how many people would actually show up, let alone how many would want to participate.' Perrin added: 'I would have been happy with 10 people. I was elated when hundreds showed up. I started making announcements and looking for our first participants. A girl named Eve quickly stepped forward and said she'd do it. Then another girl named Sarah volunteered, and suddenly we had our first match. I'm telling you, it felt like we went from zero to 200 people in about 30 seconds.' What occurred was lesbians rolling around in the mud, hugging and even making out as a crowd cheered them on. 'I need a romance novel about this STAT,' one commenter on the post wrote. Another added: 'same time next year?' For Perrin, the unique event is symbolic of the importance of queer spaces and queer joy. 'It's not always easy being a queer person in 2026,' she said. 'There is so much heaviness surrounding the LGBTQ+ community right now. So many of the headlines are about legislation, our rights, conflict or people debating whether we should even be allowed to exist as ourselves. Those conversations matter. But so does joy. It wasn't only queer people. Yes, the girls, gays and theys showed up, but straight people showed up too. For those 30 minutes, nobody needed to make it deeper than that. People were laughing. They were cheering for strangers. They were getting dirty. Some of them jumped into the mud themselves. Everyone was just having a good time together.'</w:t>
      </w:r>
      <w:r/>
    </w:p>
    <w:p>
      <w:pPr>
        <w:pStyle w:val="ListNumber"/>
        <w:spacing w:line="240" w:lineRule="auto"/>
        <w:ind w:left="720"/>
      </w:pPr>
      <w:r/>
      <w:hyperlink r:id="rId10">
        <w:r>
          <w:rPr>
            <w:color w:val="0000EE"/>
            <w:u w:val="single"/>
          </w:rPr>
          <w:t>https://www.choosechicago.com/event/lollapalooza-2026/2026-07-30/</w:t>
        </w:r>
      </w:hyperlink>
      <w:r>
        <w:t xml:space="preserve"> - Lollapalooza 2026 is returning to Chicago's historic Grant Park from Thursday, July 30 through Sunday, August 2, 2026, featuring over 170 incredible musical acts across eight massive stages. For the first time in festival history, the premier top billing slots are held entirely by female artists, alongside a massive genre-defying undercard of global superstars. The official Lollapalooza 2026 daily lineup includes headliners Lorde and John Summit on Thursday, July 30; Charli XCX and The Smashing Pumpkins on Friday, July 31; and more. The festival offers a diverse range of performances, ensuring an unforgettable experience for attendees.</w:t>
      </w:r>
      <w:r/>
    </w:p>
    <w:p>
      <w:pPr>
        <w:pStyle w:val="ListNumber"/>
        <w:spacing w:line="240" w:lineRule="auto"/>
        <w:ind w:left="720"/>
      </w:pPr>
      <w:r/>
      <w:hyperlink r:id="rId13">
        <w:r>
          <w:rPr>
            <w:color w:val="0000EE"/>
            <w:u w:val="single"/>
          </w:rPr>
          <w:t>https://www.lollapalooza.com/schedule</w:t>
        </w:r>
      </w:hyperlink>
      <w:r>
        <w:t xml:space="preserve"> - The 2026 Lollapalooza schedule is available on the official website, providing detailed information about the festival's lineup, set times, and stages. Attendees can plan their visit by reviewing the schedule, which includes performances from various artists across multiple days. The schedule is regularly updated to reflect any changes or additions to the lineup, ensuring that festival-goers have the most current information for their experience.</w:t>
      </w:r>
      <w:r/>
    </w:p>
    <w:p>
      <w:pPr>
        <w:pStyle w:val="ListNumber"/>
        <w:spacing w:line="240" w:lineRule="auto"/>
        <w:ind w:left="720"/>
      </w:pPr>
      <w:r/>
      <w:hyperlink r:id="rId14">
        <w:r>
          <w:rPr>
            <w:color w:val="0000EE"/>
            <w:u w:val="single"/>
          </w:rPr>
          <w:t>https://www.lollapalooza.com/lineup</w:t>
        </w:r>
      </w:hyperlink>
      <w:r>
        <w:t xml:space="preserve"> - The official Lollapalooza 2026 lineup features a diverse array of artists across multiple genres. Headliners include Charli XCX, Lorde, The Smashing Pumpkins, and The xx, with performances from artists such as Olivia Dean, Tate McRae, John Summit, and JENNIE. The lineup also includes Geese, Oklou, Turnstile, Fakemink, Water From Your Eyes, Little Simz, Jim Legxacy, Zara Larsson, Clipse, Ethel Cain, Beabadoobee, Mustard, MUNA, Blood Orange, Wet Leg, Boys Noize, Ninajirachi, Wolf Alice, Lucy Bedroque, Quadeca, horsegiirL, Freddie Gibbs, Sombr, and Lil Uzi Vert. This eclectic mix ensures a dynamic and engaging experience for festival attendees.</w:t>
      </w:r>
      <w:r/>
    </w:p>
    <w:p>
      <w:pPr>
        <w:pStyle w:val="ListNumber"/>
        <w:spacing w:line="240" w:lineRule="auto"/>
        <w:ind w:left="720"/>
      </w:pPr>
      <w:r/>
      <w:hyperlink r:id="rId11">
        <w:r>
          <w:rPr>
            <w:color w:val="0000EE"/>
            <w:u w:val="single"/>
          </w:rPr>
          <w:t>https://www.festivalmates.com/festivals/lollapalooza-2026</w:t>
        </w:r>
      </w:hyperlink>
      <w:r>
        <w:t xml:space="preserve"> - FestivalMates provides detailed information about Lollapalooza 2026, including dates, location, capacity, and lineup. The festival is scheduled to take place from July 30 to August 2, 2026, in Chicago, United States, with an expected capacity of 400,000 attendees. The confirmed lineup features 30 artists, including 5 Seconds of Summer, Aespa, beabadoobee, Blood Orange, Cage The Elephant, and more. FestivalMates offers tools for attendees to plan their visit, such as lineup matching, set planning, and squad finding, enhancing the festival experience.</w:t>
      </w:r>
      <w:r/>
    </w:p>
    <w:p>
      <w:pPr>
        <w:pStyle w:val="ListNumber"/>
        <w:spacing w:line="240" w:lineRule="auto"/>
        <w:ind w:left="720"/>
      </w:pPr>
      <w:r/>
      <w:hyperlink r:id="rId12">
        <w:r>
          <w:rPr>
            <w:color w:val="0000EE"/>
            <w:u w:val="single"/>
          </w:rPr>
          <w:t>https://www.al.com/live-entertainment/2026/03/the-2026-lollapalooza-lineup-just-dropped-everything-to-know-about-dates-headliners-tickets-and-more.html</w:t>
        </w:r>
      </w:hyperlink>
      <w:r>
        <w:t xml:space="preserve"> - Lollapalooza 2026 is set to return to Grant Park in Chicago, Illinois, from July 30 to August 2, featuring a diverse lineup of artists across various genres. The official lineup includes headliners Charli XCX, Tate McRae, Lorde, Olivia Dean, John Summit, Jennie, The Smashing Pumpkins, and The xx. The festival offers a range of performances, ensuring an exciting experience for attendees. For more information on tickets and the full lineup, visit the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06/lesbian-mud-wrestling-becomes-unexpected-highlight-of-lollapalooza-as-hundreds-show-up/" TargetMode="External"/><Relationship Id="rId10" Type="http://schemas.openxmlformats.org/officeDocument/2006/relationships/hyperlink" Target="https://www.choosechicago.com/event/lollapalooza-2026/2026-07-30/" TargetMode="External"/><Relationship Id="rId11" Type="http://schemas.openxmlformats.org/officeDocument/2006/relationships/hyperlink" Target="https://www.festivalmates.com/festivals/lollapalooza-2026" TargetMode="External"/><Relationship Id="rId12" Type="http://schemas.openxmlformats.org/officeDocument/2006/relationships/hyperlink" Target="https://www.al.com/live-entertainment/2026/03/the-2026-lollapalooza-lineup-just-dropped-everything-to-know-about-dates-headliners-tickets-and-more.html" TargetMode="External"/><Relationship Id="rId13" Type="http://schemas.openxmlformats.org/officeDocument/2006/relationships/hyperlink" Target="https://www.lollapalooza.com/schedule" TargetMode="External"/><Relationship Id="rId14" Type="http://schemas.openxmlformats.org/officeDocument/2006/relationships/hyperlink" Target="https://www.lollapalooza.com/line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