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Stories of Belonging at Reykjavík Pride: Why The Nest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are flocking to Reykjavík this Pride season to hear real lives spoken aloud; The Nest: Stories of Belonging at Reykjavík City Library gives visitors intimate, audio-led portraits of Iceland’s LGBTQIA+ community , personal, free, and quietly powerful in a city known for welcoming diversity.</w:t>
      </w:r>
      <w:r/>
    </w:p>
    <w:p>
      <w:r/>
      <w:r>
        <w:t>Essential Takeaways</w:t>
      </w:r>
      <w:r/>
      <w:r/>
    </w:p>
    <w:p>
      <w:pPr>
        <w:pStyle w:val="ListBullet"/>
        <w:spacing w:line="240" w:lineRule="auto"/>
        <w:ind w:left="720"/>
      </w:pPr>
      <w:r/>
      <w:r>
        <w:rPr>
          <w:b/>
        </w:rPr>
        <w:t>What it is:</w:t>
      </w:r>
      <w:r>
        <w:t xml:space="preserve"> The Nest is an audio-and-object exhibition at Reykjavík City Library that shares first‑person stories from Iceland’s LGBTQIA+ community.</w:t>
      </w:r>
      <w:r/>
    </w:p>
    <w:p>
      <w:pPr>
        <w:pStyle w:val="ListBullet"/>
        <w:spacing w:line="240" w:lineRule="auto"/>
        <w:ind w:left="720"/>
      </w:pPr>
      <w:r/>
      <w:r>
        <w:rPr>
          <w:b/>
        </w:rPr>
        <w:t>Standout story:</w:t>
      </w:r>
      <w:r>
        <w:t xml:space="preserve"> Nas, a 27‑year‑old non‑binary immigrant from Greece, presents a wall of mementos and a poem that anchor their sense of home and resilience.</w:t>
      </w:r>
      <w:r/>
    </w:p>
    <w:p>
      <w:pPr>
        <w:pStyle w:val="ListBullet"/>
        <w:spacing w:line="240" w:lineRule="auto"/>
        <w:ind w:left="720"/>
      </w:pPr>
      <w:r/>
      <w:r>
        <w:rPr>
          <w:b/>
        </w:rPr>
        <w:t>Practical details:</w:t>
      </w:r>
      <w:r>
        <w:t xml:space="preserve"> The exhibition runs during Reykjavík Pride (4–9 August), is free, and takes place in the library’s Grófin space , easy to drop into while enjoying Pride events.</w:t>
      </w:r>
      <w:r/>
    </w:p>
    <w:p>
      <w:pPr>
        <w:pStyle w:val="ListBullet"/>
        <w:spacing w:line="240" w:lineRule="auto"/>
        <w:ind w:left="720"/>
      </w:pPr>
      <w:r/>
      <w:r>
        <w:rPr>
          <w:b/>
        </w:rPr>
        <w:t>Feeling conveyed:</w:t>
      </w:r>
      <w:r>
        <w:t xml:space="preserve"> The installations aim to create empathy through lived experience , stories that feel warm, honest, and often quietly hopeful.</w:t>
      </w:r>
      <w:r/>
      <w:r/>
    </w:p>
    <w:p>
      <w:pPr>
        <w:pStyle w:val="Heading2"/>
      </w:pPr>
      <w:r>
        <w:t>A small library installation that feels surprisingly big</w:t>
      </w:r>
      <w:r/>
    </w:p>
    <w:p>
      <w:r/>
      <w:r>
        <w:t>The strongest thing about The Nest is how small, everyday objects suddenly carry the weight of a life. You stand close, you listen to someone’s recorded voice, and a scrap of paper or a photo becomes a doorway into a history that’s both particular and universal. According to GayIceland, Nas’s piece centres on a poem and a wall of mementos that act like a tactile memory bank, connecting their life in Greece to a new life in Reykjavík. For museum‑goers used to grand statements, this modest scale is disarmingly intimate. If you’re visiting, give yourself time to absorb the voice recordings; they’re the installation’s heart.</w:t>
      </w:r>
      <w:r/>
    </w:p>
    <w:p>
      <w:pPr>
        <w:pStyle w:val="Heading2"/>
      </w:pPr>
      <w:r>
        <w:t>Why Nas’s story matters , immigration, transition, and the need to age in community</w:t>
      </w:r>
      <w:r/>
    </w:p>
    <w:p>
      <w:r/>
      <w:r>
        <w:t>Nas moved from Greece to Iceland seeking gender‑affirming care and a life where they didn’t have to “make themselves smaller.” Their hope , to see trans people grow old together in community houses , reads as both a personal wish and a broader social ask: that LGBT people should be able to age with dignity and companionship. This ties into wider themes of Reykjavík Pride, where organisers have emphasised joy, visibility and community gathering. For anyone trying to understand why stories like Nas’s resonate, think of it as a reminder that belonging isn’t just about safety now, it’s about being able to imagine a future.</w:t>
      </w:r>
      <w:r/>
    </w:p>
    <w:p>
      <w:pPr>
        <w:pStyle w:val="Heading2"/>
      </w:pPr>
      <w:r>
        <w:t>Stories over statistics: the soft power of personal testimony</w:t>
      </w:r>
      <w:r/>
    </w:p>
    <w:p>
      <w:r/>
      <w:r>
        <w:t>Facts and figures explain scope; stories change the way you feel about the people behind those numbers. GayIceland’s interview with Nas underlines exactly this: narratives invite empathy and help strangers imagine another life for a few minutes. Reykjavík’s Pride week mixes celebration , the rainbow run and Pride walk draw crowds across the city , with spaces for quieter reflection like The Nest. If you’re sceptical about the impact of storytelling, try it in reverse: listen to one piece and then look at the headlines about policy or rights. You’ll likely remember the voice long after the press release fades.</w:t>
      </w:r>
      <w:r/>
    </w:p>
    <w:p>
      <w:pPr>
        <w:pStyle w:val="Heading2"/>
      </w:pPr>
      <w:r>
        <w:t>How The Nest fits into Reykjavík’s Pride programme</w:t>
      </w:r>
      <w:r/>
    </w:p>
    <w:p>
      <w:r/>
      <w:r>
        <w:t>Reykjavík Pride has grown into a multi‑day programme that blends spectacle with community projects; the city promotes inclusion as part of its identity. VisitReykjavik materials and local listings show how events spread across the city during Pride week, from parties and parades to family activities and art. The Nest slots neatly into this spectrum: it’s not a parade float, but it’s civic, public, and intentionally accessible. Plan to pop in between larger events , the library location makes it a good pause point amid the Pride bustle.</w:t>
      </w:r>
      <w:r/>
    </w:p>
    <w:p>
      <w:pPr>
        <w:pStyle w:val="Heading2"/>
      </w:pPr>
      <w:r>
        <w:t>Practical tips for visiting and what to expect</w:t>
      </w:r>
      <w:r/>
    </w:p>
    <w:p>
      <w:r/>
      <w:r>
        <w:t>Give yourself 20–30 minutes to experience one or two installations properly; audio pieces reward patience. The exhibition is free during the library’s opening hours, so slot it into a quieter morning or a cool afternoon when you’re sightseeing. If you’re travelling for Pride, combine a visit to Grófin with a walk along the city’s compact streets , Reykjavík is easy to navigate on foot. And if a story touches you, consider leaving a brief note of thanks where permitted; these projects are built on people’s generosity and vulnerability.</w:t>
      </w:r>
      <w:r/>
    </w:p>
    <w:p>
      <w:r/>
      <w:r>
        <w:t>It’s a small change that can make every story feel a little closer.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[3]</w:t>
        </w:r>
      </w:hyperlink>
      <w:r>
        <w:t xml:space="preserve">- Paragraph 5: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https://gayiceland.is/2026/finding-belonging-nas-on-home-community-and-sharing-their-story/</w:t>
        </w:r>
      </w:hyperlink>
      <w:r>
        <w:t xml:space="preserve"> - Please view link - unable to able to access data</w:t>
      </w:r>
      <w:r/>
    </w:p>
    <w:p>
      <w:pPr>
        <w:pStyle w:val="ListNumber"/>
        <w:spacing w:line="240" w:lineRule="auto"/>
        <w:ind w:left="720"/>
      </w:pPr>
      <w:r/>
      <w:hyperlink r:id="rId10">
        <w:r>
          <w:rPr>
            <w:color w:val="0000EE"/>
            <w:u w:val="single"/>
          </w:rPr>
          <w:t>https://reykjavik.is/en/news/2026/joy-and-celebration-pride-walk-and-rainbow-run</w:t>
        </w:r>
      </w:hyperlink>
      <w:r>
        <w:t xml:space="preserve"> - On May 15, 2026, Reykjavík celebrated diversity with a vibrant Pride walk and rainbow run. Hundreds of children from local schools participated, marching through the Laugarnes neighborhood to Þróttarvöllur in Laugardalur. The event featured performances, including a violin rendition of 'Fairytale' by a student from Laugarlækjaskóli, and a lively concert by Páll Óskar, emphasizing the community's commitment to inclusivity and joy. (</w:t>
      </w:r>
      <w:hyperlink r:id="rId16">
        <w:r>
          <w:rPr>
            <w:color w:val="0000EE"/>
            <w:u w:val="single"/>
          </w:rPr>
          <w:t>reykjavik.is</w:t>
        </w:r>
      </w:hyperlink>
      <w:r>
        <w:t>)</w:t>
      </w:r>
      <w:r/>
    </w:p>
    <w:p>
      <w:pPr>
        <w:pStyle w:val="ListNumber"/>
        <w:spacing w:line="240" w:lineRule="auto"/>
        <w:ind w:left="720"/>
      </w:pPr>
      <w:r/>
      <w:hyperlink r:id="rId15">
        <w:r>
          <w:rPr>
            <w:color w:val="0000EE"/>
            <w:u w:val="single"/>
          </w:rPr>
          <w:t>https://www.elchatgay.net/eventos/reykjavik-pride-2026</w:t>
        </w:r>
      </w:hyperlink>
      <w:r>
        <w:t xml:space="preserve"> - Reykjavík Pride 2026, known as Hinsegin Dagar, is scheduled from August 1 to 9, 2026. This annual event has grown significantly since its inception in 1999, with the 2024 parade attracting over 100,000 attendees, representing more than 25% of Iceland's population. The festivities include cultural activities such as university talks, queer film screenings at Bio Paradis cinema, drag shows at Gaukurinn, and concerts at Kex Hostel. The main parade will take place on Saturday, August 8, starting at 14:00 from Hlemmur, proceeding down Laugavegur, and concluding with a stage performance at Arnarhóll, in front of the Harpa concert hall. (</w:t>
      </w:r>
      <w:hyperlink r:id="rId17">
        <w:r>
          <w:rPr>
            <w:color w:val="0000EE"/>
            <w:u w:val="single"/>
          </w:rPr>
          <w:t>elchatgay.net</w:t>
        </w:r>
      </w:hyperlink>
      <w:r>
        <w:t>)</w:t>
      </w:r>
      <w:r/>
    </w:p>
    <w:p>
      <w:pPr>
        <w:pStyle w:val="ListNumber"/>
        <w:spacing w:line="240" w:lineRule="auto"/>
        <w:ind w:left="720"/>
      </w:pPr>
      <w:r/>
      <w:hyperlink r:id="rId14">
        <w:r>
          <w:rPr>
            <w:color w:val="0000EE"/>
            <w:u w:val="single"/>
          </w:rPr>
          <w:t>https://www.visitreykjavik.is/respecting-diversity-lgbtqia-reykjavik</w:t>
        </w:r>
      </w:hyperlink>
      <w:r>
        <w:t xml:space="preserve"> - Reykjavík is renowned for its vibrant LGBTQIA+ community and hosts the annual Reykjavík Pride festival every August since 1999. The event features a grand parade through the city centre, followed by an outdoor concert attended by over 100,000 people, including locals and international visitors, all showing solidarity with the LGBTQIA+ cause. (</w:t>
      </w:r>
      <w:hyperlink r:id="rId18">
        <w:r>
          <w:rPr>
            <w:color w:val="0000EE"/>
            <w:u w:val="single"/>
          </w:rPr>
          <w:t>visitreykjavik.is</w:t>
        </w:r>
      </w:hyperlink>
      <w:r>
        <w:t>)</w:t>
      </w:r>
      <w:r/>
    </w:p>
    <w:p>
      <w:pPr>
        <w:pStyle w:val="ListNumber"/>
        <w:spacing w:line="240" w:lineRule="auto"/>
        <w:ind w:left="720"/>
      </w:pPr>
      <w:r/>
      <w:hyperlink r:id="rId13">
        <w:r>
          <w:rPr>
            <w:color w:val="0000EE"/>
            <w:u w:val="single"/>
          </w:rPr>
          <w:t>https://www.gay-prides.com/europe/reykjavik-pride.html</w:t>
        </w:r>
      </w:hyperlink>
      <w:r>
        <w:t xml:space="preserve"> - Reykjavík Pride 2026 is set for Saturday, August 8, 2026. The festival is a cornerstone of Iceland's LGBTQ+ scene, transforming the capital into a vibrant celebration of colour, music, and community. The main Pride parade is a spectacular highlight, followed by free outdoor concerts, parties, and community events, making it one of the world's most spirited small-town Prides. (</w:t>
      </w:r>
      <w:hyperlink r:id="rId19">
        <w:r>
          <w:rPr>
            <w:color w:val="0000EE"/>
            <w:u w:val="single"/>
          </w:rPr>
          <w:t>gay-prides.com</w:t>
        </w:r>
      </w:hyperlink>
      <w:r>
        <w:t>)</w:t>
      </w:r>
      <w:r/>
    </w:p>
    <w:p>
      <w:pPr>
        <w:pStyle w:val="ListNumber"/>
        <w:spacing w:line="240" w:lineRule="auto"/>
        <w:ind w:left="720"/>
      </w:pPr>
      <w:r/>
      <w:hyperlink r:id="rId11">
        <w:r>
          <w:rPr>
            <w:color w:val="0000EE"/>
            <w:u w:val="single"/>
          </w:rPr>
          <w:t>https://www.inspiredbyiceland.com/stories/reykjavik-pride</w:t>
        </w:r>
      </w:hyperlink>
      <w:r>
        <w:t xml:space="preserve"> - Reykjavík Pride, known locally as Hinsegin dagar, is Iceland's largest annual event, drawing over 100,000 attendees each August. The festival includes a week of concerts, parties, and community gatherings across the city. Iceland legalized same-sex marriage in June 2010 and consistently ranks among the top countries for LGBTQ+ equality worldwide. (</w:t>
      </w:r>
      <w:hyperlink r:id="rId20">
        <w:r>
          <w:rPr>
            <w:color w:val="0000EE"/>
            <w:u w:val="single"/>
          </w:rPr>
          <w:t>inspiredbyiceland.com</w:t>
        </w:r>
      </w:hyperlink>
      <w:r>
        <w:t>)</w:t>
      </w:r>
      <w:r/>
    </w:p>
    <w:p>
      <w:pPr>
        <w:pStyle w:val="ListNumber"/>
        <w:spacing w:line="240" w:lineRule="auto"/>
        <w:ind w:left="720"/>
      </w:pPr>
      <w:r/>
      <w:hyperlink r:id="rId12">
        <w:r>
          <w:rPr>
            <w:color w:val="0000EE"/>
            <w:u w:val="single"/>
          </w:rPr>
          <w:t>https://en.wikipedia.org/wiki/Reykjavik_Pride</w:t>
        </w:r>
      </w:hyperlink>
      <w:r>
        <w:t xml:space="preserve"> - Reykjavík Pride (Icelandic: Hinsegin dagar í Reykjavík) is Iceland's largest human rights festival, focused on LGBTQ+ issues. Held annually since 1999, the festival has grown significantly, with over 100,000 guests visiting the city centre during the Pride Parade. The next festival is scheduled for August 4–9, 2026.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iceland.is/2026/finding-belonging-nas-on-home-community-and-sharing-their-story/" TargetMode="External"/><Relationship Id="rId10" Type="http://schemas.openxmlformats.org/officeDocument/2006/relationships/hyperlink" Target="https://reykjavik.is/en/news/2026/joy-and-celebration-pride-walk-and-rainbow-run" TargetMode="External"/><Relationship Id="rId11" Type="http://schemas.openxmlformats.org/officeDocument/2006/relationships/hyperlink" Target="https://www.inspiredbyiceland.com/stories/reykjavik-pride" TargetMode="External"/><Relationship Id="rId12" Type="http://schemas.openxmlformats.org/officeDocument/2006/relationships/hyperlink" Target="https://en.wikipedia.org/wiki/Reykjavik_Pride" TargetMode="External"/><Relationship Id="rId13" Type="http://schemas.openxmlformats.org/officeDocument/2006/relationships/hyperlink" Target="https://www.gay-prides.com/europe/reykjavik-pride.html" TargetMode="External"/><Relationship Id="rId14" Type="http://schemas.openxmlformats.org/officeDocument/2006/relationships/hyperlink" Target="https://www.visitreykjavik.is/respecting-diversity-lgbtqia-reykjavik" TargetMode="External"/><Relationship Id="rId15" Type="http://schemas.openxmlformats.org/officeDocument/2006/relationships/hyperlink" Target="https://www.elchatgay.net/eventos/reykjavik-pride-2026" TargetMode="External"/><Relationship Id="rId16" Type="http://schemas.openxmlformats.org/officeDocument/2006/relationships/hyperlink" Target="https://reykjavik.is/en/news/2026/joy-and-celebration-pride-walk-and-rainbow-run?utm_source=openai" TargetMode="External"/><Relationship Id="rId17" Type="http://schemas.openxmlformats.org/officeDocument/2006/relationships/hyperlink" Target="https://www.elchatgay.net/eventos/reykjavik-pride-2026?utm_source=openai" TargetMode="External"/><Relationship Id="rId18" Type="http://schemas.openxmlformats.org/officeDocument/2006/relationships/hyperlink" Target="https://www.visitreykjavik.is/respecting-diversity-lgbtqia-reykjavik?utm_source=openai" TargetMode="External"/><Relationship Id="rId19" Type="http://schemas.openxmlformats.org/officeDocument/2006/relationships/hyperlink" Target="https://www.gay-prides.com/europe/reykjavik-pride.html?utm_source=openai" TargetMode="External"/><Relationship Id="rId20" Type="http://schemas.openxmlformats.org/officeDocument/2006/relationships/hyperlink" Target="https://www.inspiredbyiceland.com/stories/reykjavik-pride?utm_source=openai" TargetMode="External"/><Relationship Id="rId21" Type="http://schemas.openxmlformats.org/officeDocument/2006/relationships/hyperlink" Target="https://en.wikipedia.org/wiki/Reykjavik_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