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Books Featuring Characters with a Disability or Chronic Illness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more inclusive sapphic fiction, and this list highlights 15 accessible, emotionally rich books featuring main characters with disabilities or chronic illnesses, perfect if you’re tackling a Sapphic Book Bingo square or simply want stories that reflect lived experience and tender, complicated love.</w:t>
      </w:r>
      <w:r/>
    </w:p>
    <w:p>
      <w:r/>
      <w:r>
        <w:t>Essential Takeaways</w:t>
      </w:r>
      <w:r/>
      <w:r/>
    </w:p>
    <w:p>
      <w:pPr>
        <w:pStyle w:val="ListBullet"/>
        <w:spacing w:line="240" w:lineRule="auto"/>
        <w:ind w:left="720"/>
      </w:pPr>
      <w:r/>
      <w:r>
        <w:rPr>
          <w:b/>
        </w:rPr>
        <w:t>Diverse conditions represented:</w:t>
      </w:r>
      <w:r>
        <w:t xml:space="preserve"> Books here feature visible and invisible disabilities, from MS and amputations to chronic illness and mental-health struggles. </w:t>
      </w:r>
      <w:r/>
    </w:p>
    <w:p>
      <w:pPr>
        <w:pStyle w:val="ListBullet"/>
        <w:spacing w:line="240" w:lineRule="auto"/>
        <w:ind w:left="720"/>
      </w:pPr>
      <w:r/>
      <w:r>
        <w:rPr>
          <w:b/>
        </w:rPr>
        <w:t>Range of tones:</w:t>
      </w:r>
      <w:r>
        <w:t xml:space="preserve"> You'll find upbeat contemporary romances, gritty thrillers, and emotional literary fiction, there’s something that feels familiar or refreshingly new. </w:t>
      </w:r>
      <w:r/>
    </w:p>
    <w:p>
      <w:pPr>
        <w:pStyle w:val="ListBullet"/>
        <w:spacing w:line="240" w:lineRule="auto"/>
        <w:ind w:left="720"/>
      </w:pPr>
      <w:r/>
      <w:r>
        <w:rPr>
          <w:b/>
        </w:rPr>
        <w:t>Sensory cues:</w:t>
      </w:r>
      <w:r>
        <w:t xml:space="preserve"> Many titles convey physical realities, fatigue, scars, mobility aids, so expect intimate, grounded scenes. </w:t>
      </w:r>
      <w:r/>
    </w:p>
    <w:p>
      <w:pPr>
        <w:pStyle w:val="ListBullet"/>
        <w:spacing w:line="240" w:lineRule="auto"/>
        <w:ind w:left="720"/>
      </w:pPr>
      <w:r/>
      <w:r>
        <w:rPr>
          <w:b/>
        </w:rPr>
        <w:t>Practical for Bingo:</w:t>
      </w:r>
      <w:r>
        <w:t xml:space="preserve"> Each entry suits a Sapphic Book Bingo square focused on disability or chronic illness, and several are widely available in ebook and audio. </w:t>
      </w:r>
      <w:r/>
    </w:p>
    <w:p>
      <w:pPr>
        <w:pStyle w:val="ListBullet"/>
        <w:spacing w:line="240" w:lineRule="auto"/>
        <w:ind w:left="720"/>
      </w:pPr>
      <w:r/>
      <w:r>
        <w:rPr>
          <w:b/>
        </w:rPr>
        <w:t>Emotional honesty:</w:t>
      </w:r>
      <w:r>
        <w:t xml:space="preserve"> These stories treat disability as part of a character’s life, not just a plot device, offering vulnerability and resilience.</w:t>
      </w:r>
      <w:r/>
      <w:r/>
    </w:p>
    <w:p>
      <w:pPr>
        <w:pStyle w:val="Heading2"/>
      </w:pPr>
      <w:r>
        <w:t>Why these sapphic books matter now</w:t>
      </w:r>
      <w:r/>
    </w:p>
    <w:p>
      <w:r/>
      <w:r>
        <w:t>Representation matters because readers want to see lives like theirs mirrored back with nuance and care, and these books deliver that in different flavours. According to community reading lists and indie bookshop picks, disability representation in sapphic fiction remains limited, so a curated list helps readers discover titles they might otherwise miss. If you’re tired of tokenism, these novels tend to focus on the full person: desires, fears, humour and complicated relationships.</w:t>
      </w:r>
      <w:r/>
    </w:p>
    <w:p>
      <w:r/>
      <w:r>
        <w:t>Practical tip: pick a title that matches the emotional tone you need, lighter romances if you want comfort, or character-driven journeys if you want to sit with grief and healing.</w:t>
      </w:r>
      <w:r/>
    </w:p>
    <w:p>
      <w:pPr>
        <w:pStyle w:val="Heading2"/>
      </w:pPr>
      <w:r>
        <w:t>Standouts that put disability front and centre</w:t>
      </w:r>
      <w:r/>
    </w:p>
    <w:p>
      <w:r/>
      <w:r>
        <w:t>Several books explicitly build plot and character around a health condition, giving realistic detail and emotional stakes. Just Physical by Jae follows a woman with multiple sclerosis navigating intimacy and care without losing agency, while Fuze by Stacy Lynn Miller uses the aftermath of an injury to drive a tense, revenge-driven thriller. These titles show how disability can shape a story's arc without defining every scene.</w:t>
      </w:r>
      <w:r/>
    </w:p>
    <w:p>
      <w:r/>
      <w:r>
        <w:t>Compare tone: Just Physical leans intimate and tender; Fuze is darker and plot-led. Choose based on whether you want slow-burn romance or high-stakes action.</w:t>
      </w:r>
      <w:r/>
    </w:p>
    <w:p>
      <w:pPr>
        <w:pStyle w:val="Heading2"/>
      </w:pPr>
      <w:r>
        <w:t>Gentle, domestic romances and found-family stories</w:t>
      </w:r>
      <w:r/>
    </w:p>
    <w:p>
      <w:r/>
      <w:r>
        <w:t>If you prefer cosy, everyday life with emotional teeth, try A Heart Full of Hope or Returning Home to Her. These books centre on caregiving dynamics, physical limitations like walking difficulties or limb loss, and the awkward, beautiful work of learning to love someone who’s also learning to accept care.</w:t>
      </w:r>
      <w:r/>
    </w:p>
    <w:p>
      <w:r/>
      <w:r>
        <w:t>Practical insight: look for formats with audio editions if fatigue or visual strain makes long reading sessions hard, many of these are available on Audible or as ebooks.</w:t>
      </w:r>
      <w:r/>
    </w:p>
    <w:p>
      <w:pPr>
        <w:pStyle w:val="Heading2"/>
      </w:pPr>
      <w:r>
        <w:t>Speculative and fantasy takes on disability</w:t>
      </w:r>
      <w:r/>
    </w:p>
    <w:p>
      <w:r/>
      <w:r>
        <w:t>Fantasy can explore disability metaphors, and titles such as Diminished and The Sting of Victory blend magic with trauma, panic attacks, or bodily difference. These novels often externalise internal struggles with literal monsters or curses, which can be cathartic or frustrating depending on your taste.</w:t>
      </w:r>
      <w:r/>
    </w:p>
    <w:p>
      <w:r/>
      <w:r>
        <w:t>Reader note: speculative settings sometimes mask disability experiences in mythic terms; if you want realistic healthcare detail, balance with contemporary titles on the list.</w:t>
      </w:r>
      <w:r/>
    </w:p>
    <w:p>
      <w:pPr>
        <w:pStyle w:val="Heading2"/>
      </w:pPr>
      <w:r>
        <w:t>Books that tackle mental health and survivor experiences</w:t>
      </w:r>
      <w:r/>
    </w:p>
    <w:p>
      <w:r/>
      <w:r>
        <w:t>Several selections dig into survivor guilt, chronic mental-health conditions, and post-trauma identity, A Dead Girl’s Guide to Living and Behind the Veil stand out for their raw emotional arcs. They don’t shy away from difficult questions: how to live after narrow survival, how to reclaim a voice, how relationships shift when one person is recovering.</w:t>
      </w:r>
      <w:r/>
    </w:p>
    <w:p>
      <w:r/>
      <w:r>
        <w:t>Tip: these are emotionally intense reads, consider reading alongside a lighter companion book or scheduling breaks.</w:t>
      </w:r>
      <w:r/>
    </w:p>
    <w:p>
      <w:pPr>
        <w:pStyle w:val="Heading2"/>
      </w:pPr>
      <w:r>
        <w:t>How to choose the right book for you</w:t>
      </w:r>
      <w:r/>
    </w:p>
    <w:p>
      <w:r/>
      <w:r>
        <w:t>Start by asking what kind of experience you want: comfort, catharsis, thrill, or thoughtful exploration. Check blurbs for the specific condition if you want realism, some portray invisible illnesses like chronic fatigue or anxiety, others show visible differences such as amputations or scarring. If accessibility matters, search for audiobooks or large-print editions.</w:t>
      </w:r>
      <w:r/>
    </w:p>
    <w:p>
      <w:r/>
      <w:r>
        <w:t>Quick guide: choose contemporary romance for relationship focus, thrillers for action and plot, fantasy for symbolic resonance.</w:t>
      </w:r>
      <w:r/>
    </w:p>
    <w:p>
      <w:pPr>
        <w:pStyle w:val="Heading2"/>
      </w:pPr>
      <w:r>
        <w:t>Where to find them and support inclusive publishing</w:t>
      </w:r>
      <w:r/>
    </w:p>
    <w:p>
      <w:r/>
      <w:r>
        <w:t>Many of these titles are published by indie houses and choosy presses, and you can often buy direct from publishers, Amazon, or Bookshop.org, which supports local bookshops. Subscribing to author blogs or newsletters helps you find more hidden-gem recommendations, plus you’ll hear about new releases and bingo-themed lists.</w:t>
      </w:r>
      <w:r/>
    </w:p>
    <w:p>
      <w:r/>
      <w:r>
        <w:t>Final thought: these books remind us that love and longing live in bodies of all kinds, and a single empathetic line can change how you see a life.</w:t>
      </w:r>
      <w:r/>
    </w:p>
    <w:p>
      <w:r/>
      <w:r>
        <w:t>It's a small change that can make every read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[2]</w:t>
        </w:r>
      </w:hyperlink>
      <w:r>
        <w:t xml:space="preserve">, </w:t>
      </w:r>
      <w:hyperlink r:id="rId9">
        <w:r>
          <w:rPr>
            <w:color w:val="0000EE"/>
            <w:u w:val="single"/>
          </w:rPr>
          <w:t>[1]</w:t>
        </w:r>
      </w:hyperlink>
      <w:r>
        <w:t xml:space="preserve">- Paragraph 7: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https://jae-fiction.com/sapphic-books-featuring-characters-with-a-disability/</w:t>
        </w:r>
      </w:hyperlink>
      <w:r>
        <w:t xml:space="preserve"> - Please view link - unable to able to access data</w:t>
      </w:r>
      <w:r/>
    </w:p>
    <w:p>
      <w:pPr>
        <w:pStyle w:val="ListNumber"/>
        <w:spacing w:line="240" w:lineRule="auto"/>
        <w:ind w:left="720"/>
      </w:pPr>
      <w:r/>
      <w:hyperlink r:id="rId9">
        <w:r>
          <w:rPr>
            <w:color w:val="0000EE"/>
            <w:u w:val="single"/>
          </w:rPr>
          <w:t>https://jae-fiction.com/sapphic-books-featuring-characters-with-a-disability/</w:t>
        </w:r>
      </w:hyperlink>
      <w:r>
        <w:t xml:space="preserve"> - This article highlights 15 sapphic books featuring main characters with disabilities or chronic illnesses. It discusses the underrepresentation of disabled individuals in sapphic literature, noting that while approximately 16% of the global population lives with a disability, such representation is scarce. The recommended books include 'Just Physical' by Jae, 'Beauty and the Beast of the Moon' by Alana Archer, and 'A Heart Full of Hope' by Cheyenne Blue, among others. Each book is accompanied by a brief description and availability information.</w:t>
      </w:r>
      <w:r/>
    </w:p>
    <w:p>
      <w:pPr>
        <w:pStyle w:val="ListNumber"/>
        <w:spacing w:line="240" w:lineRule="auto"/>
        <w:ind w:left="720"/>
      </w:pPr>
      <w:r/>
      <w:hyperlink r:id="rId12">
        <w:r>
          <w:rPr>
            <w:color w:val="0000EE"/>
            <w:u w:val="single"/>
          </w:rPr>
          <w:t>https://jae-fiction.com/sapphic-book-featuring-main-characters-with-a-disability/</w:t>
        </w:r>
      </w:hyperlink>
      <w:r>
        <w:t xml:space="preserve"> - This post features sapphic books with main characters who have disabilities, chronic illnesses, or mental disorders. It aims to address the lack of representation for disabled individuals in sapphic literature. The article provides a list of recommended books, including 'Roll With Me' by Elizabeth Andre and 'Pivot' by Anna Pulley, each accompanied by a brief description and availability details.</w:t>
      </w:r>
      <w:r/>
    </w:p>
    <w:p>
      <w:pPr>
        <w:pStyle w:val="ListNumber"/>
        <w:spacing w:line="240" w:lineRule="auto"/>
        <w:ind w:left="720"/>
      </w:pPr>
      <w:r/>
      <w:hyperlink r:id="rId13">
        <w:r>
          <w:rPr>
            <w:color w:val="0000EE"/>
            <w:u w:val="single"/>
          </w:rPr>
          <w:t>https://jae-fiction.com/sapphic-book-with-a-disabled-character/</w:t>
        </w:r>
      </w:hyperlink>
      <w:r>
        <w:t xml:space="preserve"> - This article focuses on sapphic books featuring main characters with disabilities, chronic illnesses, or mental disorders. It aims to highlight the underrepresentation of disabled individuals in sapphic literature. The post includes a list of recommended books, such as 'Roll With Me' by Elizabeth Andre and 'Pivot' by Anna Pulley, each with a brief description and availability information.</w:t>
      </w:r>
      <w:r/>
    </w:p>
    <w:p>
      <w:pPr>
        <w:pStyle w:val="ListNumber"/>
        <w:spacing w:line="240" w:lineRule="auto"/>
        <w:ind w:left="720"/>
      </w:pPr>
      <w:r/>
      <w:hyperlink r:id="rId14">
        <w:r>
          <w:rPr>
            <w:color w:val="0000EE"/>
            <w:u w:val="single"/>
          </w:rPr>
          <w:t>https://jae-fiction.com/character-with-a-disability-or-mental-illness/</w:t>
        </w:r>
      </w:hyperlink>
      <w:r>
        <w:t xml:space="preserve"> - This post is part of the Sapphic Reading Challenge and features sapphic books with characters who have disabilities or mental illnesses. It aims to address the underrepresentation of disabled individuals in WLW and lesbian fiction. The article provides a list of 15 recommended novels, including 'Just Physical' by Jae and 'Beauty and the Beast of the Moon' by Alana Archer, each with a brief description and availability details.</w:t>
      </w:r>
      <w:r/>
    </w:p>
    <w:p>
      <w:pPr>
        <w:pStyle w:val="ListNumber"/>
        <w:spacing w:line="240" w:lineRule="auto"/>
        <w:ind w:left="720"/>
      </w:pPr>
      <w:r/>
      <w:hyperlink r:id="rId11">
        <w:r>
          <w:rPr>
            <w:color w:val="0000EE"/>
            <w:u w:val="single"/>
          </w:rPr>
          <w:t>https://sashaandamberread.home.blog/2020/08/17/sapphic-books-with-disability-rep/</w:t>
        </w:r>
      </w:hyperlink>
      <w:r>
        <w:t xml:space="preserve"> - This blog post highlights sapphic books that feature characters with disabilities. It discusses the importance of diverse representation in literature and provides a list of recommended books, including 'Mooncakes' by Suzanne Walker and Wendy Xu, which features a hard-of-hearing main character who uses a hearing aid. The post includes brief descriptions and availability information for each book.</w:t>
      </w:r>
      <w:r/>
    </w:p>
    <w:p>
      <w:pPr>
        <w:pStyle w:val="ListNumber"/>
        <w:spacing w:line="240" w:lineRule="auto"/>
        <w:ind w:left="720"/>
      </w:pPr>
      <w:r/>
      <w:hyperlink r:id="rId10">
        <w:r>
          <w:rPr>
            <w:color w:val="0000EE"/>
            <w:u w:val="single"/>
          </w:rPr>
          <w:t>https://bookshop.org/lists/sapphic-books-with-disability-representation</w:t>
        </w:r>
      </w:hyperlink>
      <w:r>
        <w:t xml:space="preserve"> - This curated list on Bookshop.org features sapphic books with disability representation. The list includes titles such as 'The Roommate Arrangement' by Jae, 'Always Human' by Ari North, and 'Love's Melody Lost' by Radclyffe. Each book is accompanied by a brief description and purchasing options, aiming to provide readers with diverse and inclusive reading choices.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ae-fiction.com/sapphic-books-featuring-characters-with-a-disability/" TargetMode="External"/><Relationship Id="rId10" Type="http://schemas.openxmlformats.org/officeDocument/2006/relationships/hyperlink" Target="https://bookshop.org/lists/sapphic-books-with-disability-representation" TargetMode="External"/><Relationship Id="rId11" Type="http://schemas.openxmlformats.org/officeDocument/2006/relationships/hyperlink" Target="https://sashaandamberread.home.blog/2020/08/17/sapphic-books-with-disability-rep/" TargetMode="External"/><Relationship Id="rId12" Type="http://schemas.openxmlformats.org/officeDocument/2006/relationships/hyperlink" Target="https://jae-fiction.com/sapphic-book-featuring-main-characters-with-a-disability/" TargetMode="External"/><Relationship Id="rId13" Type="http://schemas.openxmlformats.org/officeDocument/2006/relationships/hyperlink" Target="https://jae-fiction.com/sapphic-book-with-a-disabled-character/" TargetMode="External"/><Relationship Id="rId14" Type="http://schemas.openxmlformats.org/officeDocument/2006/relationships/hyperlink" Target="https://jae-fiction.com/character-with-a-disability-or-mental-ill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