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Zombie Comedies: Why Queens of the Dead Is a Glittering, Gory Party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flocking to queer-leaning horror for a reason , Queens of the Dead pairs drag, gore and nightclub energy into a loud, silly mash-up that’s more about style and sass than scares. Fans of campy comedy and drag culture will find plenty to cheer for, even if the plot sometimes shuffles.</w:t>
      </w:r>
      <w:r/>
    </w:p>
    <w:p>
      <w:r/>
      <w:r>
        <w:t>Essential Takeaways</w:t>
      </w:r>
      <w:r/>
      <w:r/>
    </w:p>
    <w:p>
      <w:pPr>
        <w:pStyle w:val="ListBullet"/>
        <w:spacing w:line="240" w:lineRule="auto"/>
        <w:ind w:left="720"/>
      </w:pPr>
      <w:r/>
      <w:r>
        <w:rPr>
          <w:b/>
        </w:rPr>
        <w:t>Standout cast:</w:t>
      </w:r>
      <w:r>
        <w:t xml:space="preserve"> Charismatic performances from Katy M O’Brian and Cheyenne Jackson anchor a flamboyant ensemble that includes drag stars and musical theatre talent.</w:t>
      </w:r>
      <w:r/>
    </w:p>
    <w:p>
      <w:pPr>
        <w:pStyle w:val="ListBullet"/>
        <w:spacing w:line="240" w:lineRule="auto"/>
        <w:ind w:left="720"/>
      </w:pPr>
      <w:r/>
      <w:r>
        <w:rPr>
          <w:b/>
        </w:rPr>
        <w:t>Party atmosphere:</w:t>
      </w:r>
      <w:r>
        <w:t xml:space="preserve"> The film thrives on nightclub energy , colourful costumes, loud music and dance-offs give it a joyful, raucous feel.</w:t>
      </w:r>
      <w:r/>
    </w:p>
    <w:p>
      <w:pPr>
        <w:pStyle w:val="ListBullet"/>
        <w:spacing w:line="240" w:lineRule="auto"/>
        <w:ind w:left="720"/>
      </w:pPr>
      <w:r/>
      <w:r>
        <w:rPr>
          <w:b/>
        </w:rPr>
        <w:t>Romero legacy acknowledged:</w:t>
      </w:r>
      <w:r>
        <w:t xml:space="preserve"> Director Tina Romero leans into her horror heritage, nodding to Night of the Living Dead with a cheeky line rather than hiding from it.</w:t>
      </w:r>
      <w:r/>
    </w:p>
    <w:p>
      <w:pPr>
        <w:pStyle w:val="ListBullet"/>
        <w:spacing w:line="240" w:lineRule="auto"/>
        <w:ind w:left="720"/>
      </w:pPr>
      <w:r/>
      <w:r>
        <w:rPr>
          <w:b/>
        </w:rPr>
        <w:t>Mixed production polish:</w:t>
      </w:r>
      <w:r>
        <w:t xml:space="preserve"> Costume, makeup and practical gore effects are strong and tactile, while overall visuals feel bright but occasionally flat.</w:t>
      </w:r>
      <w:r/>
    </w:p>
    <w:p>
      <w:pPr>
        <w:pStyle w:val="ListBullet"/>
        <w:spacing w:line="240" w:lineRule="auto"/>
        <w:ind w:left="720"/>
      </w:pPr>
      <w:r/>
      <w:r>
        <w:rPr>
          <w:b/>
        </w:rPr>
        <w:t>Audience fit:</w:t>
      </w:r>
      <w:r>
        <w:t xml:space="preserve"> This is Drag Race meets silly horror , great for fans of queer comedy, less so for gore purists seeking intense scares.</w:t>
      </w:r>
      <w:r/>
      <w:r/>
    </w:p>
    <w:p>
      <w:pPr>
        <w:pStyle w:val="Heading2"/>
      </w:pPr>
      <w:r>
        <w:t>A raucous premise that instantly sells the ticket</w:t>
      </w:r>
      <w:r/>
    </w:p>
    <w:p>
      <w:r/>
      <w:r>
        <w:t>Queens of the Dead opens with an electric, sweaty warehouse party vibe that pulls you in with colour and noise, and it rarely lets that energy go. Critics have pointed out the film’s best trick is its cast chemistry; Katy M O’Brian and Cheyenne Jackson bounce off a parade of larger-than-life personalities, and the presence of well-loved drag performers gives the movie theatrical lift. If you like your horror with sequins and quick one-liners, this one checks the boxes.</w:t>
      </w:r>
      <w:r/>
    </w:p>
    <w:p>
      <w:r/>
      <w:r>
        <w:t>The film doesn’t try to be subtle about its pleasures. It’s designed to be enjoyed loud , jokes that land like club beats, dress-up moments that beg to be screenshot and shared, and choreography that could be clipped into a viral snippet. For casual viewers who want to laugh and shriek in equal measure, it’s an easy sell.</w:t>
      </w:r>
      <w:r/>
    </w:p>
    <w:p>
      <w:pPr>
        <w:pStyle w:val="Heading2"/>
      </w:pPr>
      <w:r>
        <w:t>A daughter’s wink to a horror dynasty</w:t>
      </w:r>
      <w:r/>
    </w:p>
    <w:p>
      <w:r/>
      <w:r>
        <w:t>Tina Romero’s connection to George A Romero hangs over the film in a fun, self-aware way rather than as pressure to copy the past. The script even reworks a famous line from Night of the Living Dead into a catcall that lands as both homage and gag. That choice says a lot: the movie knows its roots, but it’s more interested in riffing than repeating.</w:t>
      </w:r>
      <w:r/>
    </w:p>
    <w:p>
      <w:r/>
      <w:r>
        <w:t>That playful approach will please audiences who enjoy genre lineage without expecting a carbon copy of classic zombie cinema. There’s an affectionate cheekiness here , a modern queer spin on an old-school idea , and it frames the film as part of a continuing conversation about what zombie movies can be.</w:t>
      </w:r>
      <w:r/>
    </w:p>
    <w:p>
      <w:pPr>
        <w:pStyle w:val="Heading2"/>
      </w:pPr>
      <w:r>
        <w:t>Costume, makeup and gore do the heavy lifting</w:t>
      </w:r>
      <w:r/>
    </w:p>
    <w:p>
      <w:r/>
      <w:r>
        <w:t>If the narrative momentum sometimes stumbles, the practical crafts rarely do. Costume and makeup teams deliver dazzling looks that read as character shorthand , bold fabrics, facepaint that pops, and an aesthetic that feels lovingly queer. The gore effects are satisfyingly squishy and tactile, too, giving fans some genuinely fun practical horror moments.</w:t>
      </w:r>
      <w:r/>
    </w:p>
    <w:p>
      <w:r/>
      <w:r>
        <w:t>That said, hardcore gore aficionados might feel a little underfed; the script doesn’t often throw genuinely grisly set-pieces at the effects team. Instead, the film tends to prioritise theatricality and comedy over sustained body-horror spectacle. If you care most about inventive prosthetics and gruesome creativity, temper your expectations.</w:t>
      </w:r>
      <w:r/>
    </w:p>
    <w:p>
      <w:pPr>
        <w:pStyle w:val="Heading2"/>
      </w:pPr>
      <w:r>
        <w:t>Where pacing and production values wobble</w:t>
      </w:r>
      <w:r/>
    </w:p>
    <w:p>
      <w:r/>
      <w:r>
        <w:t>A common note among reviewers is that, like its undead, the plot shuffles more than it sprints. There are plenty of memorable beats , character intros, tiny skits that could work onstage, and show-stopping one-liners , but the through-line doesn’t always generate strong forward momentum. Visually, the movie favours a bright, almost flat palette that keeps the mood buoyant but sometimes makes scenes feel small.</w:t>
      </w:r>
      <w:r/>
    </w:p>
    <w:p>
      <w:r/>
      <w:r>
        <w:t>In practical terms, that means you should go in expecting a mood piece rather than a tightly wound thriller. If you judge a film by its moments, Queens of the Dead scores highly; if you want sustained narrative propulsion, you might come away wanting.</w:t>
      </w:r>
      <w:r/>
    </w:p>
    <w:p>
      <w:pPr>
        <w:pStyle w:val="Heading2"/>
      </w:pPr>
      <w:r>
        <w:t>Who will love this , and how to watch it</w:t>
      </w:r>
      <w:r/>
    </w:p>
    <w:p>
      <w:r/>
      <w:r>
        <w:t>This film is built for queer-night-out audiences: think Drag Race fans who like silly horror, club kids who appreciate costume drama, and viewers who enjoy films that double as party playlists. It’s an ideal flick for group screenings, midnight showings or a cosy watch-at-home night where you can laugh through the gory bits.</w:t>
      </w:r>
      <w:r/>
    </w:p>
    <w:p>
      <w:r/>
      <w:r>
        <w:t>A few tips: watch with friends who enjoy camp, turn the sound up to catch the soundtrack cues, and don’t expect to take it too seriously. For viewers trying to decide whether to see it, ask yourself whether you want theatre, teeth and laughs in equal measure , if yes, book the ticket.</w:t>
      </w:r>
      <w:r/>
    </w:p>
    <w:p>
      <w:r/>
      <w:r>
        <w:t>It's a small change to your horror diet that can make every scream a bit more fabulous.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10">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https://www.theguardian.com/film/2026/aug/05/queens-of-the-dead-review-drag-zombie-comedy</w:t>
        </w:r>
      </w:hyperlink>
      <w:r>
        <w:t xml:space="preserve"> - Please view link - unable to able to access data</w:t>
      </w:r>
      <w:r/>
    </w:p>
    <w:p>
      <w:pPr>
        <w:pStyle w:val="ListNumber"/>
        <w:spacing w:line="240" w:lineRule="auto"/>
        <w:ind w:left="720"/>
      </w:pPr>
      <w:r/>
      <w:hyperlink r:id="rId9">
        <w:r>
          <w:rPr>
            <w:color w:val="0000EE"/>
            <w:u w:val="single"/>
          </w:rPr>
          <w:t>https://www.theguardian.com/film/2026/aug/05/queens-of-the-dead-review-drag-zombie-comedy</w:t>
        </w:r>
      </w:hyperlink>
      <w:r>
        <w:t xml:space="preserve"> - In this review, Catherine Bray discusses 'Queens of the Dead', a comedy-horror film directed by Tina Romero, daughter of George A. Romero. The film features a cast including Katy M O’Brian, Cheyenne Jackson, Nina West, and Jaquel Spivey. The story revolves around a zombie epidemic in the LGBTQ+ warehouse party scene. The review highlights the film's homage to 'Night of the Living Dead' with a reimagined quote: 'They’re coming to get you Barbara!' While the film offers moments of humour and camp, it faces challenges in storytelling momentum and production quality.</w:t>
      </w:r>
      <w:r/>
    </w:p>
    <w:p>
      <w:pPr>
        <w:pStyle w:val="ListNumber"/>
        <w:spacing w:line="240" w:lineRule="auto"/>
        <w:ind w:left="720"/>
      </w:pPr>
      <w:r/>
      <w:hyperlink r:id="rId10">
        <w:r>
          <w:rPr>
            <w:color w:val="0000EE"/>
            <w:u w:val="single"/>
          </w:rPr>
          <w:t>https://www.rogerebert.com/reviews/queens-of-the-dead-queer-zombie-movie-review-2025</w:t>
        </w:r>
      </w:hyperlink>
      <w:r>
        <w:t xml:space="preserve"> - Simon Abrams reviews 'Queens of the Dead', a queer-themed zombie comedy directed by Tina Romero. The film is noted for its unique take on the zombie genre, blending elements of queer culture and horror. Abrams praises the film's casting choices and its homage to George A. Romero's work, particularly the visual style reminiscent of 'Dawn of the Dead'. The review also mentions the film's campy and humorous approach, appealing to fans of both horror and LGBTQ+ cinema.</w:t>
      </w:r>
      <w:r/>
    </w:p>
    <w:p>
      <w:pPr>
        <w:pStyle w:val="ListNumber"/>
        <w:spacing w:line="240" w:lineRule="auto"/>
        <w:ind w:left="720"/>
      </w:pPr>
      <w:r/>
      <w:hyperlink r:id="rId11">
        <w:r>
          <w:rPr>
            <w:color w:val="0000EE"/>
            <w:u w:val="single"/>
          </w:rPr>
          <w:t>https://www.ghoulsmagazine.com/articles/queens-of-the-dead-2025-review</w:t>
        </w:r>
      </w:hyperlink>
      <w:r>
        <w:t xml:space="preserve"> - Sam Munster's review of 'Queens of the Dead' highlights the film as a funny, fabulous, and unapologetically queer debut feature from Tina Romero. The film is set in Brooklyn's YUM nightclub, where a zombie outbreak threatens a major club night. The review commends Romero's fresh perspective on the zombie genre, blending homage to her father's work with a unique take on the walking dead. The film is praised for its campy spirit and exploration of LGBTQ+ themes.</w:t>
      </w:r>
      <w:r/>
    </w:p>
    <w:p>
      <w:pPr>
        <w:pStyle w:val="ListNumber"/>
        <w:spacing w:line="240" w:lineRule="auto"/>
        <w:ind w:left="720"/>
      </w:pPr>
      <w:r/>
      <w:hyperlink r:id="rId12">
        <w:r>
          <w:rPr>
            <w:color w:val="0000EE"/>
            <w:u w:val="single"/>
          </w:rPr>
          <w:t>https://inreviewonline.com/2025/08/04/queens-of-the-dead-review/</w:t>
        </w:r>
      </w:hyperlink>
      <w:r>
        <w:t xml:space="preserve"> - Jake Pitre's review of 'Queens of the Dead' discusses Tina Romero's directorial debut, which pays homage to her father, George A. Romero. The film follows a group of queer performers and club kids facing a zombie outbreak in Brooklyn. Pitre notes the film's balance between comedy and horror, with frequent references to Romero's previous works. The review highlights the film's success in queering the zombie genre and its appeal to fans of both horror and LGBTQ+ cinema.</w:t>
      </w:r>
      <w:r/>
    </w:p>
    <w:p>
      <w:pPr>
        <w:pStyle w:val="ListNumber"/>
        <w:spacing w:line="240" w:lineRule="auto"/>
        <w:ind w:left="720"/>
      </w:pPr>
      <w:r/>
      <w:hyperlink r:id="rId13">
        <w:r>
          <w:rPr>
            <w:color w:val="0000EE"/>
            <w:u w:val="single"/>
          </w:rPr>
          <w:t>https://www.latimes.com/entertainment-arts/movies/story/2025-10-26/queens-of-the-dead-review-tina-romero-katy-o-brian-margaret-cho-queer-horror</w:t>
        </w:r>
      </w:hyperlink>
      <w:r>
        <w:t xml:space="preserve"> - Joshua Rothkopf's review in the Los Angeles Times praises 'Queens of the Dead' for its generous humour and sharpness. The film is noted for its sassy reimagining of the famous line from 'Night of the Living Dead': 'They’re coming to get you, Barbara!' Rothkopf commends the film's playful and exuberant approach to the zombie genre, blending horror with queer themes. The review highlights the film's success in queering the zombie film and its exuberant tone.</w:t>
      </w:r>
      <w:r/>
    </w:p>
    <w:p>
      <w:pPr>
        <w:pStyle w:val="ListNumber"/>
        <w:spacing w:line="240" w:lineRule="auto"/>
        <w:ind w:left="720"/>
      </w:pPr>
      <w:r/>
      <w:hyperlink r:id="rId14">
        <w:r>
          <w:rPr>
            <w:color w:val="0000EE"/>
            <w:u w:val="single"/>
          </w:rPr>
          <w:t>https://comicbook.com/movies/review/queens-of-the-dead-review-a-glamorous-queer-horror-comedy-inspired-by-george-a-romero/</w:t>
        </w:r>
      </w:hyperlink>
      <w:r>
        <w:t xml:space="preserve"> - Marco Vito Oddo's review discusses 'Queens of the Dead' as a glamorous queer horror comedy inspired by George A. Romero. The film is noted for its fresh take on the zombie genre, blending elements of queer culture and horror. Oddo praises the film's homage to Romero's work and its success in queering the zombie film. The review highlights the film's campy and humorous approach, appealing to fans of both horror and LGBTQ+ cinema.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uardian.com/film/2026/aug/05/queens-of-the-dead-review-drag-zombie-comedy" TargetMode="External"/><Relationship Id="rId10" Type="http://schemas.openxmlformats.org/officeDocument/2006/relationships/hyperlink" Target="https://www.rogerebert.com/reviews/queens-of-the-dead-queer-zombie-movie-review-2025" TargetMode="External"/><Relationship Id="rId11" Type="http://schemas.openxmlformats.org/officeDocument/2006/relationships/hyperlink" Target="https://www.ghoulsmagazine.com/articles/queens-of-the-dead-2025-review" TargetMode="External"/><Relationship Id="rId12" Type="http://schemas.openxmlformats.org/officeDocument/2006/relationships/hyperlink" Target="https://inreviewonline.com/2025/08/04/queens-of-the-dead-review/" TargetMode="External"/><Relationship Id="rId13" Type="http://schemas.openxmlformats.org/officeDocument/2006/relationships/hyperlink" Target="https://www.latimes.com/entertainment-arts/movies/story/2025-10-26/queens-of-the-dead-review-tina-romero-katy-o-brian-margaret-cho-queer-horror" TargetMode="External"/><Relationship Id="rId14" Type="http://schemas.openxmlformats.org/officeDocument/2006/relationships/hyperlink" Target="https://comicbook.com/movies/review/queens-of-the-dead-review-a-glamorous-queer-horror-comedy-inspired-by-george-a-rome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