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Summer Viewing Guide: Top Picks for Joy, Thrills and Camp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 and streamers , are turning to bold, joyful, and occasionally terrifying titles this summer; whether you want romance, queer-coded escapism, or a deliciously camp scare, these five picks from streaming and cinema deserve a spot on your watchlist and a comfy seat.</w:t>
      </w:r>
      <w:r/>
    </w:p>
    <w:p>
      <w:r/>
      <w:r>
        <w:t>Essential Takeaways</w:t>
      </w:r>
      <w:r/>
      <w:r/>
    </w:p>
    <w:p>
      <w:pPr>
        <w:pStyle w:val="ListBullet"/>
        <w:spacing w:line="240" w:lineRule="auto"/>
        <w:ind w:left="720"/>
      </w:pPr>
      <w:r/>
      <w:r>
        <w:rPr>
          <w:b/>
        </w:rPr>
        <w:t>Heartfelt finale:</w:t>
      </w:r>
      <w:r>
        <w:t xml:space="preserve"> Heartstopper Forever offers a warm, hopeful feature-length farewell with a sweet, authentic tone and emotional payoff.</w:t>
      </w:r>
      <w:r/>
    </w:p>
    <w:p>
      <w:pPr>
        <w:pStyle w:val="ListBullet"/>
        <w:spacing w:line="240" w:lineRule="auto"/>
        <w:ind w:left="720"/>
      </w:pPr>
      <w:r/>
      <w:r>
        <w:rPr>
          <w:b/>
        </w:rPr>
        <w:t>Provocative and stylish:</w:t>
      </w:r>
      <w:r>
        <w:t xml:space="preserve"> I Want Your Sex is Gregg Araki’s bold erotic thriller , sexy, unsettling, and visually striking.</w:t>
      </w:r>
      <w:r/>
    </w:p>
    <w:p>
      <w:pPr>
        <w:pStyle w:val="ListBullet"/>
        <w:spacing w:line="240" w:lineRule="auto"/>
        <w:ind w:left="720"/>
      </w:pPr>
      <w:r/>
      <w:r>
        <w:rPr>
          <w:b/>
        </w:rPr>
        <w:t>Tense prestige TV:</w:t>
      </w:r>
      <w:r>
        <w:t xml:space="preserve"> Cape Fear on Apple TV blends Southern Gothic atmosphere with psychological suspense and a slowly evolving LGBTQ+ subplot.</w:t>
      </w:r>
      <w:r/>
    </w:p>
    <w:p>
      <w:pPr>
        <w:pStyle w:val="ListBullet"/>
        <w:spacing w:line="240" w:lineRule="auto"/>
        <w:ind w:left="720"/>
      </w:pPr>
      <w:r/>
      <w:r>
        <w:rPr>
          <w:b/>
        </w:rPr>
        <w:t>Superhero resonance:</w:t>
      </w:r>
      <w:r>
        <w:t xml:space="preserve"> Spider-Man: Brand New Day leans into themes of identity and chosen family, offering queer audiences relatable emotional beats.</w:t>
      </w:r>
      <w:r/>
    </w:p>
    <w:p>
      <w:pPr>
        <w:pStyle w:val="ListBullet"/>
        <w:spacing w:line="240" w:lineRule="auto"/>
        <w:ind w:left="720"/>
      </w:pPr>
      <w:r/>
      <w:r>
        <w:rPr>
          <w:b/>
        </w:rPr>
        <w:t>Allegory and representation:</w:t>
      </w:r>
      <w:r>
        <w:t xml:space="preserve"> X-Men ’97 Season 2 continues to function as a queer allegory, adding non-binary representation and found-family drama.</w:t>
      </w:r>
      <w:r/>
      <w:r/>
    </w:p>
    <w:p>
      <w:pPr>
        <w:pStyle w:val="Heading2"/>
      </w:pPr>
      <w:r>
        <w:t>Heartstopper Forever , a comforting, grown-up send-off</w:t>
      </w:r>
      <w:r/>
    </w:p>
    <w:p>
      <w:r/>
      <w:r>
        <w:t>Heartstopper Forever arrives as the emotional curtain call for Nick and Charlie, and it lands with a warm, soft glow that’ll make you smile and maybe cry a little. Fans who’ve followed the series will find the film’s pacing easy on the nerves, with scenes that feel tactile and honest , the sort of gentle intimacy that lingers. According to Rotten Tomatoes, the feature keeps the show’s high approval and grounded charm, making it ideal for viewers who want something restorative after a long day. If you’re choosing a film for younger teens or anyone who prefers low-stress romance, pick Heartstopper , aim for the original language track and a cosy setting, because this is one you’ll want to watch twice.</w:t>
      </w:r>
      <w:r/>
    </w:p>
    <w:p>
      <w:pPr>
        <w:pStyle w:val="Heading2"/>
      </w:pPr>
      <w:r>
        <w:t>I Want Your Sex , Gregg Araki’s daring, divisive thriller</w:t>
      </w:r>
      <w:r/>
    </w:p>
    <w:p>
      <w:r/>
      <w:r>
        <w:t>Gregg Araki’s return is loud, stylish, and designed to unsettle in the best possible way. Critics from The Guardian and The New Yorker note its provocative take on desire and power, while some reviewers describe scenes that are as arousing as they are disquieting. It’s not conventional queer romance; it’s a feverish exploration of sexuality that leans into eroticism, irony, and glamour. If you like films that spark conversation, take a date to the cinema or gather friends who don’t mind being challenged. Content warning: this one pushes boundaries, so check reviews and think about comfort levels before you book tickets.</w:t>
      </w:r>
      <w:r/>
    </w:p>
    <w:p>
      <w:pPr>
        <w:pStyle w:val="Heading2"/>
      </w:pPr>
      <w:r>
        <w:t>Cape Fear on Apple TV , Southern Gothic with a queer thread</w:t>
      </w:r>
      <w:r/>
    </w:p>
    <w:p>
      <w:r/>
      <w:r>
        <w:t>Apple TV’s Cape Fear remixes a familiar thriller into something darker and more beautiful, with Javier Bardem’s Max Cady prowling through sulphurous southern nights. The show’s cinematography has a tactile, oppressive sheen that pulls you in, and while the central story remains classic suspense, a subplot involving Natalie (played by Lily Collias) introduces questions about sexuality and secrecy. It’s the kind of prestige TV that rewards slow attention; you’ll notice the details, the way tension is built scene by scene. Fans of atmospheric drama should binge a few episodes in one sitting and let the dread settle in.</w:t>
      </w:r>
      <w:r/>
    </w:p>
    <w:p>
      <w:pPr>
        <w:pStyle w:val="Heading2"/>
      </w:pPr>
      <w:r>
        <w:t>Spider-Man: Brand New Day , found family under a familiar mask</w:t>
      </w:r>
      <w:r/>
    </w:p>
    <w:p>
      <w:r/>
      <w:r>
        <w:t>Spider-Man’s latest theatrical outing doesn’t change Peter Parker’s orientation, but it does double down on what makes him a perennial favourite for anyone who’s felt out of step with the world. The film emphasises isolation, identity, and the search for community , themes that resonate strongly with queer viewers who read themselves into superhero narratives. Reviews in outlets like The Week highlight how the movie crafts moments of quiet belonging amid the action, so if you’re after popcorn escapism that still feels emotionally satisfying, this one fits the bill. Bonus tip: a midnight screening with friends often heightens the communal vibe.</w:t>
      </w:r>
      <w:r/>
    </w:p>
    <w:p>
      <w:pPr>
        <w:pStyle w:val="Heading2"/>
      </w:pPr>
      <w:r>
        <w:t>X-Men ’97 Season 2 , mutant metaphors and new representation</w:t>
      </w:r>
      <w:r/>
    </w:p>
    <w:p>
      <w:r/>
      <w:r>
        <w:t>X-Men ’97 returns with its familiar mix of social commentary and mutant melodrama, and this season leans into representation in a way that feels natural rather than tokenistic. The show’s allegorical DNA has long made it fertile ground for queer readings, and the inclusion of Morph as a non-binary character gives modern viewers something explicit to hold onto. Disney+ subscribers who loved the original will find new layers here: sharper stakes, richer worldbuilding, and the same pulse on found-family dynamics. If you’re picking a series to marathon, X-Men ’97 offers both comfort and political bite.</w:t>
      </w:r>
      <w:r/>
    </w:p>
    <w:p>
      <w:pPr>
        <w:pStyle w:val="Heading2"/>
      </w:pPr>
      <w:r>
        <w:t>How to build the perfect queer summer watchlist</w:t>
      </w:r>
      <w:r/>
    </w:p>
    <w:p>
      <w:r/>
      <w:r>
        <w:t>Mix tones: slot a comforting romance between something intense and something silly to keep the mood varied. Check ratings and content notes before screening provocative films like I Want Your Sex, and pick a viewing context that suits you , theatre for impact, sofa for cuddles. Use double features: follow a heavy thriller with a light-hearted superhero film to decompress. And don’t forget accessibility: look for captions, audio description, and subtitle options so everyone can join.</w:t>
      </w:r>
      <w:r/>
    </w:p>
    <w:p>
      <w:r/>
      <w:r>
        <w:t>It’s a small change that can make every film night feel more deliberate and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1">
        <w:r>
          <w:rPr>
            <w:color w:val="0000EE"/>
            <w:u w:val="single"/>
          </w:rPr>
          <w:t>[4]</w:t>
        </w:r>
      </w:hyperlink>
      <w:r>
        <w:t xml:space="preserve">, </w:t>
      </w:r>
      <w:hyperlink r:id="rId13">
        <w:r>
          <w:rPr>
            <w:color w:val="0000EE"/>
            <w:u w:val="single"/>
          </w:rPr>
          <w:t>[5]</w:t>
        </w:r>
      </w:hyperlink>
      <w:r>
        <w:t xml:space="preserve">- Paragraph 4: </w:t>
      </w:r>
      <w:hyperlink r:id="rId14">
        <w:r>
          <w:rPr>
            <w:color w:val="0000EE"/>
            <w:u w:val="single"/>
          </w:rPr>
          <w:t>[6]</w:t>
        </w:r>
      </w:hyperlink>
      <w:r>
        <w:t xml:space="preserve">, </w:t>
      </w:r>
      <w:hyperlink r:id="rId15">
        <w:r>
          <w:rPr>
            <w:color w:val="0000EE"/>
            <w:u w:val="single"/>
          </w:rPr>
          <w:t>[7]</w:t>
        </w:r>
      </w:hyperlink>
      <w:r>
        <w:t xml:space="preserve">- Paragraph 5: </w:t>
      </w:r>
      <w:hyperlink r:id="rId14">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https://www.davidatlanta.com/now-slaying-your-queer-summer-viewing-guide/</w:t>
        </w:r>
      </w:hyperlink>
      <w:r>
        <w:t xml:space="preserve"> - Please view link - unable to able to access data</w:t>
      </w:r>
      <w:r/>
    </w:p>
    <w:p>
      <w:pPr>
        <w:pStyle w:val="ListNumber"/>
        <w:spacing w:line="240" w:lineRule="auto"/>
        <w:ind w:left="720"/>
      </w:pPr>
      <w:r/>
      <w:hyperlink r:id="rId10">
        <w:r>
          <w:rPr>
            <w:color w:val="0000EE"/>
            <w:u w:val="single"/>
          </w:rPr>
          <w:t>https://www.rottentomatoes.com/m/heartstopper_forever</w:t>
        </w:r>
      </w:hyperlink>
      <w:r>
        <w:t xml:space="preserve"> - 'Heartstopper Forever' is a Netflix film that continues the story of Nick and Charlie as they navigate the challenges of young adulthood and a long-distance relationship. The film has received positive reviews, with a 93% rating on Rotten Tomatoes, indicating strong approval from critics. The consensus highlights the film's heartfelt conclusion to the series, maintaining its identity and purpose of showcasing love in all forms. (</w:t>
      </w:r>
      <w:hyperlink r:id="rId16">
        <w:r>
          <w:rPr>
            <w:color w:val="0000EE"/>
            <w:u w:val="single"/>
          </w:rPr>
          <w:t>rottentomatoes.com</w:t>
        </w:r>
      </w:hyperlink>
      <w:r>
        <w:t>)</w:t>
      </w:r>
      <w:r/>
    </w:p>
    <w:p>
      <w:pPr>
        <w:pStyle w:val="ListNumber"/>
        <w:spacing w:line="240" w:lineRule="auto"/>
        <w:ind w:left="720"/>
      </w:pPr>
      <w:r/>
      <w:hyperlink r:id="rId12">
        <w:r>
          <w:rPr>
            <w:color w:val="0000EE"/>
            <w:u w:val="single"/>
          </w:rPr>
          <w:t>https://www.rottentomatoes.com/m/i_want_your_sex</w:t>
        </w:r>
      </w:hyperlink>
      <w:r>
        <w:t xml:space="preserve"> - 'I Want Your Sex' is a film directed by Gregg Araki, marking his return to filmmaking after a decade. The movie stars Olivia Wilde and Cooper Hoffman, exploring themes of sexuality, power dynamics, and personal liberation. It has received a 89% rating on Rotten Tomatoes, with critics praising the performances and the film's incisive commentary on carnality and connection. (</w:t>
      </w:r>
      <w:hyperlink r:id="rId17">
        <w:r>
          <w:rPr>
            <w:color w:val="0000EE"/>
            <w:u w:val="single"/>
          </w:rPr>
          <w:t>rottentomatoes.com</w:t>
        </w:r>
      </w:hyperlink>
      <w:r>
        <w:t>)</w:t>
      </w:r>
      <w:r/>
    </w:p>
    <w:p>
      <w:pPr>
        <w:pStyle w:val="ListNumber"/>
        <w:spacing w:line="240" w:lineRule="auto"/>
        <w:ind w:left="720"/>
      </w:pPr>
      <w:r/>
      <w:hyperlink r:id="rId11">
        <w:r>
          <w:rPr>
            <w:color w:val="0000EE"/>
            <w:u w:val="single"/>
          </w:rPr>
          <w:t>https://www.theguardian.com/film/2026/jan/24/i-want-your-sex-review-gregg-araki</w:t>
        </w:r>
      </w:hyperlink>
      <w:r>
        <w:t xml:space="preserve"> - In this review, 'I Want Your Sex' is described as a return to Gregg Araki's campy, dayglo roots, though the film is considered largely underwhelming. The review highlights Olivia Wilde's electric performance as a provocative artist, but notes that the film's energy doesn't fully match her presence. The film is seen as more suggestively cheeky than actually raunchy, with a runtime that feels longer than its 90 minutes. (</w:t>
      </w:r>
      <w:hyperlink r:id="rId18">
        <w:r>
          <w:rPr>
            <w:color w:val="0000EE"/>
            <w:u w:val="single"/>
          </w:rPr>
          <w:t>theguardian.com</w:t>
        </w:r>
      </w:hyperlink>
      <w:r>
        <w:t>)</w:t>
      </w:r>
      <w:r/>
    </w:p>
    <w:p>
      <w:pPr>
        <w:pStyle w:val="ListNumber"/>
        <w:spacing w:line="240" w:lineRule="auto"/>
        <w:ind w:left="720"/>
      </w:pPr>
      <w:r/>
      <w:hyperlink r:id="rId13">
        <w:r>
          <w:rPr>
            <w:color w:val="0000EE"/>
            <w:u w:val="single"/>
          </w:rPr>
          <w:t>https://www.newyorker.com/magazine/2026/08/03/i-want-your-sex-movie-review</w:t>
        </w:r>
      </w:hyperlink>
      <w:r>
        <w:t xml:space="preserve"> - This review discusses 'I Want Your Sex' as a film that opens up a cross-generational debate about carnal mores. The film stars Olivia Wilde as a sexually provocative artist who begins a B.D.S.M. relationship with her assistant, played by Cooper Hoffman. The review notes the film's generous helping of hot mess, with a stream of expletives, a jolt of violence, and what appears to be a corpse adrift in a Los Angeles swimming pool. (</w:t>
      </w:r>
      <w:hyperlink r:id="rId19">
        <w:r>
          <w:rPr>
            <w:color w:val="0000EE"/>
            <w:u w:val="single"/>
          </w:rPr>
          <w:t>newyorker.com</w:t>
        </w:r>
      </w:hyperlink>
      <w:r>
        <w:t>)</w:t>
      </w:r>
      <w:r/>
    </w:p>
    <w:p>
      <w:pPr>
        <w:pStyle w:val="ListNumber"/>
        <w:spacing w:line="240" w:lineRule="auto"/>
        <w:ind w:left="720"/>
      </w:pPr>
      <w:r/>
      <w:hyperlink r:id="rId14">
        <w:r>
          <w:rPr>
            <w:color w:val="0000EE"/>
            <w:u w:val="single"/>
          </w:rPr>
          <w:t>https://www.theweek.com/culture-life/film/film-reviews-spider-man-brand-new-day-and-i-want-your-sex</w:t>
        </w:r>
      </w:hyperlink>
      <w:r>
        <w:t xml:space="preserve"> - This article offers reviews of two contrasting films: 'Spider-Man: Brand New Day' and 'I Want Your Sex'. 'I Want Your Sex' is described as a return to Gregg Araki's campy, dayglo roots, though the film is considered largely underwhelming. The review highlights Olivia Wilde's electric performance as a provocative artist, but notes that the film's energy doesn't fully match her presence. (</w:t>
      </w:r>
      <w:hyperlink r:id="rId20">
        <w:r>
          <w:rPr>
            <w:color w:val="0000EE"/>
            <w:u w:val="single"/>
          </w:rPr>
          <w:t>theweek.com</w:t>
        </w:r>
      </w:hyperlink>
      <w:r>
        <w:t>)</w:t>
      </w:r>
      <w:r/>
    </w:p>
    <w:p>
      <w:pPr>
        <w:pStyle w:val="ListNumber"/>
        <w:spacing w:line="240" w:lineRule="auto"/>
        <w:ind w:left="720"/>
      </w:pPr>
      <w:r/>
      <w:hyperlink r:id="rId15">
        <w:r>
          <w:rPr>
            <w:color w:val="0000EE"/>
            <w:u w:val="single"/>
          </w:rPr>
          <w:t>https://www.thedailybeast.com/obsessed/i-want-your-sex-the-years-wildest-sex-scene-will-knock-your-socks-off/</w:t>
        </w:r>
      </w:hyperlink>
      <w:r>
        <w:t xml:space="preserve"> - This article highlights director Gregg Araki’s bold return to filmmaking with 'I Want Your Sex', his first movie in 12 years. The film centers on Elliot, a young man stuck in a passionless relationship with his girlfriend Minerva, who finds a new sense of sexual freedom and self-understanding after becoming a muse for Erika, a provocative artist. The performances, particularly from Cooper Hoffman and Olivia Wilde, are praised for their vulnerability and authenticity. (</w:t>
      </w:r>
      <w:hyperlink r:id="rId21">
        <w:r>
          <w:rPr>
            <w:color w:val="0000EE"/>
            <w:u w:val="single"/>
          </w:rPr>
          <w:t>thedailybeast.com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vidatlanta.com/now-slaying-your-queer-summer-viewing-guide/" TargetMode="External"/><Relationship Id="rId10" Type="http://schemas.openxmlformats.org/officeDocument/2006/relationships/hyperlink" Target="https://www.rottentomatoes.com/m/heartstopper_forever" TargetMode="External"/><Relationship Id="rId11" Type="http://schemas.openxmlformats.org/officeDocument/2006/relationships/hyperlink" Target="https://www.theguardian.com/film/2026/jan/24/i-want-your-sex-review-gregg-araki" TargetMode="External"/><Relationship Id="rId12" Type="http://schemas.openxmlformats.org/officeDocument/2006/relationships/hyperlink" Target="https://www.rottentomatoes.com/m/i_want_your_sex" TargetMode="External"/><Relationship Id="rId13" Type="http://schemas.openxmlformats.org/officeDocument/2006/relationships/hyperlink" Target="https://www.newyorker.com/magazine/2026/08/03/i-want-your-sex-movie-review" TargetMode="External"/><Relationship Id="rId14" Type="http://schemas.openxmlformats.org/officeDocument/2006/relationships/hyperlink" Target="https://www.theweek.com/culture-life/film/film-reviews-spider-man-brand-new-day-and-i-want-your-sex" TargetMode="External"/><Relationship Id="rId15" Type="http://schemas.openxmlformats.org/officeDocument/2006/relationships/hyperlink" Target="https://www.thedailybeast.com/obsessed/i-want-your-sex-the-years-wildest-sex-scene-will-knock-your-socks-off/" TargetMode="External"/><Relationship Id="rId16" Type="http://schemas.openxmlformats.org/officeDocument/2006/relationships/hyperlink" Target="https://www.rottentomatoes.com/m/heartstopper_forever?utm_source=openai" TargetMode="External"/><Relationship Id="rId17" Type="http://schemas.openxmlformats.org/officeDocument/2006/relationships/hyperlink" Target="https://www.rottentomatoes.com/m/i_want_your_sex?utm_source=openai" TargetMode="External"/><Relationship Id="rId18" Type="http://schemas.openxmlformats.org/officeDocument/2006/relationships/hyperlink" Target="https://www.theguardian.com/film/2026/jan/24/i-want-your-sex-review-gregg-araki?utm_source=openai" TargetMode="External"/><Relationship Id="rId19" Type="http://schemas.openxmlformats.org/officeDocument/2006/relationships/hyperlink" Target="https://www.newyorker.com/magazine/2026/08/03/i-want-your-sex-movie-review?utm_source=openai" TargetMode="External"/><Relationship Id="rId20" Type="http://schemas.openxmlformats.org/officeDocument/2006/relationships/hyperlink" Target="https://theweek.com/culture-life/film/film-reviews-spider-man-brand-new-day-and-i-want-your-sex?utm_source=openai" TargetMode="External"/><Relationship Id="rId21" Type="http://schemas.openxmlformats.org/officeDocument/2006/relationships/hyperlink" Target="https://www.thedailybeast.com/obsessed/i-want-your-sex-the-years-wildest-sex-scene-will-knock-your-socks-off/?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