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Beach Reads for Summer 2026: Top LGBTQIA+ Books to Try Now</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turning to vibrant queer stories this summer, and readers across the UK are snapping up novels that feel both joyful and necessary; here’s a lively pick of forthcoming and recent LGBTQIA+ books to tuck into on holiday, from sapphic rom-coms to eerie trans horror.</w:t>
      </w:r>
      <w:r/>
    </w:p>
    <w:p>
      <w:r/>
      <w:r>
        <w:t>Essential Takeaways</w:t>
      </w:r>
      <w:r/>
      <w:r/>
    </w:p>
    <w:p>
      <w:pPr>
        <w:pStyle w:val="ListBullet"/>
        <w:spacing w:line="240" w:lineRule="auto"/>
        <w:ind w:left="720"/>
      </w:pPr>
      <w:r/>
      <w:r>
        <w:rPr>
          <w:b/>
        </w:rPr>
        <w:t>Feel-good pick:</w:t>
      </w:r>
      <w:r>
        <w:t xml:space="preserve"> The Perfect Match by Adiba Jaigirdar is a sapphic sports romance with a playful rivalry vibe and warm, emotional pay-off. </w:t>
      </w:r>
      <w:r/>
    </w:p>
    <w:p>
      <w:pPr>
        <w:pStyle w:val="ListBullet"/>
        <w:spacing w:line="240" w:lineRule="auto"/>
        <w:ind w:left="720"/>
      </w:pPr>
      <w:r/>
      <w:r>
        <w:rPr>
          <w:b/>
        </w:rPr>
        <w:t>Slow-burn favourite:</w:t>
      </w:r>
      <w:r>
        <w:t xml:space="preserve"> Almost Life by Kiran Millwood Hargrave offers a quiet, decades-spanning love story with a strong sense of place and queer history. </w:t>
      </w:r>
      <w:r/>
    </w:p>
    <w:p>
      <w:pPr>
        <w:pStyle w:val="ListBullet"/>
        <w:spacing w:line="240" w:lineRule="auto"/>
        <w:ind w:left="720"/>
      </w:pPr>
      <w:r/>
      <w:r>
        <w:rPr>
          <w:b/>
        </w:rPr>
        <w:t>Nostalgic, millennial energy:</w:t>
      </w:r>
      <w:r>
        <w:t xml:space="preserve"> Long Island Girls by Gabrielle Korn serves up Indie Sleaze atmosphere and Gen Y longing, perfect for sunlit afternoons. </w:t>
      </w:r>
      <w:r/>
    </w:p>
    <w:p>
      <w:pPr>
        <w:pStyle w:val="ListBullet"/>
        <w:spacing w:line="240" w:lineRule="auto"/>
        <w:ind w:left="720"/>
      </w:pPr>
      <w:r/>
      <w:r>
        <w:rPr>
          <w:b/>
        </w:rPr>
        <w:t>Sharp satire:</w:t>
      </w:r>
      <w:r>
        <w:t xml:space="preserve"> Fruit Fly by Josh Silver is loud, messy and memorable , a novel that stays with you thanks to its flawed, surprising protagonist. </w:t>
      </w:r>
      <w:r/>
    </w:p>
    <w:p>
      <w:pPr>
        <w:pStyle w:val="ListBullet"/>
        <w:spacing w:line="240" w:lineRule="auto"/>
        <w:ind w:left="720"/>
      </w:pPr>
      <w:r/>
      <w:r>
        <w:rPr>
          <w:b/>
        </w:rPr>
        <w:t>Chill-and-thrill:</w:t>
      </w:r>
      <w:r>
        <w:t xml:space="preserve"> Herculine by Grace Byron blends trans-centred life writing with horror, delivering a haunting, unsettling read. </w:t>
      </w:r>
      <w:r/>
    </w:p>
    <w:p>
      <w:pPr>
        <w:pStyle w:val="ListBullet"/>
        <w:spacing w:line="240" w:lineRule="auto"/>
        <w:ind w:left="720"/>
      </w:pPr>
      <w:r/>
      <w:r>
        <w:rPr>
          <w:b/>
        </w:rPr>
        <w:t>Graphic comfort:</w:t>
      </w:r>
      <w:r>
        <w:t xml:space="preserve"> Heartstopper Volume 6 by Alice Oseman closes a beloved series with warmth and wholesome queer joy; easy to read and hard to forget.</w:t>
      </w:r>
      <w:r/>
      <w:r/>
    </w:p>
    <w:p>
      <w:pPr>
        <w:pStyle w:val="Heading2"/>
      </w:pPr>
      <w:r>
        <w:t>Why a sapphic sports rom-com is this summer’s guilty pleasure</w:t>
      </w:r>
      <w:r/>
    </w:p>
    <w:p>
      <w:r/>
      <w:r>
        <w:t>There’s something delicious about seeing romance and rivalry collide on the pitch, and Adiba Jaigirdar’s latest knocks that formula out of the park. The story centres on two coaches who once dated as teens and now lead opposing football teams; the tension is both physical and emotional, which makes for a satisfying, tactile read. Fans of rom-com beats will appreciate the payoff, while anyone who enjoys character-driven, hopeful queer stories will find it an easy, sunny companion for travel or park reading. If you like to match book length to your trip, this one reads briskly and leaves you smiling.</w:t>
      </w:r>
      <w:r/>
    </w:p>
    <w:p>
      <w:pPr>
        <w:pStyle w:val="Heading2"/>
      </w:pPr>
      <w:r>
        <w:t>Almost Life: a slow-burn that lingers</w:t>
      </w:r>
      <w:r/>
    </w:p>
    <w:p>
      <w:r/>
      <w:r>
        <w:t>Kiran Millwood Hargrave turns her lyricism to a decades-long love story that unfurls with the unhurried feeling of a summer that lasts. An 18-year-old meets an older French woman, and their lives knot and unknot over years; the prose is careful and observant, and the novel carries a strong sense of queer history and chosen family. It’s the kind of book you savour on long train rides or in the quiet of an evening when the light softens. Read it if you enjoy novels that privilege interiority and the weight of small, accumulating moments.</w:t>
      </w:r>
      <w:r/>
    </w:p>
    <w:p>
      <w:pPr>
        <w:pStyle w:val="Heading2"/>
      </w:pPr>
      <w:r>
        <w:t>Long Island Girls: nostalgia dipped in Indie Sleaze</w:t>
      </w:r>
      <w:r/>
    </w:p>
    <w:p>
      <w:r/>
      <w:r>
        <w:t>Gabrielle Korn’s newest book is a time capsule for millennials, full of the particular ache and style of a generation. Where her earlier climate-fiction works were dystopian and urgent, this one leans into young love, belonging and cultural mood , think mixtapes, late-night diners and the ache of growing up in a changing world. It’s buzzy and intimate at once, making it a good match if you want something that feels both familiar and slightly wild while you’re sunbathing or easing into a holiday routine.</w:t>
      </w:r>
      <w:r/>
    </w:p>
    <w:p>
      <w:pPr>
        <w:pStyle w:val="Heading2"/>
      </w:pPr>
      <w:r>
        <w:t>Fruit Fly: messy, unlikable, and brilliant</w:t>
      </w:r>
      <w:r/>
    </w:p>
    <w:p>
      <w:r/>
      <w:r>
        <w:t>Satire that stings is a rare treat, and Josh Silver’s Fruit Fly delivers a protagonist you’ll love to argue with. The novel delights in its own imperfections; the lead is complex, often exasperating, and entirely human. If you want a book that provokes conversation , the kind you’ll debate with friends over drinks , this is it. It’s also a reminder that queer fiction doesn’t always have to be tidy to feel true.</w:t>
      </w:r>
      <w:r/>
    </w:p>
    <w:p>
      <w:pPr>
        <w:pStyle w:val="Heading2"/>
      </w:pPr>
      <w:r>
        <w:t>Herculine: horror with a trans-centred heart</w:t>
      </w:r>
      <w:r/>
    </w:p>
    <w:p>
      <w:r/>
      <w:r>
        <w:t>Grace Byron’s Herculine quietly upends expectations for trans narratives by leaning into horror textures without losing emotional honesty. The setup , an all-trans girl commune, arriving protagonist, and a past relationship that still hums with toxicity , creates a tense, eerie atmosphere. Read this one if you like your beach reading to oscillate between comfort and chill, or if you’re in the mood for a book that uses genre to probe trauma, community and survival.</w:t>
      </w:r>
      <w:r/>
    </w:p>
    <w:p>
      <w:pPr>
        <w:pStyle w:val="Heading2"/>
      </w:pPr>
      <w:r>
        <w:t>Heartstopper Volume 6: wholesome, comforting, and essential</w:t>
      </w:r>
      <w:r/>
    </w:p>
    <w:p>
      <w:r/>
      <w:r>
        <w:t>Alice Oseman’s graphic series has become a cultural touchstone for a generation, and the sixth volume wraps the arc with the same warm, earnest tone that made the books famous. The panels are bright, the pacing gentle, and the emotional beats hit with reassuring sincerity , perfect if you want something easy to pick up between other reads or to re-read while you sip tea. The series also makes a great introduction for readers who prefer illustrated storytelling or who want a lighter counterpoint to denser novels.</w:t>
      </w:r>
      <w:r/>
    </w:p>
    <w:p>
      <w:pPr>
        <w:pStyle w:val="Heading2"/>
      </w:pPr>
      <w:r>
        <w:t>How to choose your perfect queer summer read</w:t>
      </w:r>
      <w:r/>
    </w:p>
    <w:p>
      <w:r/>
      <w:r>
        <w:t>Match mood to moment: pick rom-coms for daytime sun, slow-burn novels for long evenings, satire for lively discussion and horror for shadowy twilight. Consider format too , graphic novels travel well and are quick to finish, while slow-burn paperbacks reward longer stretches of attention. If you’re packing light, go for a compact paperback or an e-book; if you want something to keep on your shelf, pick a beautifully bound edition that feels like a souvenir.</w:t>
      </w:r>
      <w:r/>
    </w:p>
    <w:p>
      <w:r/>
      <w:r>
        <w:t>It’s a small change that can make every reading hour feel more personal.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0">
        <w:r>
          <w:rPr>
            <w:color w:val="0000EE"/>
            <w:u w:val="single"/>
          </w:rPr>
          <w:t>[2]</w:t>
        </w:r>
      </w:hyperlink>
      <w:r>
        <w:t xml:space="preserve">, </w:t>
      </w:r>
      <w:hyperlink r:id="rId12">
        <w:r>
          <w:rPr>
            <w:color w:val="0000EE"/>
            <w:u w:val="single"/>
          </w:rPr>
          <w:t>[3]</w:t>
        </w:r>
      </w:hyperlink>
      <w:r>
        <w:t xml:space="preserve">- Paragraph 3: </w:t>
      </w:r>
      <w:hyperlink r:id="rId13">
        <w:r>
          <w:rPr>
            <w:color w:val="0000EE"/>
            <w:u w:val="single"/>
          </w:rPr>
          <w:t>[4]</w:t>
        </w:r>
      </w:hyperlink>
      <w:r>
        <w:t xml:space="preserve">, </w:t>
      </w:r>
      <w:hyperlink r:id="rId14">
        <w:r>
          <w:rPr>
            <w:color w:val="0000EE"/>
            <w:u w:val="single"/>
          </w:rPr>
          <w:t>[5]</w:t>
        </w:r>
      </w:hyperlink>
      <w:r>
        <w:t xml:space="preserve">- Paragraph 4: </w:t>
      </w:r>
      <w:hyperlink r:id="rId15">
        <w:r>
          <w:rPr>
            <w:color w:val="0000EE"/>
            <w:u w:val="single"/>
          </w:rPr>
          <w:t>[6]</w:t>
        </w:r>
      </w:hyperlink>
      <w:r>
        <w:t xml:space="preserve">, </w:t>
      </w:r>
      <w:hyperlink r:id="rId11">
        <w:r>
          <w:rPr>
            <w:color w:val="0000EE"/>
            <w:u w:val="single"/>
          </w:rPr>
          <w:t>[7]</w:t>
        </w:r>
      </w:hyperlink>
      <w:r>
        <w:t xml:space="preserve">- Paragraph 5: </w:t>
      </w:r>
      <w:hyperlink r:id="rId10">
        <w:r>
          <w:rPr>
            <w:color w:val="0000EE"/>
            <w:u w:val="single"/>
          </w:rPr>
          <w:t>[2]</w:t>
        </w:r>
      </w:hyperlink>
      <w:r>
        <w:t xml:space="preserve">, </w:t>
      </w:r>
      <w:hyperlink r:id="rId12">
        <w:r>
          <w:rPr>
            <w:color w:val="0000EE"/>
            <w:u w:val="single"/>
          </w:rPr>
          <w:t>[3]</w:t>
        </w:r>
      </w:hyperlink>
      <w:r>
        <w:t xml:space="preserve">- Paragraph 6: </w:t>
      </w:r>
      <w:hyperlink r:id="rId13">
        <w:r>
          <w:rPr>
            <w:color w:val="0000EE"/>
            <w:u w:val="single"/>
          </w:rPr>
          <w:t>[4]</w:t>
        </w:r>
      </w:hyperlink>
      <w:r>
        <w:t xml:space="preserve">, </w:t>
      </w:r>
      <w:hyperlink r:id="rId14">
        <w:r>
          <w:rPr>
            <w:color w:val="0000EE"/>
            <w:u w:val="single"/>
          </w:rPr>
          <w:t>[5]</w:t>
        </w:r>
      </w:hyperlink>
      <w:r>
        <w:t xml:space="preserve">- Paragraph 7: </w:t>
      </w:r>
      <w:hyperlink r:id="rId15">
        <w:r>
          <w:rPr>
            <w:color w:val="0000EE"/>
            <w:u w:val="single"/>
          </w:rPr>
          <w:t>[6]</w:t>
        </w:r>
      </w:hyperlink>
      <w:r>
        <w:t xml:space="preserve">, </w:t>
      </w:r>
      <w:hyperlink r:id="rId11">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https://diva-magazine.com/2026/08/06/queer-books-summer-2026/?utm_source=rss&amp;utm_medium=rss&amp;utm_campaign=queer-books-summer-2026</w:t>
        </w:r>
      </w:hyperlink>
      <w:r>
        <w:t xml:space="preserve"> - Please view link - unable to able to access data</w:t>
      </w:r>
      <w:r/>
    </w:p>
    <w:p>
      <w:pPr>
        <w:pStyle w:val="ListNumber"/>
        <w:spacing w:line="240" w:lineRule="auto"/>
        <w:ind w:left="720"/>
      </w:pPr>
      <w:r/>
      <w:hyperlink r:id="rId10">
        <w:r>
          <w:rPr>
            <w:color w:val="0000EE"/>
            <w:u w:val="single"/>
          </w:rPr>
          <w:t>https://www.waterstones.com/book/heartstopper-volume-6/alice-oseman/9781444974881</w:t>
        </w:r>
      </w:hyperlink>
      <w:r>
        <w:t xml:space="preserve"> - Waterstones presents 'Heartstopper Volume 6' by Alice Oseman, the final installment in the bestselling LGBTQ+ graphic novel series. The story follows Nick and Charlie as they navigate the challenges of young love and impending adulthood. The book is available in paperback for £12.99, with free UK delivery on orders over £25. The publication date is 2 July 2026, and the ISBN is 9781444974881.</w:t>
      </w:r>
      <w:r/>
    </w:p>
    <w:p>
      <w:pPr>
        <w:pStyle w:val="ListNumber"/>
        <w:spacing w:line="240" w:lineRule="auto"/>
        <w:ind w:left="720"/>
      </w:pPr>
      <w:r/>
      <w:hyperlink r:id="rId12">
        <w:r>
          <w:rPr>
            <w:color w:val="0000EE"/>
            <w:u w:val="single"/>
          </w:rPr>
          <w:t>https://www.commonsensemedia.org/book-reviews/heartstopper-volume-6</w:t>
        </w:r>
      </w:hyperlink>
      <w:r>
        <w:t xml:space="preserve"> - Common Sense Media provides a review of 'Heartstopper: Volume 6' by Alice Oseman, highlighting its focus on emotional growth and the challenges of young love. The book is recommended for readers aged 14 and above, with themes including romance, mental health, and self-discovery. The review notes the series' positive messages and diverse representations, with a publication date of July 7, 2026.</w:t>
      </w:r>
      <w:r/>
    </w:p>
    <w:p>
      <w:pPr>
        <w:pStyle w:val="ListNumber"/>
        <w:spacing w:line="240" w:lineRule="auto"/>
        <w:ind w:left="720"/>
      </w:pPr>
      <w:r/>
      <w:hyperlink r:id="rId13">
        <w:r>
          <w:rPr>
            <w:color w:val="0000EE"/>
            <w:u w:val="single"/>
          </w:rPr>
          <w:t>https://www.goodreads.com/book/show/239320032-heartstopper-6</w:t>
        </w:r>
      </w:hyperlink>
      <w:r>
        <w:t xml:space="preserve"> - Goodreads features 'Heartstopper Volume 6' by Alice Oseman, the concluding chapter of the series. The book has a 4.62 rating based on 25,130 ratings and 5,584 reviews. Readers express excitement and anticipation for the final installment, with many sharing their thoughts and reviews on the platform.</w:t>
      </w:r>
      <w:r/>
    </w:p>
    <w:p>
      <w:pPr>
        <w:pStyle w:val="ListNumber"/>
        <w:spacing w:line="240" w:lineRule="auto"/>
        <w:ind w:left="720"/>
      </w:pPr>
      <w:r/>
      <w:hyperlink r:id="rId14">
        <w:r>
          <w:rPr>
            <w:color w:val="0000EE"/>
            <w:u w:val="single"/>
          </w:rPr>
          <w:t>https://www.swooon.com/book/heartstopper-volume-6/</w:t>
        </w:r>
      </w:hyperlink>
      <w:r>
        <w:t xml:space="preserve"> - Swooon provides information on 'Heartstopper Vol. 6' by Alice Oseman, a young adult romance published on July 2, 2026. The book explores the challenges Nick and Charlie face as they prepare for university and the uncertainties of young love. The story is described as a tender and bittersweet conclusion to the series, with themes of first love and personal growth.</w:t>
      </w:r>
      <w:r/>
    </w:p>
    <w:p>
      <w:pPr>
        <w:pStyle w:val="ListNumber"/>
        <w:spacing w:line="240" w:lineRule="auto"/>
        <w:ind w:left="720"/>
      </w:pPr>
      <w:r/>
      <w:hyperlink r:id="rId15">
        <w:r>
          <w:rPr>
            <w:color w:val="0000EE"/>
            <w:u w:val="single"/>
          </w:rPr>
          <w:t>https://www.easons.com/heartstopper-vol6-alice-oseman-9781444974881</w:t>
        </w:r>
      </w:hyperlink>
      <w:r>
        <w:t xml:space="preserve"> - Easons offers 'Heartstopper Vol. 6' by Alice Oseman, the final chapter in the series. The book delves into Nick and Charlie's journey as they face the challenges of growing up and the uncertainties of young love. The publication date is July 2, 2026, and the ISBN is 9781444974881. The book is available for €14.99, with free delivery from July 28.</w:t>
      </w:r>
      <w:r/>
    </w:p>
    <w:p>
      <w:pPr>
        <w:pStyle w:val="ListNumber"/>
        <w:spacing w:line="240" w:lineRule="auto"/>
        <w:ind w:left="720"/>
      </w:pPr>
      <w:r/>
      <w:hyperlink r:id="rId11">
        <w:r>
          <w:rPr>
            <w:color w:val="0000EE"/>
            <w:u w:val="single"/>
          </w:rPr>
          <w:t>https://www.tzum.info/2026/07/strips-alice-oseman-heartstopper-deel-6/</w:t>
        </w:r>
      </w:hyperlink>
      <w:r>
        <w:t xml:space="preserve"> - Tzum provides a review of 'Heartstopper Deel 6' by Alice Oseman, the final installment in the series. The story follows Nick and Charlie as they navigate the challenges of young love and impending adulthood. The review notes the book's focus on themes of mental health and self-discovery, with a publication date of July 14, 2026.</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diva-magazine.com/2026/08/06/queer-books-summer-2026/?utm_source=rss&amp;utm_medium=rss&amp;utm_campaign=queer-books-summer-2026" TargetMode="External"/><Relationship Id="rId10" Type="http://schemas.openxmlformats.org/officeDocument/2006/relationships/hyperlink" Target="https://www.waterstones.com/book/heartstopper-volume-6/alice-oseman/9781444974881" TargetMode="External"/><Relationship Id="rId11" Type="http://schemas.openxmlformats.org/officeDocument/2006/relationships/hyperlink" Target="https://www.tzum.info/2026/07/strips-alice-oseman-heartstopper-deel-6/" TargetMode="External"/><Relationship Id="rId12" Type="http://schemas.openxmlformats.org/officeDocument/2006/relationships/hyperlink" Target="https://www.commonsensemedia.org/book-reviews/heartstopper-volume-6" TargetMode="External"/><Relationship Id="rId13" Type="http://schemas.openxmlformats.org/officeDocument/2006/relationships/hyperlink" Target="https://www.goodreads.com/book/show/239320032-heartstopper-6" TargetMode="External"/><Relationship Id="rId14" Type="http://schemas.openxmlformats.org/officeDocument/2006/relationships/hyperlink" Target="https://www.swooon.com/book/heartstopper-volume-6/" TargetMode="External"/><Relationship Id="rId15" Type="http://schemas.openxmlformats.org/officeDocument/2006/relationships/hyperlink" Target="https://www.easons.com/heartstopper-vol6-alice-oseman-978144497488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