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Picnic and Ball Moments at Marsha P. Johnson State Park This Year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joy turned out: hundreds gathered at Marsha P. Johnson State Park for the NY/NJ Ballroom Alliance and New Pride Agenda’s annual BBQ and ball, a sunlit afternoon of performances, games, and community that underlined why inclusive outdoor Pride events matter.</w:t>
      </w:r>
      <w:r/>
    </w:p>
    <w:p>
      <w:r/>
      <w:r>
        <w:t>Essential Takeaways</w:t>
      </w:r>
      <w:r/>
      <w:r/>
    </w:p>
    <w:p>
      <w:pPr>
        <w:pStyle w:val="ListBullet"/>
        <w:spacing w:line="240" w:lineRule="auto"/>
        <w:ind w:left="720"/>
      </w:pPr>
      <w:r/>
      <w:r>
        <w:rPr>
          <w:b/>
        </w:rPr>
        <w:t>Big turnout:</w:t>
      </w:r>
      <w:r>
        <w:t xml:space="preserve"> Hundreds attended the hours-long BBQ and ball, creating a lively, festival-like atmosphere.</w:t>
      </w:r>
      <w:r/>
    </w:p>
    <w:p>
      <w:pPr>
        <w:pStyle w:val="ListBullet"/>
        <w:spacing w:line="240" w:lineRule="auto"/>
        <w:ind w:left="720"/>
      </w:pPr>
      <w:r/>
      <w:r>
        <w:rPr>
          <w:b/>
        </w:rPr>
        <w:t>Ballroom spotlight:</w:t>
      </w:r>
      <w:r>
        <w:t xml:space="preserve"> Local houses staged performances on a central stage, with decorated tables showing off house pride and style.</w:t>
      </w:r>
      <w:r/>
    </w:p>
    <w:p>
      <w:pPr>
        <w:pStyle w:val="ListBullet"/>
        <w:spacing w:line="240" w:lineRule="auto"/>
        <w:ind w:left="720"/>
      </w:pPr>
      <w:r/>
      <w:r>
        <w:rPr>
          <w:b/>
        </w:rPr>
        <w:t>Family-friendly:</w:t>
      </w:r>
      <w:r>
        <w:t xml:space="preserve"> Youth activities and picnic seating made the event feel welcoming and easy to enjoy.</w:t>
      </w:r>
      <w:r/>
    </w:p>
    <w:p>
      <w:pPr>
        <w:pStyle w:val="ListBullet"/>
        <w:spacing w:line="240" w:lineRule="auto"/>
        <w:ind w:left="720"/>
      </w:pPr>
      <w:r/>
      <w:r>
        <w:rPr>
          <w:b/>
        </w:rPr>
        <w:t>Park setting:</w:t>
      </w:r>
      <w:r>
        <w:t xml:space="preserve"> The gathering used Marsha P. Johnson State Park’s open space and new park features for an accessible outdoor celebration.</w:t>
      </w:r>
      <w:r/>
    </w:p>
    <w:p>
      <w:pPr>
        <w:pStyle w:val="ListBullet"/>
        <w:spacing w:line="240" w:lineRule="auto"/>
        <w:ind w:left="720"/>
      </w:pPr>
      <w:r/>
      <w:r>
        <w:rPr>
          <w:b/>
        </w:rPr>
        <w:t>Good vibes:</w:t>
      </w:r>
      <w:r>
        <w:t xml:space="preserve"> The event blended ritual and party , ceremonial voguing, friendly games, and communal food.</w:t>
      </w:r>
      <w:r/>
      <w:r/>
    </w:p>
    <w:p>
      <w:pPr>
        <w:pStyle w:val="Heading2"/>
      </w:pPr>
      <w:r>
        <w:t>A sunlit stage for the ballroom community</w:t>
      </w:r>
      <w:r/>
    </w:p>
    <w:p>
      <w:r/>
      <w:r>
        <w:t>The strongest image from the day was simple: a packed grassy stretch, people leaning into the music while performers owned the stage with dramatic, athletic moves. According to attendees, the park’s natural light and breezy, open layout made the performances feel bigger and more social than a cramped indoor show. Houses from across the city decorated tables in signature colours and fabrics, which turned the picnic area into a runway-meets-reunion. If you’re going to a future outdoor ball, bring a low chair, a small umbrella for shade and a camera , your phone will want to remember the looks.</w:t>
      </w:r>
      <w:r/>
    </w:p>
    <w:p>
      <w:pPr>
        <w:pStyle w:val="Heading2"/>
      </w:pPr>
      <w:r>
        <w:t>How the event brings people together</w:t>
      </w:r>
      <w:r/>
    </w:p>
    <w:p>
      <w:r/>
      <w:r>
        <w:t>This BBQ and ball has become a summer ritual where ballroom culture and broader LGBTQ communities meet up, catch up, and celebrate collectively. Organisers scheduled the get-together from mid-afternoon into early evening so families and night owls could both take part, and the mix of performances, games for youth and relaxed socialising made it genuinely multi-generational. It’s an important counterpoint to parades and club nights, offering a slower, conversational way to enjoy Pride. For those planning to host similar gatherings, staggered programming and a central stage keep energy moving without exhausting performers or guests.</w:t>
      </w:r>
      <w:r/>
    </w:p>
    <w:p>
      <w:pPr>
        <w:pStyle w:val="Heading2"/>
      </w:pPr>
      <w:r>
        <w:t>Marsha P. Johnson State Park as a fitting backdrop</w:t>
      </w:r>
      <w:r/>
    </w:p>
    <w:p>
      <w:r/>
      <w:r>
        <w:t>The choice of Marsha P. Johnson State Park is meaningful and practical; the park’s open expanse and recently improved entrances and amenities make it well suited for civic and cultural events. Visitors noted the park’s easy access and family-friendly feel, and the shaded picnic tables encouraged small-group conversation between sets. City and state attention to the park’s facilities means organisers can plan bigger, more accessible events here, and anyone organising a community barbecue should consider permits, clear signage and an obvious schedule of acts to keep everyone oriented.</w:t>
      </w:r>
      <w:r/>
    </w:p>
    <w:p>
      <w:pPr>
        <w:pStyle w:val="Heading2"/>
      </w:pPr>
      <w:r>
        <w:t>Why ballroom culture still matters in public spaces</w:t>
      </w:r>
      <w:r/>
    </w:p>
    <w:p>
      <w:r/>
      <w:r>
        <w:t>Ball culture has always been about more than competition , it’s a place to rehearse identity, find chosen family and show up for one another. Seeing houses transform picnic tables into mini-stages reminded people how ballroom’s creative energy translates to everyday spaces. Events like this reaffirm that queer culture belongs in public parks, not just clubs or museums. If you’re curious about ballroom, arrive early to watch informal dress rehearsals and stay late to talk with house members; they’re often generous with stories and tips for first-time voguers.</w:t>
      </w:r>
      <w:r/>
    </w:p>
    <w:p>
      <w:pPr>
        <w:pStyle w:val="Heading2"/>
      </w:pPr>
      <w:r>
        <w:t>Practical tips for attending outdoor Pride balls</w:t>
      </w:r>
      <w:r/>
    </w:p>
    <w:p>
      <w:r/>
      <w:r>
        <w:t>Plan for weather: a lightweight sun hat and sunscreen will keep you comfortable during afternoon sets. Bring cash or contactless pay for food and any stall donations, and pack a tote for swag and flyers. If you’re bringing kids, scout the youth game area first so they can jump straight into fun. Finally, respect performance space etiquette , applause and cheers are great, but give performers room and stay off the stage unless invited.</w:t>
      </w:r>
      <w:r/>
    </w:p>
    <w:p>
      <w:r/>
      <w:r>
        <w:t>It's a small change that can make every public Pride moment feel safer and more joyful.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2">
        <w:r>
          <w:rPr>
            <w:color w:val="0000EE"/>
            <w:u w:val="single"/>
          </w:rPr>
          <w:t>[6]</w:t>
        </w:r>
      </w:hyperlink>
      <w:r>
        <w:t xml:space="preserve">- Paragraph 3: </w:t>
      </w:r>
      <w:hyperlink r:id="rId13">
        <w:r>
          <w:rPr>
            <w:color w:val="0000EE"/>
            <w:u w:val="single"/>
          </w:rPr>
          <w:t>[3]</w:t>
        </w:r>
      </w:hyperlink>
      <w:r>
        <w:t xml:space="preserve">, </w:t>
      </w:r>
      <w:hyperlink r:id="rId14">
        <w:r>
          <w:rPr>
            <w:color w:val="0000EE"/>
            <w:u w:val="single"/>
          </w:rPr>
          <w:t>[5]</w:t>
        </w:r>
      </w:hyperlink>
      <w:r>
        <w:t xml:space="preserve">- Paragraph 4: </w:t>
      </w:r>
      <w:hyperlink r:id="rId9">
        <w:r>
          <w:rPr>
            <w:color w:val="0000EE"/>
            <w:u w:val="single"/>
          </w:rPr>
          <w:t>[1]</w:t>
        </w:r>
      </w:hyperlink>
      <w:r>
        <w:t xml:space="preserve">, </w:t>
      </w:r>
      <w:hyperlink r:id="rId12">
        <w:r>
          <w:rPr>
            <w:color w:val="0000EE"/>
            <w:u w:val="single"/>
          </w:rPr>
          <w:t>[6]</w:t>
        </w:r>
      </w:hyperlink>
      <w:r>
        <w:t xml:space="preserve">- Paragraph 5: </w:t>
      </w:r>
      <w:hyperlink r:id="rId9">
        <w:r>
          <w:rPr>
            <w:color w:val="0000EE"/>
            <w:u w:val="single"/>
          </w:rPr>
          <w:t>[1]</w:t>
        </w:r>
      </w:hyperlink>
      <w:r>
        <w:t xml:space="preserve">, </w:t>
      </w:r>
      <w:hyperlink r:id="rId11">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https://gaycitynews.com/ny-nj-ballroom-alliance-new-pride-agenda-bbq-ball/</w:t>
        </w:r>
      </w:hyperlink>
      <w:r>
        <w:t xml:space="preserve"> - Please view link - unable to able to access data</w:t>
      </w:r>
      <w:r/>
    </w:p>
    <w:p>
      <w:pPr>
        <w:pStyle w:val="ListNumber"/>
        <w:spacing w:line="240" w:lineRule="auto"/>
        <w:ind w:left="720"/>
      </w:pPr>
      <w:r/>
      <w:hyperlink r:id="rId10">
        <w:r>
          <w:rPr>
            <w:color w:val="0000EE"/>
            <w:u w:val="single"/>
          </w:rPr>
          <w:t>https://www.governor.ny.gov/news/governor-hochul-unveils-new-entrance-gateway-marsha-p-johnson-state-park</w:t>
        </w:r>
      </w:hyperlink>
      <w:r>
        <w:t xml:space="preserve"> - In August 2023, Governor Kathy Hochul announced the completion of a new ornamental gateway at Marsha P. Johnson State Park in Brooklyn. The gateway, located at the Kent Avenue/North Eighth Street entrance, features floral decorations and the phrase "Pay it no mind," reflecting Johnson's legacy. This initiative aims to honour Johnson's contributions to the LGBTQ+ civil rights movement and enhance the park's appeal to visitors. The project complements the park's existing amenities and provides a welcoming entrance for all who visit.</w:t>
      </w:r>
      <w:r/>
    </w:p>
    <w:p>
      <w:pPr>
        <w:pStyle w:val="ListNumber"/>
        <w:spacing w:line="240" w:lineRule="auto"/>
        <w:ind w:left="720"/>
      </w:pPr>
      <w:r/>
      <w:hyperlink r:id="rId13">
        <w:r>
          <w:rPr>
            <w:color w:val="0000EE"/>
            <w:u w:val="single"/>
          </w:rPr>
          <w:t>https://parks.ny.gov/visit/state-parks/marsha-p-johnson-state-park-east-river-state-park</w:t>
        </w:r>
      </w:hyperlink>
      <w:r>
        <w:t xml:space="preserve"> - Marsha P. Johnson State Park, formerly known as East River State Park, is located along the East River in Brooklyn, New York. The park offers stunning views of the Manhattan skyline and features a playground, picnic areas, and a dog run. It is open daily from 7:00 a.m. to 10:00 p.m. The park is accessible by foot, bicycle, and public transportation, with street parking available in the surrounding neighborhood. Entrance is free, and all public programming and amenities are also free of charge.</w:t>
      </w:r>
      <w:r/>
    </w:p>
    <w:p>
      <w:pPr>
        <w:pStyle w:val="ListNumber"/>
        <w:spacing w:line="240" w:lineRule="auto"/>
        <w:ind w:left="720"/>
      </w:pPr>
      <w:r/>
      <w:hyperlink r:id="rId11">
        <w:r>
          <w:rPr>
            <w:color w:val="0000EE"/>
            <w:u w:val="single"/>
          </w:rPr>
          <w:t>https://greenpointers.com/2023/08/24/marsha-p-johnson-state-park-celebrates-the-trailblazers-birthday-with-events-and-a-new-entrance/</w:t>
        </w:r>
      </w:hyperlink>
      <w:r>
        <w:t xml:space="preserve"> - In August 2023, Marsha P. Johnson State Park in Brooklyn celebrated the late activist's birthday with the unveiling of a new entrance gate. The colourful entrance resembles the flower crowns Johnson used to wear and features her philosophy: "Pay it no mind." The park also hosted events, including a clothing donation drive, to honour Johnson's legacy and contributions to the LGBTQ+ community. The new entrance aims to reflect Johnson's spirit and enhance the park's welcoming atmosphere.</w:t>
      </w:r>
      <w:r/>
    </w:p>
    <w:p>
      <w:pPr>
        <w:pStyle w:val="ListNumber"/>
        <w:spacing w:line="240" w:lineRule="auto"/>
        <w:ind w:left="720"/>
      </w:pPr>
      <w:r/>
      <w:hyperlink r:id="rId14">
        <w:r>
          <w:rPr>
            <w:color w:val="0000EE"/>
            <w:u w:val="single"/>
          </w:rPr>
          <w:t>https://parks.ny.gov/news/press-releases/public-design-workshop-schedule-expanded-marsha-p-johnson-state-park</w:t>
        </w:r>
      </w:hyperlink>
      <w:r>
        <w:t xml:space="preserve"> - In March 2021, the New York State Office of Parks, Recreation and Historic Preservation expanded the public design workshop schedule for Marsha P. Johnson State Park. The workshops aimed to develop a shared vision for commemorative designs and interpretive elements to celebrate Johnson's life and the LGBTQ+ movement. Due to inclement weather, some workshops were held online, allowing broader community participation in shaping the park's future.</w:t>
      </w:r>
      <w:r/>
    </w:p>
    <w:p>
      <w:pPr>
        <w:pStyle w:val="ListNumber"/>
        <w:spacing w:line="240" w:lineRule="auto"/>
        <w:ind w:left="720"/>
      </w:pPr>
      <w:r/>
      <w:hyperlink r:id="rId12">
        <w:r>
          <w:rPr>
            <w:color w:val="0000EE"/>
            <w:u w:val="single"/>
          </w:rPr>
          <w:t>https://en.wikipedia.org/wiki/Marsha_P._Johnson_State_Park</w:t>
        </w:r>
      </w:hyperlink>
      <w:r>
        <w:t xml:space="preserve"> - Marsha P. Johnson State Park, formerly known as East River State Park, is an 11-acre state park in Brooklyn, New York. The park stretches along the East River near North 7th, 8th, and 9th Streets, offering views of the Williamsburg Bridge and Midtown Manhattan. Opened in 2007, the park was renamed in honour of gay rights activist Marsha P. Johnson in 2020, becoming the first New York state park to be named after an LGBTQ person.</w:t>
      </w:r>
      <w:r/>
    </w:p>
    <w:p>
      <w:pPr>
        <w:pStyle w:val="ListNumber"/>
        <w:spacing w:line="240" w:lineRule="auto"/>
        <w:ind w:left="720"/>
      </w:pPr>
      <w:r/>
      <w:hyperlink r:id="rId15">
        <w:r>
          <w:rPr>
            <w:color w:val="0000EE"/>
            <w:u w:val="single"/>
          </w:rPr>
          <w:t>https://www.governor.ny.gov/news/governor-hochul-announces-design-new-gateway-marsha-p-johnson-state-park</w:t>
        </w:r>
      </w:hyperlink>
      <w:r>
        <w:t xml:space="preserve"> - In August 2022, Governor Kathy Hochul announced the preliminary design for a new gateway to Marsha P. Johnson State Park in Brooklyn. The gateway, featuring floral decorations and the phrase "Pay it no mind," reflects Johnson's legacy. This initiative is part of a $16.5 million renovation project completed earlier that summer, aiming to honour Johnson's contributions to the LGBTQ+ civil rights movement and enhance the park's appeal to visitors.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aycitynews.com/ny-nj-ballroom-alliance-new-pride-agenda-bbq-ball/" TargetMode="External"/><Relationship Id="rId10" Type="http://schemas.openxmlformats.org/officeDocument/2006/relationships/hyperlink" Target="https://www.governor.ny.gov/news/governor-hochul-unveils-new-entrance-gateway-marsha-p-johnson-state-park" TargetMode="External"/><Relationship Id="rId11" Type="http://schemas.openxmlformats.org/officeDocument/2006/relationships/hyperlink" Target="https://greenpointers.com/2023/08/24/marsha-p-johnson-state-park-celebrates-the-trailblazers-birthday-with-events-and-a-new-entrance/" TargetMode="External"/><Relationship Id="rId12" Type="http://schemas.openxmlformats.org/officeDocument/2006/relationships/hyperlink" Target="https://en.wikipedia.org/wiki/Marsha_P._Johnson_State_Park" TargetMode="External"/><Relationship Id="rId13" Type="http://schemas.openxmlformats.org/officeDocument/2006/relationships/hyperlink" Target="https://parks.ny.gov/visit/state-parks/marsha-p-johnson-state-park-east-river-state-park" TargetMode="External"/><Relationship Id="rId14" Type="http://schemas.openxmlformats.org/officeDocument/2006/relationships/hyperlink" Target="https://parks.ny.gov/news/press-releases/public-design-workshop-schedule-expanded-marsha-p-johnson-state-park" TargetMode="External"/><Relationship Id="rId15" Type="http://schemas.openxmlformats.org/officeDocument/2006/relationships/hyperlink" Target="https://www.governor.ny.gov/news/governor-hochul-announces-design-new-gateway-marsha-p-johnson-state-par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