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Houston Pride Orchestra Brings Community and Courage to Stage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sorry, listeners, are turning to a new kind of ensemble: the Houston Pride Orchestra offers professional-level music-making with a clear purpose, creating a safe and celebratory space for queer musicians and audiences in Houston and beyond. It matters because representation changes how artists feel, perform and teach.</w:t>
      </w:r>
      <w:r/>
    </w:p>
    <w:p>
      <w:r/>
      <w:r>
        <w:t>Essential Takeaways</w:t>
      </w:r>
      <w:r/>
      <w:r/>
    </w:p>
    <w:p>
      <w:pPr>
        <w:pStyle w:val="ListBullet"/>
        <w:spacing w:line="240" w:lineRule="auto"/>
        <w:ind w:left="720"/>
      </w:pPr>
      <w:r/>
      <w:r>
        <w:rPr>
          <w:b/>
        </w:rPr>
        <w:t>Founding spark:</w:t>
      </w:r>
      <w:r>
        <w:t xml:space="preserve"> Ruby Ortiz started the Houston Pride Orchestra after personal experiences of exclusion, turning frustration into a welcoming professional ensemble.</w:t>
      </w:r>
      <w:r/>
    </w:p>
    <w:p>
      <w:pPr>
        <w:pStyle w:val="ListBullet"/>
        <w:spacing w:line="240" w:lineRule="auto"/>
        <w:ind w:left="720"/>
      </w:pPr>
      <w:r/>
      <w:r>
        <w:rPr>
          <w:b/>
        </w:rPr>
        <w:t>Teaching roots:</w:t>
      </w:r>
      <w:r>
        <w:t xml:space="preserve"> Ortiz’s background as an orchestra educator shapes a collaborative leadership style and emphasis on performance opportunities for underserved musicians.</w:t>
      </w:r>
      <w:r/>
    </w:p>
    <w:p>
      <w:pPr>
        <w:pStyle w:val="ListBullet"/>
        <w:spacing w:line="240" w:lineRule="auto"/>
        <w:ind w:left="720"/>
      </w:pPr>
      <w:r/>
      <w:r>
        <w:rPr>
          <w:b/>
        </w:rPr>
        <w:t>Feel of the group:</w:t>
      </w:r>
      <w:r>
        <w:t xml:space="preserve"> Musicians describe the orchestra as safe, affirming and musically serious , a place where pride and craft coexist.</w:t>
      </w:r>
      <w:r/>
    </w:p>
    <w:p>
      <w:pPr>
        <w:pStyle w:val="ListBullet"/>
        <w:spacing w:line="240" w:lineRule="auto"/>
        <w:ind w:left="720"/>
      </w:pPr>
      <w:r/>
      <w:r>
        <w:rPr>
          <w:b/>
        </w:rPr>
        <w:t>Broader movement:</w:t>
      </w:r>
      <w:r>
        <w:t xml:space="preserve"> The HPO joins a growing network of Pride ensembles linked to the International Pride Orchestra and similar community groups.</w:t>
      </w:r>
      <w:r/>
    </w:p>
    <w:p>
      <w:pPr>
        <w:pStyle w:val="ListBullet"/>
        <w:spacing w:line="240" w:lineRule="auto"/>
        <w:ind w:left="720"/>
      </w:pPr>
      <w:r/>
      <w:r>
        <w:rPr>
          <w:b/>
        </w:rPr>
        <w:t>Attend or join:</w:t>
      </w:r>
      <w:r>
        <w:t xml:space="preserve"> The orchestra offers concerts and ways to participate; check their website for auditions, schedules and community events.</w:t>
      </w:r>
      <w:r/>
      <w:r/>
    </w:p>
    <w:p>
      <w:pPr>
        <w:pStyle w:val="Heading2"/>
      </w:pPr>
      <w:r>
        <w:t>A violist by accident, a leader by choice</w:t>
      </w:r>
      <w:r/>
    </w:p>
    <w:p>
      <w:r/>
      <w:r>
        <w:t>Ruby Ortiz’s path into orchestral life began with a sixth‑form scramble for an instrument and the bright, resonant thunk of a viola case. They still laugh about it, but the image stays with you: an accidental pick that became life’s work. According to OutSmart, that first stumble in middle school led to a love of building music from nothing and the tight‑knit family an orchestra creates. Listeners can almost hear the bow hairs settle when Ortiz talks about the comfort and focus the viola and ensemble work bring.</w:t>
      </w:r>
      <w:r/>
    </w:p>
    <w:p>
      <w:pPr>
        <w:pStyle w:val="Heading2"/>
      </w:pPr>
      <w:r>
        <w:t>Why Houston needed a Pride orchestra now</w:t>
      </w:r>
      <w:r/>
    </w:p>
    <w:p>
      <w:r/>
      <w:r>
        <w:t>There’s a practical side to the HPO’s founding. Professional queer musicians, like many under‑represented performers, often face barriers to visible, consistent performance opportunities. Reports on the orchestra’s debut show a clear appetite in Houston for ensembles that both perform well and stand for something. The International Pride Orchestra and similar groups have already demonstrated demand; the HPO plugs Houston into that wider movement while offering its own local flavour and programming.</w:t>
      </w:r>
      <w:r/>
    </w:p>
    <w:p>
      <w:pPr>
        <w:pStyle w:val="Heading2"/>
      </w:pPr>
      <w:r>
        <w:t>Leadership shaped by classroom experience</w:t>
      </w:r>
      <w:r/>
    </w:p>
    <w:p>
      <w:r/>
      <w:r>
        <w:t>Ortiz’s years teaching across Houston classrooms matter more than you might expect. They credit students with shaping a collaborative leadership style: listen more than you speak, ask for help and build together. That approach shows up in rehearsal culture, programming choices and outreach. If you’re a musician wondering whether to audition, expect a workplace that treats performance as education and education as performance , a virtuous circle that helps emerging players gain stage time safely.</w:t>
      </w:r>
      <w:r/>
    </w:p>
    <w:p>
      <w:pPr>
        <w:pStyle w:val="Heading2"/>
      </w:pPr>
      <w:r>
        <w:t>From exclusion to creation: the personal story behind the music</w:t>
      </w:r>
      <w:r/>
    </w:p>
    <w:p>
      <w:r/>
      <w:r>
        <w:t>This orchestra didn’t arrive from boardrooms and grants alone; it grew from very real wounds. Ortiz recounts incidents in which their pronouns were questioned and where displaying a Pride flag cost them a teaching role. Those experiences of being left alone fuel their determination to make HPO a different kind of place. It’s a reminder that cultural institutions can be places of healing as much as artistry, and that representation on stage resonates offstage in classrooms, rehearsal halls and living rooms.</w:t>
      </w:r>
      <w:r/>
    </w:p>
    <w:p>
      <w:pPr>
        <w:pStyle w:val="Heading2"/>
      </w:pPr>
      <w:r>
        <w:t>How HPO fits into a larger Pride-performance ecosystem</w:t>
      </w:r>
      <w:r/>
    </w:p>
    <w:p>
      <w:r/>
      <w:r>
        <w:t>The Houston group isn’t an island. The International Pride Orchestra and ensembles such as the Pride Chorus show a rising trend: professional, queer‑identified music groups that tour, collaborate and offer participation routes for musicians at many levels. For audiences, that means more programmes mixing classical repertoire with queer composers and community‑focused programming. For players, it provides clear pathways to participate, learn and connect, whether through auditions, community concerts or educational outreach.</w:t>
      </w:r>
      <w:r/>
    </w:p>
    <w:p>
      <w:pPr>
        <w:pStyle w:val="Heading2"/>
      </w:pPr>
      <w:r>
        <w:t>Practical notes for musicians and audiences</w:t>
      </w:r>
      <w:r/>
    </w:p>
    <w:p>
      <w:r/>
      <w:r>
        <w:t>Thinking of attending or taking part? Check the HPO website for audition dates, concert calendar and volunteer roles. If you’re auditioning, bring a short, polished excerpt and be ready to talk about ensemble experience; Ortiz’s teaching background means they value musicianship and collegiality equally. For concertgoers, expect a mix of high‑quality orchestral sound and thoughtful programming , and yes, the atmosphere will likely feel warmer and more welcoming than a typical hall night.</w:t>
      </w:r>
      <w:r/>
    </w:p>
    <w:p>
      <w:r/>
      <w:r>
        <w:t>It’s a small change that can make every performance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3">
        <w:r>
          <w:rPr>
            <w:color w:val="0000EE"/>
            <w:u w:val="single"/>
          </w:rPr>
          <w:t>[6]</w:t>
        </w:r>
      </w:hyperlink>
      <w:r>
        <w:t xml:space="preserve">, </w:t>
      </w:r>
      <w:hyperlink r:id="rId14">
        <w:r>
          <w:rPr>
            <w:color w:val="0000EE"/>
            <w:u w:val="single"/>
          </w:rPr>
          <w:t>[7]</w:t>
        </w:r>
      </w:hyperlink>
      <w:r>
        <w:t xml:space="preserve">- Paragraph 6: </w:t>
      </w:r>
      <w:hyperlink r:id="rId11">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https://www.outsmartmagazine.com/2026/08/ruby-ortiz-houston-pride-orchestra/</w:t>
        </w:r>
      </w:hyperlink>
      <w:r>
        <w:t xml:space="preserve"> - Please view link - unable to able to access data</w:t>
      </w:r>
      <w:r/>
    </w:p>
    <w:p>
      <w:pPr>
        <w:pStyle w:val="ListNumber"/>
        <w:spacing w:line="240" w:lineRule="auto"/>
        <w:ind w:left="720"/>
      </w:pPr>
      <w:r/>
      <w:hyperlink r:id="rId10">
        <w:r>
          <w:rPr>
            <w:color w:val="0000EE"/>
            <w:u w:val="single"/>
          </w:rPr>
          <w:t>https://theviolinchannel.com/new-houston-pride-orchestra-makes-debut/</w:t>
        </w:r>
      </w:hyperlink>
      <w:r>
        <w:t xml:space="preserve"> - The Houston Pride Orchestra (HPO) made its debut on May 3, 2026, at the Emerson Unitarian Universalist Church. Founded by Ruby Ortiz, the orchestra aims to provide a safe space for queer musicians. The inaugural concert featured works by Beethoven, Price, Sibelius, and Schubert. The ensemble has grown to 60 members, with a waitlist for new players. Violinist Lucy Zhang highlighted the industry's need for diversity and inclusion, while Artistic Director Kenneth Cox emphasized the importance of a welcoming community for musicians.</w:t>
      </w:r>
      <w:r/>
    </w:p>
    <w:p>
      <w:pPr>
        <w:pStyle w:val="ListNumber"/>
        <w:spacing w:line="240" w:lineRule="auto"/>
        <w:ind w:left="720"/>
      </w:pPr>
      <w:r/>
      <w:hyperlink r:id="rId11">
        <w:r>
          <w:rPr>
            <w:color w:val="0000EE"/>
            <w:u w:val="single"/>
          </w:rPr>
          <w:t>https://www.houstonprideorchestra.org/</w:t>
        </w:r>
      </w:hyperlink>
      <w:r>
        <w:t xml:space="preserve"> - The Houston Pride Orchestra (HPO) is a 501(c)(3) non-profit organisation dedicated to providing performance opportunities for musicians who might otherwise lack them. Their inaugural performance took place on May 3, 2026, at the Emerson Unitarian Universalist Church, conducted by Kenneth Cox. The organisation encourages donations to support venue rentals, music purchases, instrument rentals, and collaborations with local composers and artists.</w:t>
      </w:r>
      <w:r/>
    </w:p>
    <w:p>
      <w:pPr>
        <w:pStyle w:val="ListNumber"/>
        <w:spacing w:line="240" w:lineRule="auto"/>
        <w:ind w:left="720"/>
      </w:pPr>
      <w:r/>
      <w:hyperlink r:id="rId15">
        <w:r>
          <w:rPr>
            <w:color w:val="0000EE"/>
            <w:u w:val="single"/>
          </w:rPr>
          <w:t>https://www.pridechorus.org/</w:t>
        </w:r>
      </w:hyperlink>
      <w:r>
        <w:t xml:space="preserve"> - Pride Chorus Houston, established in 1979, is one of the oldest LGBTQ+ choruses in the United States. The chorus offers a welcoming environment for singers of all orientations and identities. Their recent production, 'Queer Meets Queer (A Broadway Love Story),' featured performances of iconic Broadway tunes, transforming the concert into a vibrant theatrical experience. The chorus continues to promote unity and peace through music.</w:t>
      </w:r>
      <w:r/>
    </w:p>
    <w:p>
      <w:pPr>
        <w:pStyle w:val="ListNumber"/>
        <w:spacing w:line="240" w:lineRule="auto"/>
        <w:ind w:left="720"/>
      </w:pPr>
      <w:r/>
      <w:hyperlink r:id="rId12">
        <w:r>
          <w:rPr>
            <w:color w:val="0000EE"/>
            <w:u w:val="single"/>
          </w:rPr>
          <w:t>https://dallasvoice.com/international-pride-orchestra-makes-texas-debut-in-houston/</w:t>
        </w:r>
      </w:hyperlink>
      <w:r>
        <w:t xml:space="preserve"> - The International Pride Orchestra (IPO) made its Texas debut on June 3, 2026, at the Cullen Theater at the Wortham Center in Houston. The concert featured a diverse program, including works by Leonard Bernstein, Carlos Simon, Gabriella Lena Frank, and Reza Vali, concluding with Aaron Copland's 'Lincoln Portrait.' The event aimed to showcase the fullness of the queer experience through music and support the Montrose Center, Houston's largest LGBTQ+ community centre.</w:t>
      </w:r>
      <w:r/>
    </w:p>
    <w:p>
      <w:pPr>
        <w:pStyle w:val="ListNumber"/>
        <w:spacing w:line="240" w:lineRule="auto"/>
        <w:ind w:left="720"/>
      </w:pPr>
      <w:r/>
      <w:hyperlink r:id="rId13">
        <w:r>
          <w:rPr>
            <w:color w:val="0000EE"/>
            <w:u w:val="single"/>
          </w:rPr>
          <w:t>https://www.internationalprideorchestra.org/participate</w:t>
        </w:r>
      </w:hyperlink>
      <w:r>
        <w:t xml:space="preserve"> - The International Pride Orchestra (IPO) invites LGBTQ+ musicians and allies worldwide to participate in their annual Pride Celebration Concerts. The 2026 festival in Houston is scheduled from May 30 to June 4. Applications are open to orchestral instrumentalists aged 18 and over, with a deadline of March 15, 2026. The IPO seeks to create visibility, solidarity, and celebration for LGBTQ+ communities through music.</w:t>
      </w:r>
      <w:r/>
    </w:p>
    <w:p>
      <w:pPr>
        <w:pStyle w:val="ListNumber"/>
        <w:spacing w:line="240" w:lineRule="auto"/>
        <w:ind w:left="720"/>
      </w:pPr>
      <w:r/>
      <w:hyperlink r:id="rId14">
        <w:r>
          <w:rPr>
            <w:color w:val="0000EE"/>
            <w:u w:val="single"/>
          </w:rPr>
          <w:t>https://www.internationalprideorchestra.org/mission</w:t>
        </w:r>
      </w:hyperlink>
      <w:r>
        <w:t xml:space="preserve"> - Founded in 2022, the International Pride Orchestra (IPO) is a 501(c)(3) non-profit organisation that unites LGBTQIA+ musicians and allies globally to present concerts, celebrate community, and advocate for LGBTQIA+ visibility through music. Since its debut in 2023, IPO has performed in San Francisco, New York City, and Washington, D.C., partnering with local LGBTQIA+ organisations to raise awareness and support their work.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martmagazine.com/2026/08/ruby-ortiz-houston-pride-orchestra/" TargetMode="External"/><Relationship Id="rId10" Type="http://schemas.openxmlformats.org/officeDocument/2006/relationships/hyperlink" Target="https://theviolinchannel.com/new-houston-pride-orchestra-makes-debut/" TargetMode="External"/><Relationship Id="rId11" Type="http://schemas.openxmlformats.org/officeDocument/2006/relationships/hyperlink" Target="https://www.houstonprideorchestra.org/" TargetMode="External"/><Relationship Id="rId12" Type="http://schemas.openxmlformats.org/officeDocument/2006/relationships/hyperlink" Target="https://dallasvoice.com/international-pride-orchestra-makes-texas-debut-in-houston/" TargetMode="External"/><Relationship Id="rId13" Type="http://schemas.openxmlformats.org/officeDocument/2006/relationships/hyperlink" Target="https://www.internationalprideorchestra.org/participate" TargetMode="External"/><Relationship Id="rId14" Type="http://schemas.openxmlformats.org/officeDocument/2006/relationships/hyperlink" Target="https://www.internationalprideorchestra.org/mission" TargetMode="External"/><Relationship Id="rId15" Type="http://schemas.openxmlformats.org/officeDocument/2006/relationships/hyperlink" Target="https://www.pridechoru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