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Gay Bar in Worcester: Vice Worcester Aims to Bring Nightlife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 owls are already talking: Vice Worcester, a new gay bar on Grafton Street in downtown Worcester, is set to open this fall and plans a Halloween-night grand opening. Owners say it will add dance, community and a bigger space to the city’s compact LGBTQ+ scene, and it’s showing up just in time for Pride season.</w:t>
      </w:r>
      <w:r/>
    </w:p>
    <w:p>
      <w:r/>
      <w:r>
        <w:t>Essential Takeaways</w:t>
      </w:r>
      <w:r/>
      <w:r/>
    </w:p>
    <w:p>
      <w:pPr>
        <w:pStyle w:val="ListBullet"/>
        <w:spacing w:line="240" w:lineRule="auto"/>
        <w:ind w:left="720"/>
      </w:pPr>
      <w:r/>
      <w:r>
        <w:rPr>
          <w:b/>
        </w:rPr>
        <w:t>Opening plan:</w:t>
      </w:r>
      <w:r>
        <w:t xml:space="preserve"> Owners aim for a Halloween grand opening, while the bar will be present at Worcester Pride on 12 September.</w:t>
      </w:r>
      <w:r/>
    </w:p>
    <w:p>
      <w:pPr>
        <w:pStyle w:val="ListBullet"/>
        <w:spacing w:line="240" w:lineRule="auto"/>
        <w:ind w:left="720"/>
      </w:pPr>
      <w:r/>
      <w:r>
        <w:rPr>
          <w:b/>
        </w:rPr>
        <w:t>Location and size:</w:t>
      </w:r>
      <w:r>
        <w:t xml:space="preserve"> Located on Grafton Street / Pleasant Street area in downtown Worcester, designed to be larger than existing venues and to encourage more bar-hopping.</w:t>
      </w:r>
      <w:r/>
    </w:p>
    <w:p>
      <w:pPr>
        <w:pStyle w:val="ListBullet"/>
        <w:spacing w:line="240" w:lineRule="auto"/>
        <w:ind w:left="720"/>
      </w:pPr>
      <w:r/>
      <w:r>
        <w:rPr>
          <w:b/>
        </w:rPr>
        <w:t>Team behind it:</w:t>
      </w:r>
      <w:r>
        <w:t xml:space="preserve"> Co-owned by Lapin (marketing lead) and his boyfriend Mike Steward (day-to-day manager).</w:t>
      </w:r>
      <w:r/>
    </w:p>
    <w:p>
      <w:pPr>
        <w:pStyle w:val="ListBullet"/>
        <w:spacing w:line="240" w:lineRule="auto"/>
        <w:ind w:left="720"/>
      </w:pPr>
      <w:r/>
      <w:r>
        <w:rPr>
          <w:b/>
        </w:rPr>
        <w:t>Community focus:</w:t>
      </w:r>
      <w:r>
        <w:t xml:space="preserve"> Positioned as a gay bar to celebrate gay culture, but welcoming to all; hopes to be a social hub beyond just a drinking spot.</w:t>
      </w:r>
      <w:r/>
    </w:p>
    <w:p>
      <w:pPr>
        <w:pStyle w:val="ListBullet"/>
        <w:spacing w:line="240" w:lineRule="auto"/>
        <w:ind w:left="720"/>
      </w:pPr>
      <w:r/>
      <w:r>
        <w:rPr>
          <w:b/>
        </w:rPr>
        <w:t>Local context:</w:t>
      </w:r>
      <w:r>
        <w:t xml:space="preserve"> Joins a small local scene that includes MB Lounge and Femme Bar, aiming to broaden nightlife options.</w:t>
      </w:r>
      <w:r/>
      <w:r/>
    </w:p>
    <w:p>
      <w:pPr>
        <w:pStyle w:val="Heading2"/>
      </w:pPr>
      <w:r>
        <w:t>Why Worcester needs another gay bar right now</w:t>
      </w:r>
      <w:r/>
    </w:p>
    <w:p>
      <w:r/>
      <w:r>
        <w:t>Worcester’s queer nightlife has been compact for some time, and that’s a sensory fact , nights out can feel cosy but limited. According to local reports, the city presently counts a handful of LGBTQ+ venues, notably MB Lounge and Femme Bar, so Vice Worcester arrives into a small but lively market. Owners say the new venue will do more than pour drinks; they want a place with music, dancing and connection. For people who love meeting friends or staying late, a bigger space makes a tangible difference.</w:t>
      </w:r>
      <w:r/>
    </w:p>
    <w:p>
      <w:pPr>
        <w:pStyle w:val="Heading2"/>
      </w:pPr>
      <w:r>
        <w:t>Who’s behind Vice Worcester and what they promise</w:t>
      </w:r>
      <w:r/>
    </w:p>
    <w:p>
      <w:r/>
      <w:r>
        <w:t>The project is being led by Lapin, who’ll head marketing, and his partner Mike Steward, who’ll run daily operations. Lapin’s view is straightforward: Worcester “needs more gay things to do,” and he’s building the bar to reflect gay bar culture as a social anchor. That hands-on split , marketing and management , suggests a programme-driven venue, not just another pub. Expect events, themed nights and an effort to stitch the bar into the city’s queer calendar.</w:t>
      </w:r>
      <w:r/>
    </w:p>
    <w:p>
      <w:pPr>
        <w:pStyle w:val="Heading2"/>
      </w:pPr>
      <w:r>
        <w:t>How Vice could change weekend plans in the city</w:t>
      </w:r>
      <w:r/>
    </w:p>
    <w:p>
      <w:r/>
      <w:r>
        <w:t>One practical aim is to encourage bar-hopping and make evenings out more elastic. Right now, nights in Worcester often centre on a couple of mileposts; adding a larger gay bar gives people a reason to linger downtown and try multiple stops. If you enjoy a lively DJ set, drag nights, or simply a room that feels designed for dancing, a bigger venue changes the rhythm of an evening. For those planning groups, look for announced capacity, cover policies and event calendars to decide when to go.</w:t>
      </w:r>
      <w:r/>
    </w:p>
    <w:p>
      <w:pPr>
        <w:pStyle w:val="Heading2"/>
      </w:pPr>
      <w:r>
        <w:t>What this means for existing venues and the community</w:t>
      </w:r>
      <w:r/>
    </w:p>
    <w:p>
      <w:r/>
      <w:r>
        <w:t>New venues rarely replace old ones; they expand choice. MB Lounge and Femme Bar both anchor Worcester’s scene with different vibes, and industry watchers say diversity of spaces keeps a city’s queer life healthy. Lapin has said Vice is targeted at gay men while remaining inclusive, which might make it complementary to Femme Bar’s established lesbian-leaning crowd. Community-minded bars often host outreach, fundraisers or Pride tie-ins, so watch for collaborations with Worcester Pride and other local groups.</w:t>
      </w:r>
      <w:r/>
    </w:p>
    <w:p>
      <w:pPr>
        <w:pStyle w:val="Heading2"/>
      </w:pPr>
      <w:r>
        <w:t>How to plan your first visit</w:t>
      </w:r>
      <w:r/>
    </w:p>
    <w:p>
      <w:r/>
      <w:r>
        <w:t>If you’re curious, note the two immediate practical points: look out for the bar’s presence at Worcester Pride on 12 September to get a preview, and keep an eye on official announcements about the Halloween opening. Check capacity and booking options before big nights, and see whether the venue posts a calendar of DJs, drag performers or themed events. For groups, ring ahead or follow their socials so you don’t miss sold-out nights.</w:t>
      </w:r>
      <w:r/>
    </w:p>
    <w:p>
      <w:r/>
      <w:r>
        <w:t>It's a small change that could make nights out feel bigger and friendlier for Worcester’s queer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https://bostonspiritmagazine.com/2026/08/new-gay-bar-vice-worcester-slated-to-open-in-the-central-mass-city-this-fall/?utm_source=rss&amp;utm_medium=rss&amp;utm_campaign=new-gay-bar-vice-worcester-slated-to-open-in-the-central-mass-city-this-fall</w:t>
        </w:r>
      </w:hyperlink>
      <w:r>
        <w:t xml:space="preserve"> - Please view link - unable to able to access data</w:t>
      </w:r>
      <w:r/>
    </w:p>
    <w:p>
      <w:pPr>
        <w:pStyle w:val="ListNumber"/>
        <w:spacing w:line="240" w:lineRule="auto"/>
        <w:ind w:left="720"/>
      </w:pPr>
      <w:r/>
      <w:hyperlink r:id="rId10">
        <w:r>
          <w:rPr>
            <w:color w:val="0000EE"/>
            <w:u w:val="single"/>
          </w:rPr>
          <w:t>https://www.themblounge.com/</w:t>
        </w:r>
      </w:hyperlink>
      <w:r>
        <w:t xml:space="preserve"> - The MB Lounge, located at 40 Grafton Street in Worcester, Massachusetts, is the city's oldest continuously operating gay bar and lounge, established in 1971. It offers a welcoming atmosphere with a variety of events, including dance parties, trivia nights, and special events. The venue is open Wednesday through Saturday from 7 PM to 2 AM and is available for private events. Public parking is available across the street. The MB Lounge is known for its inclusive environment and vibrant nightlife, serving the LGBTQ+ community and allies alike.</w:t>
      </w:r>
      <w:r/>
    </w:p>
    <w:p>
      <w:pPr>
        <w:pStyle w:val="ListNumber"/>
        <w:spacing w:line="240" w:lineRule="auto"/>
        <w:ind w:left="720"/>
      </w:pPr>
      <w:r/>
      <w:hyperlink r:id="rId12">
        <w:r>
          <w:rPr>
            <w:color w:val="0000EE"/>
            <w:u w:val="single"/>
          </w:rPr>
          <w:t>https://www.femmebarworcester.com/</w:t>
        </w:r>
      </w:hyperlink>
      <w:r>
        <w:t xml:space="preserve"> - Femme Bar, situated at 62 Green Street in Worcester, Massachusetts, is New England's first modern lesbian bar, having opened in 2023. It provides a safe and inclusive space for lesbians, queer women, and the broader LGBTQ+ community. The bar hosts a variety of events, including drag brunches, live music, karaoke nights, and trivia. Operating hours are Tuesday to Wednesday from 5 PM to 10 PM, Thursday from 5 PM to 12 AM, and Friday to Saturday from 5 PM to 2 AM. Femme Bar is known for its welcoming atmosphere and community-driven approach.</w:t>
      </w:r>
      <w:r/>
    </w:p>
    <w:p>
      <w:pPr>
        <w:pStyle w:val="ListNumber"/>
        <w:spacing w:line="240" w:lineRule="auto"/>
        <w:ind w:left="720"/>
      </w:pPr>
      <w:r/>
      <w:hyperlink r:id="rId13">
        <w:r>
          <w:rPr>
            <w:color w:val="0000EE"/>
            <w:u w:val="single"/>
          </w:rPr>
          <w:t>https://www.femmebarworcester.com/about</w:t>
        </w:r>
      </w:hyperlink>
      <w:r>
        <w:t xml:space="preserve"> - Femme Bar, located at 62 Green Street in Worcester, Massachusetts, is a lesbian-owned establishment that serves as a safe space for all women and the LGBTQ+ community. Opened in 2023, it offers a variety of events, including drag brunches, live music, karaoke nights, and trivia. The bar operates Tuesday to Wednesday from 5 PM to 10 PM, Thursday from 5 PM to 12 AM, and Friday to Saturday from 5 PM to 2 AM. Femme Bar is committed to inclusivity and community engagement, providing a welcoming environment for all patrons.</w:t>
      </w:r>
      <w:r/>
    </w:p>
    <w:p>
      <w:pPr>
        <w:pStyle w:val="ListNumber"/>
        <w:spacing w:line="240" w:lineRule="auto"/>
        <w:ind w:left="720"/>
      </w:pPr>
      <w:r/>
      <w:hyperlink r:id="rId14">
        <w:r>
          <w:rPr>
            <w:color w:val="0000EE"/>
            <w:u w:val="single"/>
          </w:rPr>
          <w:t>https://www.femmebarworcester.com/faq</w:t>
        </w:r>
      </w:hyperlink>
      <w:r>
        <w:t xml:space="preserve"> - Femme Bar, located at 62 Green Street in Worcester, Massachusetts, is a lesbian-owned establishment that serves as a safe space for all women and the LGBTQ+ community. Opened in 2023, it offers a variety of events, including drag brunches, live music, karaoke nights, and trivia. The bar operates Tuesday to Wednesday from 5 PM to 10 PM, Thursday from 5 PM to 12 AM, and Friday to Saturday from 5 PM to 2 AM. Femme Bar is committed to inclusivity and community engagement, providing a welcoming environment for all patrons.</w:t>
      </w:r>
      <w:r/>
    </w:p>
    <w:p>
      <w:pPr>
        <w:pStyle w:val="ListNumber"/>
        <w:spacing w:line="240" w:lineRule="auto"/>
        <w:ind w:left="720"/>
      </w:pPr>
      <w:r/>
      <w:hyperlink r:id="rId11">
        <w:r>
          <w:rPr>
            <w:color w:val="0000EE"/>
            <w:u w:val="single"/>
          </w:rPr>
          <w:t>https://www.prideworcester.org/</w:t>
        </w:r>
      </w:hyperlink>
      <w:r>
        <w:t xml:space="preserve"> - Pride Worcester is a collaborative network of LGBTQ+ organizations and activists working to bring LGBTQ+ people and allies across Greater Worcester closer together. The 2026 season is coordinated by this network and is recognized as an official event in the Massachusetts 250th Anniversary lineup. The organization hosts various events, including pageants, youth proms, and festivals, aiming to foster community engagement and celebrate LGBTQ+ culture in the region.</w:t>
      </w:r>
      <w:r/>
    </w:p>
    <w:p>
      <w:pPr>
        <w:pStyle w:val="ListNumber"/>
        <w:spacing w:line="240" w:lineRule="auto"/>
        <w:ind w:left="720"/>
      </w:pPr>
      <w:r/>
      <w:hyperlink r:id="rId15">
        <w:r>
          <w:rPr>
            <w:color w:val="0000EE"/>
            <w:u w:val="single"/>
          </w:rPr>
          <w:t>https://www.gayout.com/usa-canada/united-states/worcester/bars/femme-bar-10510</w:t>
        </w:r>
      </w:hyperlink>
      <w:r>
        <w:t xml:space="preserve"> - Femme Bar, located at 62 Green Street in Worcester, Massachusetts, is a gay bar and club serving the local LGBTQ+ community and visitors. As a dedicated LGBTQ+ venue, it provides a safe and inclusive space where patrons can connect with fellow community members. The bar is known for its welcoming atmosphere and offers both food and drinks to guests. Whether looking for a casual evening out or a night of socializing, Femme Bar caters to those seeking an authentic gay bar experience in Worcester.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new-gay-bar-vice-worcester-slated-to-open-in-the-central-mass-city-this-fall/?utm_source=rss&amp;utm_medium=rss&amp;utm_campaign=new-gay-bar-vice-worcester-slated-to-open-in-the-central-mass-city-this-fall" TargetMode="External"/><Relationship Id="rId10" Type="http://schemas.openxmlformats.org/officeDocument/2006/relationships/hyperlink" Target="https://www.themblounge.com/" TargetMode="External"/><Relationship Id="rId11" Type="http://schemas.openxmlformats.org/officeDocument/2006/relationships/hyperlink" Target="https://www.prideworcester.org/" TargetMode="External"/><Relationship Id="rId12" Type="http://schemas.openxmlformats.org/officeDocument/2006/relationships/hyperlink" Target="https://www.femmebarworcester.com/" TargetMode="External"/><Relationship Id="rId13" Type="http://schemas.openxmlformats.org/officeDocument/2006/relationships/hyperlink" Target="https://www.femmebarworcester.com/about" TargetMode="External"/><Relationship Id="rId14" Type="http://schemas.openxmlformats.org/officeDocument/2006/relationships/hyperlink" Target="https://www.femmebarworcester.com/faq" TargetMode="External"/><Relationship Id="rId15" Type="http://schemas.openxmlformats.org/officeDocument/2006/relationships/hyperlink" Target="https://www.gayout.com/usa-canada/united-states/worcester/bars/femme-bar-105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