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Christian Dobrick’s coming out and what it means for football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change: St. Pauli youth coach Christian Dobrick’s coming out has sparked conversation across German football, with supporters and critics both loud and visible , here’s who reacted, how Dobrick says he feels now, and why this matters for locker rooms and careers.</w:t>
      </w:r>
      <w:r/>
    </w:p>
    <w:p>
      <w:r/>
      <w:r>
        <w:t>Essential Takeaways</w:t>
      </w:r>
      <w:r/>
      <w:r/>
    </w:p>
    <w:p>
      <w:pPr>
        <w:pStyle w:val="ListBullet"/>
        <w:spacing w:line="240" w:lineRule="auto"/>
        <w:ind w:left="720"/>
      </w:pPr>
      <w:r/>
      <w:r>
        <w:rPr>
          <w:b/>
        </w:rPr>
        <w:t>Public reaction:</w:t>
      </w:r>
      <w:r>
        <w:t xml:space="preserve"> Dobrick’s announcement drew broad support from figures like Julian Nagelsmann and Uli Hoeneß, and praise from fans and players, alongside some homophobic abuse online. </w:t>
      </w:r>
      <w:r/>
    </w:p>
    <w:p>
      <w:pPr>
        <w:pStyle w:val="ListBullet"/>
        <w:spacing w:line="240" w:lineRule="auto"/>
        <w:ind w:left="720"/>
      </w:pPr>
      <w:r/>
      <w:r>
        <w:rPr>
          <w:b/>
        </w:rPr>
        <w:t>Personal impact:</w:t>
      </w:r>
      <w:r>
        <w:t xml:space="preserve"> He says he feels freer and happier, describing life now as “under my conditions” after years of hiding. </w:t>
      </w:r>
      <w:r/>
    </w:p>
    <w:p>
      <w:pPr>
        <w:pStyle w:val="ListBullet"/>
        <w:spacing w:line="240" w:lineRule="auto"/>
        <w:ind w:left="720"/>
      </w:pPr>
      <w:r/>
      <w:r>
        <w:rPr>
          <w:b/>
        </w:rPr>
        <w:t>Industry context:</w:t>
      </w:r>
      <w:r>
        <w:t xml:space="preserve"> Men’s professional football still treats homosexuality as sensitive; there’s been no active male Bundesliga player coming out yet. </w:t>
      </w:r>
      <w:r/>
    </w:p>
    <w:p>
      <w:pPr>
        <w:pStyle w:val="ListBullet"/>
        <w:spacing w:line="240" w:lineRule="auto"/>
        <w:ind w:left="720"/>
      </w:pPr>
      <w:r/>
      <w:r>
        <w:rPr>
          <w:b/>
        </w:rPr>
        <w:t>Practical reality:</w:t>
      </w:r>
      <w:r>
        <w:t xml:space="preserve"> Dobrick prepared mentally for career fallout but instead found mostly solidarity and increased life quality. </w:t>
      </w:r>
      <w:r/>
    </w:p>
    <w:p>
      <w:pPr>
        <w:pStyle w:val="ListBullet"/>
        <w:spacing w:line="240" w:lineRule="auto"/>
        <w:ind w:left="720"/>
      </w:pPr>
      <w:r/>
      <w:r>
        <w:rPr>
          <w:b/>
        </w:rPr>
        <w:t>Visibility matters:</w:t>
      </w:r>
      <w:r>
        <w:t xml:space="preserve"> High-profile responses and ongoing debate from clubs and fan groups could soften the culture over time.</w:t>
      </w:r>
      <w:r/>
      <w:r/>
    </w:p>
    <w:p>
      <w:pPr>
        <w:pStyle w:val="Heading2"/>
      </w:pPr>
      <w:r>
        <w:t>Dobrick’s relief: “I live under my conditions” , why that line landed</w:t>
      </w:r>
      <w:r/>
    </w:p>
    <w:p>
      <w:r/>
      <w:r>
        <w:t>Dobrick opens the story with an emotional, almost audible sigh; he says the secrecy had been exhausting and the coming out has been liberating. According to reporting in German outlets, he prepared himself for the worst, even imagining the end of his coaching career, yet now speaks of better day-to-day wellbeing. That contrast , fear before, relief after , is one reason his story resonates beyond St. Pauli.</w:t>
      </w:r>
      <w:r/>
    </w:p>
    <w:p>
      <w:r/>
      <w:r>
        <w:t>Backstory matters: he announced his sexuality at the end of March and expected a brief news cycle, not the wave of comment that followed. The human detail , the end of “who do I tell and when” thinking , is the practical gain many coming-out stories share. For anyone weighing the same step, his line is simple: your mental load matters as much as career calculations.</w:t>
      </w:r>
      <w:r/>
    </w:p>
    <w:p>
      <w:pPr>
        <w:pStyle w:val="Heading2"/>
      </w:pPr>
      <w:r>
        <w:t>Big names chimed in , and that changed the tone</w:t>
      </w:r>
      <w:r/>
    </w:p>
    <w:p>
      <w:r/>
      <w:r>
        <w:t>When prominent football figures publicly supported Dobrick, it amplified the message that acceptance can come from the top. Reports name former Germany coach Julian Nagelsmann and Bayern Munich honorary president Uli Hoeneß among those who voiced encouragement, and St. Pauli itself responded swiftly and positively. That show of support reassures coaches and players who fear isolation.</w:t>
      </w:r>
      <w:r/>
    </w:p>
    <w:p>
      <w:r/>
      <w:r>
        <w:t>Media coverage made the moment national rather than local. Industry voices framing the story as a broader chance to normalise homosexuality in men’s football can help shift club cultures. If senior figures keep speaking up, the next person to come out might face less uncertainty and fewer headlines about risk.</w:t>
      </w:r>
      <w:r/>
    </w:p>
    <w:p>
      <w:pPr>
        <w:pStyle w:val="Heading2"/>
      </w:pPr>
      <w:r>
        <w:t>Hate and harassment , the ugly counterpoint to openness</w:t>
      </w:r>
      <w:r/>
    </w:p>
    <w:p>
      <w:r/>
      <w:r>
        <w:t>Dobrick also received abuse, including homophobic messages, which underlines a stubborn problem in sport and online spaces. He told journalists that while insults did arrive, pursuing every offender wasn’t his priority; he wants to conserve time and energy for life and work. That pragmatic view is telling , victims often choose their battles.</w:t>
      </w:r>
      <w:r/>
    </w:p>
    <w:p>
      <w:r/>
      <w:r>
        <w:t>Legally and practically, clubs and leagues can do more to protect staff. Fans and organisations campaigning for clearer sanctions and rapid moderation can make a real difference. For now, Dobrick’s response , to keep coaching and focus on positive messages , is a model of defiance that’s neither naive nor quiet.</w:t>
      </w:r>
      <w:r/>
    </w:p>
    <w:p>
      <w:pPr>
        <w:pStyle w:val="Heading2"/>
      </w:pPr>
      <w:r>
        <w:t>Why men’s professional football still feels like a hurdle</w:t>
      </w:r>
      <w:r/>
    </w:p>
    <w:p>
      <w:r/>
      <w:r>
        <w:t>Despite progress in many areas, men’s top-level football has no recent example of an active top-tier player publicly coming out in Germany’s highest three leagues. That contrast with the women’s game, where sexual orientation is far less of a headline, shows how gendered expectations persist. Reports and commentary from German papers note that fan groups have increasingly urged openness, but structural change is slower.</w:t>
      </w:r>
      <w:r/>
    </w:p>
    <w:p>
      <w:r/>
      <w:r>
        <w:t>If clubs build environments where staff and players can be open without fearing for their livelihoods, that’s the practical shift to aim for. Concrete steps include visible ally programmes, education for youth teams, and senior leaders speaking up , all things already hinted at by the supportive reactions Dobrick received.</w:t>
      </w:r>
      <w:r/>
    </w:p>
    <w:p>
      <w:pPr>
        <w:pStyle w:val="Heading2"/>
      </w:pPr>
      <w:r>
        <w:t>What this means for young coaches, players and fans</w:t>
      </w:r>
      <w:r/>
    </w:p>
    <w:p>
      <w:r/>
      <w:r>
        <w:t>For younger coaches and players, Dobrick’s story is part cautionary tale, part encouragement. He admits to bracing for career damage, which is a realistic fear many still feel; yet his outcome , affirmation from peers and improved quality of life , shows a possible alternative. Fans and club communities can help by modelling acceptance and calling out abuse.</w:t>
      </w:r>
      <w:r/>
    </w:p>
    <w:p>
      <w:r/>
      <w:r>
        <w:t>If you’re in a club setting and wondering how to support someone, simple steps work: listen, avoid outing anyone, reinforce confidentiality policies, and push for anti-discrimination education. Small, steady cultural shifts at grassroots level usually ripple upwards.</w:t>
      </w:r>
      <w:r/>
    </w:p>
    <w:p>
      <w:r/>
      <w:r>
        <w:t>It's a small change that can make every locker-room conversation a bit easier.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3">
        <w:r>
          <w:rPr>
            <w:color w:val="0000EE"/>
            <w:u w:val="single"/>
          </w:rPr>
          <w:t>[3]</w:t>
        </w:r>
      </w:hyperlink>
      <w:r>
        <w:t xml:space="preserve">- Paragraph 4: </w:t>
      </w:r>
      <w:hyperlink r:id="rId11">
        <w:r>
          <w:rPr>
            <w:color w:val="0000EE"/>
            <w:u w:val="single"/>
          </w:rPr>
          <w:t>[6]</w:t>
        </w:r>
      </w:hyperlink>
      <w:r>
        <w:t xml:space="preserve">, </w:t>
      </w:r>
      <w:hyperlink r:id="rId14">
        <w:r>
          <w:rPr>
            <w:color w:val="0000EE"/>
            <w:u w:val="single"/>
          </w:rPr>
          <w:t>[5]</w:t>
        </w:r>
      </w:hyperlink>
      <w:r>
        <w:t xml:space="preserve">- Paragraph 5: </w:t>
      </w:r>
      <w:hyperlink r:id="rId13">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https://www.mopo.de/sport/fc-st-pauli/st-pauli-trainer-vier-monate-nach-coming-out-das-habe-ich-nicht-erwartet/4921353</w:t>
        </w:r>
      </w:hyperlink>
      <w:r>
        <w:t xml:space="preserve"> - Please view link - unable to able to access data</w:t>
      </w:r>
      <w:r/>
    </w:p>
    <w:p>
      <w:pPr>
        <w:pStyle w:val="ListNumber"/>
        <w:spacing w:line="240" w:lineRule="auto"/>
        <w:ind w:left="720"/>
      </w:pPr>
      <w:r/>
      <w:hyperlink r:id="rId10">
        <w:r>
          <w:rPr>
            <w:color w:val="0000EE"/>
            <w:u w:val="single"/>
          </w:rPr>
          <w:t>https://www.outsports.com/2026/3/24/24131029/christian-dobrick-soccer-coach-st-pauli-germany-bundesliga-gay-lgbtq-coming-out/</w:t>
        </w:r>
      </w:hyperlink>
      <w:r>
        <w:t xml:space="preserve"> - Christian Dobrick, a member of the coaching staff at German Bundesliga soccer club St Pauli, has come out publicly as gay. The 29-year-old has been the coach of the Under-19 team at the Hamburg club since June 2025. Dobrick grew up in Flensburg, Germany, and previously coached at Holstein Kiel, TSG Hoffenheim, and Red Bull Salzburg. His coming out marks the first time a coach from a Bundesliga men's club has spoken publicly about being gay. St Pauli responded quickly to Dobrick’s news on social media, expressing support for his decision.</w:t>
      </w:r>
      <w:r/>
    </w:p>
    <w:p>
      <w:pPr>
        <w:pStyle w:val="ListNumber"/>
        <w:spacing w:line="240" w:lineRule="auto"/>
        <w:ind w:left="720"/>
      </w:pPr>
      <w:r/>
      <w:hyperlink r:id="rId13">
        <w:r>
          <w:rPr>
            <w:color w:val="0000EE"/>
            <w:u w:val="single"/>
          </w:rPr>
          <w:t>https://www.ggg.at/2026/03/25/lieb-wen-du-willst-st-pauli-reagiert-auf-coming-out-von-trainer/</w:t>
        </w:r>
      </w:hyperlink>
      <w:r>
        <w:t xml:space="preserve"> - Christian Dobrick, U19 coach of FC St. Pauli, publicly came out as gay, marking a significant moment in German professional football. In interviews with Stern magazine and RTL, Dobrick stated, "I am 29 years old and a football coach. And why I am sitting here is ultimately: I am gay, and I wanted to say that." He also criticized the structural issues in men's football regarding homosexuality. FC St. Pauli responded with clear support, stating, "Of course, we are behind him and his coming out."</w:t>
      </w:r>
      <w:r/>
    </w:p>
    <w:p>
      <w:pPr>
        <w:pStyle w:val="ListNumber"/>
        <w:spacing w:line="240" w:lineRule="auto"/>
        <w:ind w:left="720"/>
      </w:pPr>
      <w:r/>
      <w:hyperlink r:id="rId12">
        <w:r>
          <w:rPr>
            <w:color w:val="0000EE"/>
            <w:u w:val="single"/>
          </w:rPr>
          <w:t>https://www.sport1.de/news/fussball/2026/03/hoeness-zu-homosexualitaet-im-fussball-ueberhaupt-kein-problem</w:t>
        </w:r>
      </w:hyperlink>
      <w:r>
        <w:t xml:space="preserve"> - Uli Hoeneß, honorary president of Bayern Munich, welcomed the coming out of football youth coach Christian Dobrick. Hoeneß stated, "I see absolutely no problem with it." He emphasized that if such a situation occurred at Bayern Munich, the individual would receive support rather than face issues. Hoeneß also mentioned that if Dobrick were attacked in the media or online, Bayern Munich would defend him as they do all their people.</w:t>
      </w:r>
      <w:r/>
    </w:p>
    <w:p>
      <w:pPr>
        <w:pStyle w:val="ListNumber"/>
        <w:spacing w:line="240" w:lineRule="auto"/>
        <w:ind w:left="720"/>
      </w:pPr>
      <w:r/>
      <w:hyperlink r:id="rId14">
        <w:r>
          <w:rPr>
            <w:color w:val="0000EE"/>
            <w:u w:val="single"/>
          </w:rPr>
          <w:t>https://tribuna.com/amp/en/news/2026-03-25-st-pauli-coach-dobrick-comes-out/</w:t>
        </w:r>
      </w:hyperlink>
      <w:r>
        <w:t xml:space="preserve"> - Christian Dobrick, a 29-year-old coach for FC St. Pauli's Under-19 team, has publicly come out as gay, becoming the first coach from a Bundesliga men's club to do so. In interviews with RTL and Stern, Dobrick discussed the mental exhaustion of concealing his sexuality in the workplace and the challenges of hiding his life as a gay man. He also expressed concerns about potential impacts on his professional trajectory and anticipated increased scrutiny and possible insults following his coming out.</w:t>
      </w:r>
      <w:r/>
    </w:p>
    <w:p>
      <w:pPr>
        <w:pStyle w:val="ListNumber"/>
        <w:spacing w:line="240" w:lineRule="auto"/>
        <w:ind w:left="720"/>
      </w:pPr>
      <w:r/>
      <w:hyperlink r:id="rId11">
        <w:r>
          <w:rPr>
            <w:color w:val="0000EE"/>
            <w:u w:val="single"/>
          </w:rPr>
          <w:t>https://www.zeit.de/sport/2026/03/st-pauli-christian-dobrick-outing-homosexualitaet-fussball</w:t>
        </w:r>
      </w:hyperlink>
      <w:r>
        <w:t xml:space="preserve"> - Christian Dobrick, youth coach for FC St. Pauli, has publicly come out as gay and criticized the handling of homosexuality in professional football. He stated, "In professional football, gays are still considered aliens." Dobrick received encouragement from Jürgen Klopp to be authentic. He highlighted the pressure to conceal his sexual orientation and emphasized the support from his club. Despite openness in women's football, homosexuality remains a taboo in men's professional football.</w:t>
      </w:r>
      <w:r/>
    </w:p>
    <w:p>
      <w:pPr>
        <w:pStyle w:val="ListNumber"/>
        <w:spacing w:line="240" w:lineRule="auto"/>
        <w:ind w:left="720"/>
      </w:pPr>
      <w:r/>
      <w:hyperlink r:id="rId15">
        <w:r>
          <w:rPr>
            <w:color w:val="0000EE"/>
            <w:u w:val="single"/>
          </w:rPr>
          <w:t>https://www.gay.it/tutti-i-coming-out-vip-del-2026/5</w:t>
        </w:r>
      </w:hyperlink>
      <w:r>
        <w:t xml:space="preserve"> - Christian Dobrick, a 29-year-old member of the coaching staff at St. Pauli, a German Bundesliga club, and coach of Hamburg's Under-19 team, publicly came out as gay, becoming the first coach from a German football league club to openly declare his sexuality. Dobrick, who has known he was gay since adolescence, confessed that concealing his homosexuality in the workplace for all these years was mentally exhausting. He stated, "This farce has drained me too much," referring to the previous concealment of his sexuality.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sport/fc-st-pauli/st-pauli-trainer-vier-monate-nach-coming-out-das-habe-ich-nicht-erwartet/4921353" TargetMode="External"/><Relationship Id="rId10" Type="http://schemas.openxmlformats.org/officeDocument/2006/relationships/hyperlink" Target="https://www.outsports.com/2026/3/24/24131029/christian-dobrick-soccer-coach-st-pauli-germany-bundesliga-gay-lgbtq-coming-out/" TargetMode="External"/><Relationship Id="rId11" Type="http://schemas.openxmlformats.org/officeDocument/2006/relationships/hyperlink" Target="https://www.zeit.de/sport/2026/03/st-pauli-christian-dobrick-outing-homosexualitaet-fussball" TargetMode="External"/><Relationship Id="rId12" Type="http://schemas.openxmlformats.org/officeDocument/2006/relationships/hyperlink" Target="https://www.sport1.de/news/fussball/2026/03/hoeness-zu-homosexualitaet-im-fussball-ueberhaupt-kein-problem" TargetMode="External"/><Relationship Id="rId13" Type="http://schemas.openxmlformats.org/officeDocument/2006/relationships/hyperlink" Target="https://www.ggg.at/2026/03/25/lieb-wen-du-willst-st-pauli-reagiert-auf-coming-out-von-trainer/" TargetMode="External"/><Relationship Id="rId14" Type="http://schemas.openxmlformats.org/officeDocument/2006/relationships/hyperlink" Target="https://tribuna.com/amp/en/news/2026-03-25-st-pauli-coach-dobrick-comes-out/" TargetMode="External"/><Relationship Id="rId15" Type="http://schemas.openxmlformats.org/officeDocument/2006/relationships/hyperlink" Target="https://www.gay.it/tutti-i-coming-out-vip-del-202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